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711"/>
        <w:gridCol w:w="1711"/>
        <w:gridCol w:w="1717"/>
        <w:gridCol w:w="1717"/>
        <w:gridCol w:w="1736"/>
      </w:tblGrid>
      <w:tr w:rsidR="00CB5BE1" w:rsidRPr="00AD4810" w14:paraId="41BA71C3" w14:textId="77777777" w:rsidTr="00CB5BE1">
        <w:tc>
          <w:tcPr>
            <w:tcW w:w="1756" w:type="dxa"/>
          </w:tcPr>
          <w:p w14:paraId="17B04E7B" w14:textId="08F5443D" w:rsidR="00CB5BE1" w:rsidRPr="00AD4810" w:rsidRDefault="00CB5BE1" w:rsidP="005E3735">
            <w:pPr>
              <w:jc w:val="center"/>
              <w:rPr>
                <w:sz w:val="16"/>
                <w:szCs w:val="16"/>
                <w:lang w:val="tr-TR"/>
              </w:rPr>
            </w:pPr>
            <w:bookmarkStart w:id="0" w:name="_Hlk210725852"/>
            <w:r w:rsidRPr="00AD4810">
              <w:rPr>
                <w:b/>
                <w:sz w:val="16"/>
                <w:szCs w:val="16"/>
                <w:lang w:val="tr-TR"/>
              </w:rPr>
              <w:t>Dersin Kodu:</w:t>
            </w:r>
          </w:p>
        </w:tc>
        <w:tc>
          <w:tcPr>
            <w:tcW w:w="1756" w:type="dxa"/>
          </w:tcPr>
          <w:p w14:paraId="33F1E77E" w14:textId="44479A52" w:rsidR="00CB5BE1" w:rsidRPr="00AD4810" w:rsidRDefault="00CB5BE1" w:rsidP="005E3735">
            <w:pPr>
              <w:jc w:val="center"/>
              <w:rPr>
                <w:sz w:val="16"/>
                <w:szCs w:val="16"/>
                <w:lang w:val="tr-TR"/>
              </w:rPr>
            </w:pPr>
            <w:r w:rsidRPr="00AD4810">
              <w:rPr>
                <w:b/>
                <w:sz w:val="16"/>
                <w:szCs w:val="16"/>
                <w:lang w:val="tr-TR"/>
              </w:rPr>
              <w:t>Dersin Adı:</w:t>
            </w:r>
          </w:p>
          <w:p w14:paraId="61BF8066" w14:textId="77777777" w:rsidR="00CB5BE1" w:rsidRPr="00AD4810" w:rsidRDefault="00CB5BE1" w:rsidP="005E3735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756" w:type="dxa"/>
          </w:tcPr>
          <w:p w14:paraId="140B6F88" w14:textId="09F8248B" w:rsidR="00CB5BE1" w:rsidRPr="00AD4810" w:rsidRDefault="00CB5BE1" w:rsidP="005E3735">
            <w:pPr>
              <w:jc w:val="center"/>
              <w:rPr>
                <w:sz w:val="16"/>
                <w:szCs w:val="16"/>
                <w:lang w:val="tr-TR"/>
              </w:rPr>
            </w:pPr>
            <w:r w:rsidRPr="00AD4810">
              <w:rPr>
                <w:b/>
                <w:sz w:val="16"/>
                <w:szCs w:val="16"/>
                <w:lang w:val="tr-TR"/>
              </w:rPr>
              <w:t>Dersin Yarıyılı:</w:t>
            </w:r>
          </w:p>
          <w:p w14:paraId="0AADC058" w14:textId="77777777" w:rsidR="00CB5BE1" w:rsidRPr="00AD4810" w:rsidRDefault="00CB5BE1" w:rsidP="005E3735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756" w:type="dxa"/>
          </w:tcPr>
          <w:p w14:paraId="707CFE45" w14:textId="0F9E996D" w:rsidR="00CB5BE1" w:rsidRPr="00AD4810" w:rsidRDefault="00CB5BE1" w:rsidP="005E3735">
            <w:pPr>
              <w:jc w:val="center"/>
              <w:rPr>
                <w:sz w:val="16"/>
                <w:szCs w:val="16"/>
                <w:lang w:val="tr-TR"/>
              </w:rPr>
            </w:pPr>
            <w:r w:rsidRPr="00AD4810">
              <w:rPr>
                <w:b/>
                <w:sz w:val="16"/>
                <w:szCs w:val="16"/>
                <w:lang w:val="tr-TR"/>
              </w:rPr>
              <w:t>Sınav Dönemi:</w:t>
            </w:r>
          </w:p>
          <w:p w14:paraId="46B8AA0A" w14:textId="77777777" w:rsidR="00CB5BE1" w:rsidRPr="00AD4810" w:rsidRDefault="00CB5BE1" w:rsidP="005E3735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756" w:type="dxa"/>
          </w:tcPr>
          <w:p w14:paraId="0B199452" w14:textId="5270B586" w:rsidR="00CB5BE1" w:rsidRPr="00AD4810" w:rsidRDefault="00CB5BE1" w:rsidP="005E3735">
            <w:pPr>
              <w:jc w:val="center"/>
              <w:rPr>
                <w:sz w:val="16"/>
                <w:szCs w:val="16"/>
                <w:lang w:val="tr-TR"/>
              </w:rPr>
            </w:pPr>
            <w:r w:rsidRPr="00AD4810">
              <w:rPr>
                <w:b/>
                <w:sz w:val="16"/>
                <w:szCs w:val="16"/>
                <w:lang w:val="tr-TR"/>
              </w:rPr>
              <w:t>Öğretim Üyesi/Elemanı:</w:t>
            </w:r>
          </w:p>
          <w:p w14:paraId="356012B5" w14:textId="77777777" w:rsidR="00CB5BE1" w:rsidRPr="00AD4810" w:rsidRDefault="00CB5BE1" w:rsidP="005E3735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CB5BE1" w:rsidRPr="00AD4810" w14:paraId="1ACEB9C3" w14:textId="77777777" w:rsidTr="00CB5BE1">
        <w:trPr>
          <w:trHeight w:val="595"/>
        </w:trPr>
        <w:tc>
          <w:tcPr>
            <w:tcW w:w="1756" w:type="dxa"/>
          </w:tcPr>
          <w:p w14:paraId="4E79B096" w14:textId="77777777" w:rsidR="00CB5BE1" w:rsidRPr="00AD4810" w:rsidRDefault="00CB5BE1" w:rsidP="00CB5BE1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756" w:type="dxa"/>
          </w:tcPr>
          <w:p w14:paraId="2D78568A" w14:textId="77777777" w:rsidR="00CB5BE1" w:rsidRPr="00AD4810" w:rsidRDefault="00CB5BE1" w:rsidP="00CB5BE1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756" w:type="dxa"/>
          </w:tcPr>
          <w:p w14:paraId="7C9CC31F" w14:textId="77777777" w:rsidR="00CB5BE1" w:rsidRPr="00AD4810" w:rsidRDefault="00CB5BE1" w:rsidP="00CB5BE1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756" w:type="dxa"/>
          </w:tcPr>
          <w:p w14:paraId="24F6780C" w14:textId="77777777" w:rsidR="00CB5BE1" w:rsidRPr="00AD4810" w:rsidRDefault="00CB5BE1" w:rsidP="00CB5BE1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756" w:type="dxa"/>
          </w:tcPr>
          <w:p w14:paraId="1E681A89" w14:textId="77777777" w:rsidR="00CB5BE1" w:rsidRPr="00AD4810" w:rsidRDefault="00CB5BE1" w:rsidP="00CB5BE1">
            <w:pPr>
              <w:rPr>
                <w:b/>
                <w:sz w:val="16"/>
                <w:szCs w:val="16"/>
                <w:lang w:val="tr-TR"/>
              </w:rPr>
            </w:pPr>
          </w:p>
        </w:tc>
      </w:tr>
    </w:tbl>
    <w:p w14:paraId="0B73F8BA" w14:textId="77777777" w:rsidR="00A00E59" w:rsidRPr="00AD4810" w:rsidRDefault="00A00E59">
      <w:pPr>
        <w:rPr>
          <w:sz w:val="16"/>
          <w:szCs w:val="16"/>
          <w:lang w:val="tr-TR"/>
        </w:rPr>
      </w:pPr>
    </w:p>
    <w:p w14:paraId="7B19B3BC" w14:textId="69DAE91A" w:rsidR="00A00E59" w:rsidRPr="00AD4810" w:rsidRDefault="00885A83">
      <w:pPr>
        <w:rPr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t>Dersin Öğretim Planındaki statüsünü belirtiniz</w:t>
      </w:r>
    </w:p>
    <w:p w14:paraId="24112E08" w14:textId="77777777" w:rsidR="00A00E59" w:rsidRPr="00AD4810" w:rsidRDefault="00885A83">
      <w:pPr>
        <w:rPr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 xml:space="preserve">   ☐ Temel Bilimler Dersi (Anatomi, Biyokimya, Fizyoloji gibi)</w:t>
      </w:r>
    </w:p>
    <w:p w14:paraId="421FB09D" w14:textId="77777777" w:rsidR="00A00E59" w:rsidRPr="00AD4810" w:rsidRDefault="00885A83">
      <w:pPr>
        <w:rPr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 xml:space="preserve">   ☐ Mesleki Ders (Sağlık alanı ile ilgili dersler)</w:t>
      </w:r>
    </w:p>
    <w:p w14:paraId="54C74A5B" w14:textId="77777777" w:rsidR="00A00E59" w:rsidRPr="00AD4810" w:rsidRDefault="00885A83">
      <w:pPr>
        <w:rPr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 xml:space="preserve">   ☐ Genel Eğitim (Sosyal ve Beşeri Bilimler, Genel Kültür vb)</w:t>
      </w:r>
    </w:p>
    <w:p w14:paraId="79EF6DCE" w14:textId="48F0C818" w:rsidR="00A00E59" w:rsidRPr="00AD4810" w:rsidRDefault="00885A83">
      <w:pPr>
        <w:rPr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 xml:space="preserve">   ☐ Diğer (Temel bilgisayar kullanımı ve programlama, bireysel beceri geliştirmeye yönelik spor, rekreasyon ve müzik, vb?)</w:t>
      </w:r>
    </w:p>
    <w:p w14:paraId="4FD649D5" w14:textId="77777777" w:rsidR="00963ABA" w:rsidRPr="00AD4810" w:rsidRDefault="00963ABA">
      <w:pPr>
        <w:rPr>
          <w:b/>
          <w:bCs/>
          <w:sz w:val="16"/>
          <w:szCs w:val="16"/>
          <w:lang w:val="tr-TR"/>
        </w:rPr>
      </w:pPr>
    </w:p>
    <w:p w14:paraId="00DFBA01" w14:textId="550D7E68" w:rsidR="00963ABA" w:rsidRPr="00AD4810" w:rsidRDefault="00963ABA">
      <w:pPr>
        <w:rPr>
          <w:b/>
          <w:bCs/>
          <w:sz w:val="16"/>
          <w:szCs w:val="16"/>
          <w:lang w:val="tr-TR"/>
        </w:rPr>
      </w:pPr>
      <w:r w:rsidRPr="00AD4810">
        <w:rPr>
          <w:b/>
          <w:bCs/>
          <w:sz w:val="16"/>
          <w:szCs w:val="16"/>
          <w:lang w:val="tr-TR"/>
        </w:rPr>
        <w:t>Ders Öğrenme Çıktıları:</w:t>
      </w:r>
    </w:p>
    <w:p w14:paraId="23D63970" w14:textId="77777777" w:rsidR="005E3735" w:rsidRPr="00AD4810" w:rsidRDefault="005E3735">
      <w:pPr>
        <w:rPr>
          <w:sz w:val="16"/>
          <w:szCs w:val="16"/>
          <w:lang w:val="tr-TR"/>
        </w:rPr>
      </w:pPr>
    </w:p>
    <w:p w14:paraId="0B3FFC2F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748043C4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66FDD12F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18082AF4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0A3D1EC2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3AFA5C11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019271C4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61A29AF3" w14:textId="77777777" w:rsidR="00963ABA" w:rsidRPr="00AD4810" w:rsidRDefault="00963ABA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p w14:paraId="27666D1F" w14:textId="5B8A95FD" w:rsidR="005E3735" w:rsidRPr="00AD4810" w:rsidRDefault="005E3735" w:rsidP="005E3735">
      <w:pPr>
        <w:widowControl w:val="0"/>
        <w:autoSpaceDE w:val="0"/>
        <w:autoSpaceDN w:val="0"/>
        <w:spacing w:before="179" w:after="0" w:line="240" w:lineRule="auto"/>
        <w:rPr>
          <w:b/>
          <w:spacing w:val="-2"/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t>Ders</w:t>
      </w:r>
      <w:r w:rsidRPr="00AD4810">
        <w:rPr>
          <w:b/>
          <w:spacing w:val="-8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Öğrenme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Çıktıları</w:t>
      </w:r>
      <w:r w:rsidRPr="00AD4810">
        <w:rPr>
          <w:b/>
          <w:spacing w:val="-7"/>
          <w:sz w:val="16"/>
          <w:szCs w:val="16"/>
          <w:lang w:val="tr-TR"/>
        </w:rPr>
        <w:t>na Ulaşma Düzeyleri</w:t>
      </w:r>
      <w:r w:rsidR="00963ABA" w:rsidRPr="00AD4810">
        <w:rPr>
          <w:b/>
          <w:spacing w:val="-7"/>
          <w:sz w:val="16"/>
          <w:szCs w:val="16"/>
          <w:lang w:val="tr-TR"/>
        </w:rPr>
        <w:t xml:space="preserve"> (Öğrenci Anketleri)</w:t>
      </w:r>
      <w:r w:rsidR="007B1BE7" w:rsidRPr="00AD4810">
        <w:rPr>
          <w:b/>
          <w:spacing w:val="-7"/>
          <w:sz w:val="16"/>
          <w:szCs w:val="16"/>
          <w:lang w:val="tr-TR"/>
        </w:rPr>
        <w:t>:</w:t>
      </w:r>
    </w:p>
    <w:p w14:paraId="301EFB7A" w14:textId="77777777" w:rsidR="005E3735" w:rsidRPr="00AD4810" w:rsidRDefault="005E3735" w:rsidP="005E3735">
      <w:pPr>
        <w:widowControl w:val="0"/>
        <w:autoSpaceDE w:val="0"/>
        <w:autoSpaceDN w:val="0"/>
        <w:spacing w:before="179" w:after="0" w:line="240" w:lineRule="auto"/>
        <w:rPr>
          <w:b/>
          <w:sz w:val="16"/>
          <w:szCs w:val="16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5"/>
        <w:gridCol w:w="719"/>
        <w:gridCol w:w="719"/>
        <w:gridCol w:w="719"/>
        <w:gridCol w:w="719"/>
        <w:gridCol w:w="719"/>
        <w:gridCol w:w="883"/>
        <w:gridCol w:w="776"/>
        <w:gridCol w:w="999"/>
      </w:tblGrid>
      <w:tr w:rsidR="005E3735" w:rsidRPr="00AD4810" w14:paraId="3F47DC24" w14:textId="77777777" w:rsidTr="00CE68B8">
        <w:tc>
          <w:tcPr>
            <w:tcW w:w="0" w:type="auto"/>
            <w:hideMark/>
          </w:tcPr>
          <w:p w14:paraId="1F7504FF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DÖÇ</w:t>
            </w:r>
          </w:p>
        </w:tc>
        <w:tc>
          <w:tcPr>
            <w:tcW w:w="0" w:type="auto"/>
            <w:hideMark/>
          </w:tcPr>
          <w:p w14:paraId="674D7018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5 N(%)</w:t>
            </w:r>
          </w:p>
        </w:tc>
        <w:tc>
          <w:tcPr>
            <w:tcW w:w="0" w:type="auto"/>
            <w:hideMark/>
          </w:tcPr>
          <w:p w14:paraId="20D2312C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4 N(%)</w:t>
            </w:r>
          </w:p>
        </w:tc>
        <w:tc>
          <w:tcPr>
            <w:tcW w:w="0" w:type="auto"/>
            <w:hideMark/>
          </w:tcPr>
          <w:p w14:paraId="3AB52067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3 N(%)</w:t>
            </w:r>
          </w:p>
        </w:tc>
        <w:tc>
          <w:tcPr>
            <w:tcW w:w="0" w:type="auto"/>
            <w:hideMark/>
          </w:tcPr>
          <w:p w14:paraId="51A8EAD4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2 N(%)</w:t>
            </w:r>
          </w:p>
        </w:tc>
        <w:tc>
          <w:tcPr>
            <w:tcW w:w="0" w:type="auto"/>
            <w:hideMark/>
          </w:tcPr>
          <w:p w14:paraId="5845B7EE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1 N(%)</w:t>
            </w:r>
          </w:p>
        </w:tc>
        <w:tc>
          <w:tcPr>
            <w:tcW w:w="0" w:type="auto"/>
            <w:hideMark/>
          </w:tcPr>
          <w:p w14:paraId="05AE1B67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Ortalama</w:t>
            </w:r>
          </w:p>
        </w:tc>
        <w:tc>
          <w:tcPr>
            <w:tcW w:w="0" w:type="auto"/>
            <w:hideMark/>
          </w:tcPr>
          <w:p w14:paraId="035DEE27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Medyan</w:t>
            </w:r>
          </w:p>
        </w:tc>
        <w:tc>
          <w:tcPr>
            <w:tcW w:w="0" w:type="auto"/>
            <w:hideMark/>
          </w:tcPr>
          <w:p w14:paraId="4585F654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bCs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Std. Sapma</w:t>
            </w:r>
          </w:p>
        </w:tc>
      </w:tr>
      <w:tr w:rsidR="005E3735" w:rsidRPr="00AD4810" w14:paraId="4728F707" w14:textId="77777777" w:rsidTr="00CE68B8">
        <w:tc>
          <w:tcPr>
            <w:tcW w:w="0" w:type="auto"/>
            <w:hideMark/>
          </w:tcPr>
          <w:p w14:paraId="42D532EF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DÖÇ-1</w:t>
            </w:r>
          </w:p>
        </w:tc>
        <w:tc>
          <w:tcPr>
            <w:tcW w:w="0" w:type="auto"/>
          </w:tcPr>
          <w:p w14:paraId="080FDD35" w14:textId="5CE0DDB6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3A600AF" w14:textId="06B80693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72752FE2" w14:textId="433C98A0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14BAEA0A" w14:textId="78F3FCF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1B13BB3" w14:textId="6265DD9F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74C3976" w14:textId="5F6FE30A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7245523C" w14:textId="0F021F1A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870B6FD" w14:textId="00F3409B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</w:tr>
      <w:tr w:rsidR="005E3735" w:rsidRPr="00AD4810" w14:paraId="21A7E07C" w14:textId="77777777" w:rsidTr="00CE68B8">
        <w:tc>
          <w:tcPr>
            <w:tcW w:w="0" w:type="auto"/>
            <w:hideMark/>
          </w:tcPr>
          <w:p w14:paraId="0999AFB2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DÖÇ-2</w:t>
            </w:r>
          </w:p>
        </w:tc>
        <w:tc>
          <w:tcPr>
            <w:tcW w:w="0" w:type="auto"/>
          </w:tcPr>
          <w:p w14:paraId="67F60592" w14:textId="29BAF275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4409DEF" w14:textId="062DE51B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1DF7C93F" w14:textId="20D77EF3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45F02D2F" w14:textId="4B01D865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2A023FDD" w14:textId="3AA79B69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3358C851" w14:textId="6E89E1C8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7009ACC1" w14:textId="443CE0D3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3E356671" w14:textId="39A684AE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</w:tr>
      <w:tr w:rsidR="005E3735" w:rsidRPr="00AD4810" w14:paraId="2BCDAB58" w14:textId="77777777" w:rsidTr="00CE68B8">
        <w:tc>
          <w:tcPr>
            <w:tcW w:w="0" w:type="auto"/>
            <w:hideMark/>
          </w:tcPr>
          <w:p w14:paraId="405BA9F2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DÖÇ-3</w:t>
            </w:r>
          </w:p>
        </w:tc>
        <w:tc>
          <w:tcPr>
            <w:tcW w:w="0" w:type="auto"/>
          </w:tcPr>
          <w:p w14:paraId="17938BE6" w14:textId="0A40827A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126AA803" w14:textId="4CB3012A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20BC2A12" w14:textId="159693DB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DA6CA1B" w14:textId="561598DF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32A45848" w14:textId="2E783EFF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5DBA057" w14:textId="0A5D0AE9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35A30FCF" w14:textId="4E721A05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4BA248BF" w14:textId="03F44E72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</w:tr>
      <w:tr w:rsidR="005E3735" w:rsidRPr="00AD4810" w14:paraId="60886974" w14:textId="77777777" w:rsidTr="00CE68B8">
        <w:tc>
          <w:tcPr>
            <w:tcW w:w="0" w:type="auto"/>
            <w:hideMark/>
          </w:tcPr>
          <w:p w14:paraId="0C330E49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DÖÇ-4</w:t>
            </w:r>
          </w:p>
        </w:tc>
        <w:tc>
          <w:tcPr>
            <w:tcW w:w="0" w:type="auto"/>
          </w:tcPr>
          <w:p w14:paraId="1DB7CCA8" w14:textId="09E32B24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2F32FD1C" w14:textId="1E2EF113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5224D7DD" w14:textId="0038CD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A7A1811" w14:textId="6A9C10AE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8FA3BC2" w14:textId="3C1AC8F4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2D37DC8" w14:textId="662BDF1A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68D489B" w14:textId="378E38F5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5527522D" w14:textId="67DA2A1B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</w:tr>
      <w:tr w:rsidR="005E3735" w:rsidRPr="00AD4810" w14:paraId="76DB340A" w14:textId="77777777" w:rsidTr="00CE68B8">
        <w:tc>
          <w:tcPr>
            <w:tcW w:w="0" w:type="auto"/>
          </w:tcPr>
          <w:p w14:paraId="6C427090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sz w:val="16"/>
                <w:szCs w:val="16"/>
                <w:lang w:val="tr-TR"/>
              </w:rPr>
            </w:pPr>
            <w:r w:rsidRPr="00AD4810">
              <w:rPr>
                <w:b/>
                <w:sz w:val="16"/>
                <w:szCs w:val="16"/>
                <w:lang w:val="tr-TR"/>
              </w:rPr>
              <w:t>DÖÇ-5</w:t>
            </w:r>
          </w:p>
        </w:tc>
        <w:tc>
          <w:tcPr>
            <w:tcW w:w="0" w:type="auto"/>
          </w:tcPr>
          <w:p w14:paraId="4BE533F5" w14:textId="3F8F8790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33070A5B" w14:textId="523B1488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3025226C" w14:textId="688505C4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1BA64927" w14:textId="0805FB44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55510E52" w14:textId="22BB5704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219F3FA0" w14:textId="2CD92DB6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75589CD0" w14:textId="3097064B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6384C089" w14:textId="6AFABFA5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</w:tr>
      <w:tr w:rsidR="005E3735" w:rsidRPr="00AD4810" w14:paraId="4162AF55" w14:textId="77777777" w:rsidTr="00CE68B8">
        <w:tc>
          <w:tcPr>
            <w:tcW w:w="0" w:type="auto"/>
            <w:hideMark/>
          </w:tcPr>
          <w:p w14:paraId="52684F87" w14:textId="77777777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/>
                <w:sz w:val="16"/>
                <w:szCs w:val="16"/>
                <w:lang w:val="tr-TR"/>
              </w:rPr>
            </w:pPr>
            <w:r w:rsidRPr="00AD4810">
              <w:rPr>
                <w:b/>
                <w:bCs/>
                <w:sz w:val="16"/>
                <w:szCs w:val="16"/>
                <w:lang w:val="tr-TR"/>
              </w:rPr>
              <w:t>DÖÇ-6</w:t>
            </w:r>
          </w:p>
        </w:tc>
        <w:tc>
          <w:tcPr>
            <w:tcW w:w="0" w:type="auto"/>
          </w:tcPr>
          <w:p w14:paraId="06BFDD77" w14:textId="68157D99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099FD588" w14:textId="710F03E6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53CF77D4" w14:textId="5AC9214A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5934ED69" w14:textId="78F7F043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5E84B67A" w14:textId="0FCAFA7B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24593E4A" w14:textId="7267B656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0EB759CE" w14:textId="29F9E234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  <w:tc>
          <w:tcPr>
            <w:tcW w:w="0" w:type="auto"/>
          </w:tcPr>
          <w:p w14:paraId="2AFCDACD" w14:textId="00507735" w:rsidR="005E3735" w:rsidRPr="00AD4810" w:rsidRDefault="005E3735" w:rsidP="00CE68B8">
            <w:pPr>
              <w:tabs>
                <w:tab w:val="left" w:pos="1144"/>
              </w:tabs>
              <w:spacing w:before="178"/>
              <w:rPr>
                <w:bCs/>
                <w:sz w:val="16"/>
                <w:szCs w:val="16"/>
                <w:lang w:val="tr-TR"/>
              </w:rPr>
            </w:pPr>
          </w:p>
        </w:tc>
      </w:tr>
    </w:tbl>
    <w:p w14:paraId="7E8E42C5" w14:textId="77777777" w:rsidR="005E3735" w:rsidRPr="00AD4810" w:rsidRDefault="005E3735" w:rsidP="005E3735">
      <w:pPr>
        <w:widowControl w:val="0"/>
        <w:tabs>
          <w:tab w:val="left" w:pos="113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1164F5C3" w14:textId="77777777" w:rsidR="005E3735" w:rsidRPr="00AD4810" w:rsidRDefault="005E3735" w:rsidP="005E3735">
      <w:pPr>
        <w:widowControl w:val="0"/>
        <w:tabs>
          <w:tab w:val="left" w:pos="113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2CA60E50" w14:textId="77777777" w:rsidR="005E3735" w:rsidRPr="00AD4810" w:rsidRDefault="005E3735" w:rsidP="005E3735">
      <w:pPr>
        <w:widowControl w:val="0"/>
        <w:tabs>
          <w:tab w:val="left" w:pos="113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490AFD33" w14:textId="303D7EA4" w:rsidR="005E3735" w:rsidRPr="00AD4810" w:rsidRDefault="005E3735" w:rsidP="00963ABA">
      <w:pPr>
        <w:widowControl w:val="0"/>
        <w:tabs>
          <w:tab w:val="left" w:pos="1134"/>
        </w:tabs>
        <w:autoSpaceDE w:val="0"/>
        <w:autoSpaceDN w:val="0"/>
        <w:spacing w:after="0" w:line="240" w:lineRule="auto"/>
        <w:rPr>
          <w:b/>
          <w:spacing w:val="-9"/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lastRenderedPageBreak/>
        <w:t>Sınav</w:t>
      </w:r>
      <w:r w:rsidRPr="00AD4810">
        <w:rPr>
          <w:b/>
          <w:spacing w:val="-8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sorusu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-Ders</w:t>
      </w:r>
      <w:r w:rsidRPr="00AD4810">
        <w:rPr>
          <w:b/>
          <w:spacing w:val="-9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Öğrenme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Çıktısı</w:t>
      </w:r>
      <w:r w:rsidRPr="00AD4810">
        <w:rPr>
          <w:b/>
          <w:spacing w:val="-9"/>
          <w:sz w:val="16"/>
          <w:szCs w:val="16"/>
          <w:lang w:val="tr-TR"/>
        </w:rPr>
        <w:t xml:space="preserve"> </w:t>
      </w:r>
      <w:r w:rsidR="00963ABA" w:rsidRPr="00AD4810">
        <w:rPr>
          <w:b/>
          <w:spacing w:val="-9"/>
          <w:sz w:val="16"/>
          <w:szCs w:val="16"/>
          <w:lang w:val="tr-TR"/>
        </w:rPr>
        <w:t>Tablosu</w:t>
      </w:r>
    </w:p>
    <w:p w14:paraId="0C1068F4" w14:textId="77777777" w:rsidR="00963ABA" w:rsidRPr="00AD4810" w:rsidRDefault="00963ABA" w:rsidP="00963ABA">
      <w:pPr>
        <w:widowControl w:val="0"/>
        <w:tabs>
          <w:tab w:val="left" w:pos="1134"/>
        </w:tabs>
        <w:autoSpaceDE w:val="0"/>
        <w:autoSpaceDN w:val="0"/>
        <w:spacing w:after="0" w:line="240" w:lineRule="auto"/>
        <w:rPr>
          <w:b/>
          <w:spacing w:val="-2"/>
          <w:sz w:val="16"/>
          <w:szCs w:val="16"/>
          <w:lang w:val="tr-TR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6"/>
        <w:gridCol w:w="1500"/>
        <w:gridCol w:w="688"/>
        <w:gridCol w:w="762"/>
        <w:gridCol w:w="836"/>
        <w:gridCol w:w="1239"/>
        <w:gridCol w:w="643"/>
        <w:gridCol w:w="579"/>
        <w:gridCol w:w="694"/>
        <w:gridCol w:w="863"/>
      </w:tblGrid>
      <w:tr w:rsidR="00AB3817" w:rsidRPr="00AD4810" w14:paraId="1BAAB78B" w14:textId="77777777" w:rsidTr="00AB3817">
        <w:trPr>
          <w:trHeight w:val="457"/>
        </w:trPr>
        <w:tc>
          <w:tcPr>
            <w:tcW w:w="479" w:type="pct"/>
            <w:vMerge w:val="restart"/>
          </w:tcPr>
          <w:p w14:paraId="1281B9E7" w14:textId="77777777" w:rsidR="00AB3817" w:rsidRPr="00AD4810" w:rsidRDefault="00AB3817" w:rsidP="00AB3817">
            <w:pPr>
              <w:pStyle w:val="TableParagraph"/>
              <w:ind w:left="105"/>
              <w:jc w:val="center"/>
              <w:rPr>
                <w:b/>
                <w:sz w:val="16"/>
                <w:szCs w:val="16"/>
              </w:rPr>
            </w:pPr>
          </w:p>
          <w:p w14:paraId="0BC87013" w14:textId="45E58DE7" w:rsidR="00AB3817" w:rsidRPr="00AD4810" w:rsidRDefault="00AB3817" w:rsidP="00AB3817">
            <w:pPr>
              <w:pStyle w:val="TableParagraph"/>
              <w:ind w:left="105"/>
              <w:jc w:val="center"/>
              <w:rPr>
                <w:b/>
                <w:spacing w:val="-5"/>
                <w:sz w:val="16"/>
                <w:szCs w:val="16"/>
              </w:rPr>
            </w:pPr>
            <w:r w:rsidRPr="00AD4810">
              <w:rPr>
                <w:b/>
                <w:sz w:val="16"/>
                <w:szCs w:val="16"/>
              </w:rPr>
              <w:t>SORU</w:t>
            </w:r>
            <w:r w:rsidRPr="00AD4810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AD4810">
              <w:rPr>
                <w:b/>
                <w:spacing w:val="-5"/>
                <w:sz w:val="16"/>
                <w:szCs w:val="16"/>
              </w:rPr>
              <w:t>NO</w:t>
            </w:r>
          </w:p>
          <w:p w14:paraId="45691780" w14:textId="77777777" w:rsidR="00AB3817" w:rsidRPr="00AD4810" w:rsidRDefault="00AB3817" w:rsidP="00AB3817">
            <w:pPr>
              <w:pStyle w:val="TableParagraph"/>
              <w:ind w:left="10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9" w:type="pct"/>
            <w:vMerge w:val="restart"/>
          </w:tcPr>
          <w:p w14:paraId="45A0615F" w14:textId="0A2320B5" w:rsidR="00AB3817" w:rsidRPr="00AD4810" w:rsidRDefault="00AB3817" w:rsidP="00AB3817">
            <w:pPr>
              <w:pStyle w:val="TableParagraph"/>
              <w:ind w:left="105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5"/>
                <w:sz w:val="16"/>
                <w:szCs w:val="16"/>
              </w:rPr>
              <w:t>ÖLÇME DEĞERLENDİRME YÖNTEMİ</w:t>
            </w:r>
          </w:p>
        </w:tc>
        <w:tc>
          <w:tcPr>
            <w:tcW w:w="399" w:type="pct"/>
          </w:tcPr>
          <w:p w14:paraId="34C45D2B" w14:textId="77777777" w:rsidR="00AB3817" w:rsidRPr="00AD4810" w:rsidRDefault="00AB3817" w:rsidP="0018060D">
            <w:pPr>
              <w:pStyle w:val="TableParagraph"/>
              <w:spacing w:line="228" w:lineRule="exact"/>
              <w:ind w:left="117" w:right="103" w:firstLine="60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4"/>
                <w:sz w:val="16"/>
                <w:szCs w:val="16"/>
              </w:rPr>
              <w:t xml:space="preserve">KISA </w:t>
            </w:r>
            <w:r w:rsidRPr="00AD4810">
              <w:rPr>
                <w:b/>
                <w:spacing w:val="-8"/>
                <w:sz w:val="16"/>
                <w:szCs w:val="16"/>
              </w:rPr>
              <w:t>SINAV</w:t>
            </w:r>
          </w:p>
        </w:tc>
        <w:tc>
          <w:tcPr>
            <w:tcW w:w="441" w:type="pct"/>
          </w:tcPr>
          <w:p w14:paraId="6C37046C" w14:textId="77777777" w:rsidR="00AB3817" w:rsidRPr="00AD4810" w:rsidRDefault="00AB3817" w:rsidP="0018060D">
            <w:pPr>
              <w:pStyle w:val="TableParagraph"/>
              <w:spacing w:line="228" w:lineRule="exact"/>
              <w:ind w:left="153" w:right="141" w:firstLine="88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4"/>
                <w:sz w:val="16"/>
                <w:szCs w:val="16"/>
              </w:rPr>
              <w:t xml:space="preserve">ARA </w:t>
            </w:r>
            <w:r w:rsidRPr="00AD4810">
              <w:rPr>
                <w:b/>
                <w:spacing w:val="-8"/>
                <w:sz w:val="16"/>
                <w:szCs w:val="16"/>
              </w:rPr>
              <w:t>SINAV</w:t>
            </w:r>
          </w:p>
        </w:tc>
        <w:tc>
          <w:tcPr>
            <w:tcW w:w="484" w:type="pct"/>
          </w:tcPr>
          <w:p w14:paraId="15B1A038" w14:textId="77777777" w:rsidR="00AB3817" w:rsidRPr="00AD4810" w:rsidRDefault="00AB3817" w:rsidP="0018060D">
            <w:pPr>
              <w:pStyle w:val="TableParagraph"/>
              <w:spacing w:line="228" w:lineRule="exact"/>
              <w:ind w:left="158" w:right="149" w:firstLine="31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4"/>
                <w:sz w:val="16"/>
                <w:szCs w:val="16"/>
              </w:rPr>
              <w:t xml:space="preserve">FİNAL </w:t>
            </w:r>
            <w:r w:rsidRPr="00AD4810">
              <w:rPr>
                <w:b/>
                <w:spacing w:val="-7"/>
                <w:sz w:val="16"/>
                <w:szCs w:val="16"/>
              </w:rPr>
              <w:t>SINAVI</w:t>
            </w:r>
          </w:p>
        </w:tc>
        <w:tc>
          <w:tcPr>
            <w:tcW w:w="718" w:type="pct"/>
          </w:tcPr>
          <w:p w14:paraId="5A5C36EB" w14:textId="77777777" w:rsidR="00AB3817" w:rsidRPr="00AD4810" w:rsidRDefault="00AB3817" w:rsidP="0018060D">
            <w:pPr>
              <w:pStyle w:val="TableParagraph"/>
              <w:spacing w:line="228" w:lineRule="exact"/>
              <w:ind w:left="418" w:right="102" w:hanging="305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2"/>
                <w:sz w:val="16"/>
                <w:szCs w:val="16"/>
              </w:rPr>
              <w:t>BÜTÜNLEME SINAVI</w:t>
            </w:r>
          </w:p>
        </w:tc>
        <w:tc>
          <w:tcPr>
            <w:tcW w:w="373" w:type="pct"/>
          </w:tcPr>
          <w:p w14:paraId="1EB3C684" w14:textId="77777777" w:rsidR="00AB3817" w:rsidRPr="00AD4810" w:rsidRDefault="00AB3817" w:rsidP="0018060D">
            <w:pPr>
              <w:pStyle w:val="TableParagraph"/>
              <w:spacing w:before="115"/>
              <w:ind w:left="118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2"/>
                <w:sz w:val="16"/>
                <w:szCs w:val="16"/>
              </w:rPr>
              <w:t>PROJE</w:t>
            </w:r>
          </w:p>
        </w:tc>
        <w:tc>
          <w:tcPr>
            <w:tcW w:w="335" w:type="pct"/>
          </w:tcPr>
          <w:p w14:paraId="71D37411" w14:textId="77777777" w:rsidR="00AB3817" w:rsidRPr="00AD4810" w:rsidRDefault="00AB3817" w:rsidP="0018060D">
            <w:pPr>
              <w:pStyle w:val="TableParagraph"/>
              <w:spacing w:before="115"/>
              <w:ind w:left="122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4"/>
                <w:sz w:val="16"/>
                <w:szCs w:val="16"/>
              </w:rPr>
              <w:t>ÖDEV</w:t>
            </w:r>
          </w:p>
        </w:tc>
        <w:tc>
          <w:tcPr>
            <w:tcW w:w="402" w:type="pct"/>
          </w:tcPr>
          <w:p w14:paraId="5818A044" w14:textId="77777777" w:rsidR="00AB3817" w:rsidRPr="00AD4810" w:rsidRDefault="00AB3817" w:rsidP="0018060D">
            <w:pPr>
              <w:pStyle w:val="TableParagraph"/>
              <w:spacing w:before="115"/>
              <w:ind w:left="106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2"/>
                <w:sz w:val="16"/>
                <w:szCs w:val="16"/>
              </w:rPr>
              <w:t>SUNUM</w:t>
            </w:r>
          </w:p>
        </w:tc>
        <w:tc>
          <w:tcPr>
            <w:tcW w:w="500" w:type="pct"/>
          </w:tcPr>
          <w:p w14:paraId="43C946B7" w14:textId="77777777" w:rsidR="00AB3817" w:rsidRPr="00AD4810" w:rsidRDefault="00AB3817" w:rsidP="0018060D">
            <w:pPr>
              <w:pStyle w:val="TableParagraph"/>
              <w:spacing w:before="115"/>
              <w:ind w:left="334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pacing w:val="-2"/>
                <w:sz w:val="16"/>
                <w:szCs w:val="16"/>
              </w:rPr>
              <w:t>DİĞER</w:t>
            </w:r>
          </w:p>
        </w:tc>
      </w:tr>
      <w:tr w:rsidR="00AB3817" w:rsidRPr="00AD4810" w14:paraId="42CA49EC" w14:textId="77777777" w:rsidTr="00AB3817">
        <w:trPr>
          <w:trHeight w:val="330"/>
        </w:trPr>
        <w:tc>
          <w:tcPr>
            <w:tcW w:w="479" w:type="pct"/>
            <w:vMerge/>
          </w:tcPr>
          <w:p w14:paraId="78369212" w14:textId="77777777" w:rsidR="00AB3817" w:rsidRPr="00AD4810" w:rsidRDefault="00AB3817" w:rsidP="00CE68B8">
            <w:pPr>
              <w:rPr>
                <w:sz w:val="16"/>
                <w:szCs w:val="16"/>
                <w:lang w:val="tr-TR"/>
              </w:rPr>
            </w:pPr>
          </w:p>
        </w:tc>
        <w:tc>
          <w:tcPr>
            <w:tcW w:w="869" w:type="pct"/>
            <w:vMerge/>
            <w:tcBorders>
              <w:top w:val="nil"/>
            </w:tcBorders>
          </w:tcPr>
          <w:p w14:paraId="7F5019E5" w14:textId="6BB775FE" w:rsidR="00AB3817" w:rsidRPr="00AD4810" w:rsidRDefault="00AB3817" w:rsidP="00CE68B8">
            <w:pPr>
              <w:rPr>
                <w:sz w:val="16"/>
                <w:szCs w:val="16"/>
                <w:lang w:val="tr-TR"/>
              </w:rPr>
            </w:pPr>
          </w:p>
        </w:tc>
        <w:tc>
          <w:tcPr>
            <w:tcW w:w="3652" w:type="pct"/>
            <w:gridSpan w:val="8"/>
          </w:tcPr>
          <w:p w14:paraId="3EFE748E" w14:textId="23D2F332" w:rsidR="00AB3817" w:rsidRPr="00AD4810" w:rsidRDefault="00AB3817" w:rsidP="00CE68B8">
            <w:pPr>
              <w:pStyle w:val="TableParagraph"/>
              <w:spacing w:before="50"/>
              <w:ind w:left="6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z w:val="16"/>
                <w:szCs w:val="16"/>
              </w:rPr>
              <w:t>DÖÇ</w:t>
            </w:r>
            <w:r w:rsidRPr="00AD4810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AD4810">
              <w:rPr>
                <w:b/>
                <w:spacing w:val="-5"/>
                <w:sz w:val="16"/>
                <w:szCs w:val="16"/>
              </w:rPr>
              <w:t xml:space="preserve">İLİŞKİSİ </w:t>
            </w:r>
          </w:p>
        </w:tc>
      </w:tr>
      <w:tr w:rsidR="00AB3817" w:rsidRPr="00AD4810" w14:paraId="15412EEB" w14:textId="77777777" w:rsidTr="00AB3817">
        <w:trPr>
          <w:trHeight w:val="230"/>
        </w:trPr>
        <w:tc>
          <w:tcPr>
            <w:tcW w:w="479" w:type="pct"/>
          </w:tcPr>
          <w:p w14:paraId="605006BB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6582B082" w14:textId="146A013F" w:rsidR="00AB3817" w:rsidRPr="00AD4810" w:rsidRDefault="00AB3817" w:rsidP="00AB3817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61BA59E5" w14:textId="2AB41BBC" w:rsidR="00AB3817" w:rsidRPr="00AD4810" w:rsidRDefault="00AB3817" w:rsidP="005E373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45178AE5" w14:textId="6EC87E08" w:rsidR="00AB3817" w:rsidRPr="00AD4810" w:rsidRDefault="00AB3817" w:rsidP="00AB3817">
            <w:pPr>
              <w:pStyle w:val="TableParagraph"/>
              <w:spacing w:line="210" w:lineRule="exact"/>
              <w:ind w:left="11" w:right="2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333851D4" w14:textId="2C5ED7BE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12A7F54E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507A692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032109BD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257F41D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1E0DDF6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33479EE6" w14:textId="77777777" w:rsidTr="00AB3817">
        <w:trPr>
          <w:trHeight w:val="230"/>
        </w:trPr>
        <w:tc>
          <w:tcPr>
            <w:tcW w:w="479" w:type="pct"/>
          </w:tcPr>
          <w:p w14:paraId="3C429E58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00B1AA71" w14:textId="41BE8AF4" w:rsidR="00AB3817" w:rsidRPr="00AD4810" w:rsidRDefault="00AB3817" w:rsidP="00AB3817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3AE465F3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6727FE42" w14:textId="1C97F3F1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4520D43" w14:textId="4D875835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5AD36A4D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7BA1F73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0F95103C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649C83F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637FA772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6874D0E0" w14:textId="77777777" w:rsidTr="00AB3817">
        <w:trPr>
          <w:trHeight w:val="230"/>
        </w:trPr>
        <w:tc>
          <w:tcPr>
            <w:tcW w:w="479" w:type="pct"/>
          </w:tcPr>
          <w:p w14:paraId="336C588B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5DA7B944" w14:textId="62C179D9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067B4C22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43247371" w14:textId="504DCBFB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686D8DA4" w14:textId="5C4FCE55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4DDFB361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19F1722C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5EB5C4F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7E5246C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3571C3E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3EBD83F6" w14:textId="77777777" w:rsidTr="00AB3817">
        <w:trPr>
          <w:trHeight w:val="230"/>
        </w:trPr>
        <w:tc>
          <w:tcPr>
            <w:tcW w:w="479" w:type="pct"/>
          </w:tcPr>
          <w:p w14:paraId="78DD1DD0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647E136A" w14:textId="5E8D96C0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53BBB4E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631700BD" w14:textId="539742E9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4844D2C" w14:textId="7CAB6DFD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629143C9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79E255B3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7AFEB28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1812F015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29911AC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67946C20" w14:textId="77777777" w:rsidTr="00AB3817">
        <w:trPr>
          <w:trHeight w:val="230"/>
        </w:trPr>
        <w:tc>
          <w:tcPr>
            <w:tcW w:w="479" w:type="pct"/>
          </w:tcPr>
          <w:p w14:paraId="4BC5812E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077C4046" w14:textId="55CD9B23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44BA70F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3F8D25D3" w14:textId="6CEEBF9B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24F0E4EC" w14:textId="57A77E51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488B0055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1798AB7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56F71EB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61614F0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6D22B55C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348384F7" w14:textId="77777777" w:rsidTr="00AB3817">
        <w:trPr>
          <w:trHeight w:val="230"/>
        </w:trPr>
        <w:tc>
          <w:tcPr>
            <w:tcW w:w="479" w:type="pct"/>
          </w:tcPr>
          <w:p w14:paraId="6C4A27F8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4405026F" w14:textId="72F9980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0F3B2B0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6BED6E32" w14:textId="1E398AC8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EA97425" w14:textId="4FA5C98F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15D96C36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5119130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49FB00D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3D5B9B55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7E62EF4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338010EA" w14:textId="77777777" w:rsidTr="00AB3817">
        <w:trPr>
          <w:trHeight w:val="230"/>
        </w:trPr>
        <w:tc>
          <w:tcPr>
            <w:tcW w:w="479" w:type="pct"/>
          </w:tcPr>
          <w:p w14:paraId="4CCA93C5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3490B480" w14:textId="73EC56CB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2E6951E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197764EF" w14:textId="208DDCAC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1467D4C8" w14:textId="26324E83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6E5AB9B8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2993C97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25A4E3B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41C115F6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27744B7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5320723B" w14:textId="77777777" w:rsidTr="00AB3817">
        <w:trPr>
          <w:trHeight w:val="229"/>
        </w:trPr>
        <w:tc>
          <w:tcPr>
            <w:tcW w:w="479" w:type="pct"/>
          </w:tcPr>
          <w:p w14:paraId="4A51D3E7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53159E13" w14:textId="1293C74F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7F5E1A2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581EA03D" w14:textId="7D5766EE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29F61C0D" w14:textId="72FAD014" w:rsidR="00AB3817" w:rsidRPr="00AD4810" w:rsidRDefault="00AB3817" w:rsidP="00CE68B8">
            <w:pPr>
              <w:pStyle w:val="TableParagraph"/>
              <w:spacing w:line="210" w:lineRule="exact"/>
              <w:ind w:left="8"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619EFB08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2B1159B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53ABAC5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7BFEED1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7DDAEF6F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6FC7E491" w14:textId="77777777" w:rsidTr="00AB3817">
        <w:trPr>
          <w:trHeight w:val="230"/>
        </w:trPr>
        <w:tc>
          <w:tcPr>
            <w:tcW w:w="479" w:type="pct"/>
          </w:tcPr>
          <w:p w14:paraId="355D1E11" w14:textId="77777777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1ECB137C" w14:textId="403B1338" w:rsidR="00AB3817" w:rsidRPr="00AD4810" w:rsidRDefault="00AB3817" w:rsidP="00CE68B8">
            <w:pPr>
              <w:pStyle w:val="TableParagraph"/>
              <w:spacing w:line="210" w:lineRule="exact"/>
              <w:ind w:left="5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6FB72B8D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610EA034" w14:textId="1D14BE5C" w:rsidR="00AB3817" w:rsidRPr="00AD4810" w:rsidRDefault="00AB3817" w:rsidP="00CE68B8">
            <w:pPr>
              <w:pStyle w:val="TableParagraph"/>
              <w:spacing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924DEF5" w14:textId="1B0D7CF7" w:rsidR="00AB3817" w:rsidRPr="00AD4810" w:rsidRDefault="00AB3817" w:rsidP="00CE68B8">
            <w:pPr>
              <w:pStyle w:val="TableParagraph"/>
              <w:spacing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668A1E57" w14:textId="77777777" w:rsidR="00AB3817" w:rsidRPr="00AD4810" w:rsidRDefault="00AB3817" w:rsidP="00CE68B8">
            <w:pPr>
              <w:pStyle w:val="TableParagraph"/>
              <w:spacing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5BBAD86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2A0DD23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6F469B83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02C8E362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62E899B9" w14:textId="77777777" w:rsidTr="00AB3817">
        <w:trPr>
          <w:trHeight w:val="230"/>
        </w:trPr>
        <w:tc>
          <w:tcPr>
            <w:tcW w:w="479" w:type="pct"/>
          </w:tcPr>
          <w:p w14:paraId="3D5A262A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pct"/>
          </w:tcPr>
          <w:p w14:paraId="629870D5" w14:textId="50573A08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pct"/>
          </w:tcPr>
          <w:p w14:paraId="0D2D8A5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2721528C" w14:textId="3FD799AD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44689302" w14:textId="6F7FC035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7ADC9EDF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7CC7C77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173C4D8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7F778637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2764D91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51CFC33D" w14:textId="77777777" w:rsidTr="00AB3817">
        <w:trPr>
          <w:trHeight w:val="230"/>
        </w:trPr>
        <w:tc>
          <w:tcPr>
            <w:tcW w:w="479" w:type="pct"/>
          </w:tcPr>
          <w:p w14:paraId="5B05A703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105E36A9" w14:textId="4676EA41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0963ACD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4FE982F9" w14:textId="4D2F5BE9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4C527B60" w14:textId="12FD9F1A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1353E174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13FCCEDF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64990F8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5EF5E265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19FB1E8D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259AACDD" w14:textId="77777777" w:rsidTr="00AB3817">
        <w:trPr>
          <w:trHeight w:val="230"/>
        </w:trPr>
        <w:tc>
          <w:tcPr>
            <w:tcW w:w="479" w:type="pct"/>
          </w:tcPr>
          <w:p w14:paraId="28D98B2A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2A81E7F5" w14:textId="02E51169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54AC71F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769C7035" w14:textId="2CE5E039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6A89A7E6" w14:textId="26CD6703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3DFB0C21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630D253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0A59263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191BDC2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5CD9ABA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1B390D94" w14:textId="77777777" w:rsidTr="00AB3817">
        <w:trPr>
          <w:trHeight w:val="230"/>
        </w:trPr>
        <w:tc>
          <w:tcPr>
            <w:tcW w:w="479" w:type="pct"/>
          </w:tcPr>
          <w:p w14:paraId="28DC9F32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39E65E8C" w14:textId="3CBC8F92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55C5E68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242A397D" w14:textId="09D7B7BD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2EC45D5" w14:textId="30F5AB44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3D3FB28D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4FB1B19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6EF649E3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797D827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5F03434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15A5DC07" w14:textId="77777777" w:rsidTr="00AB3817">
        <w:trPr>
          <w:trHeight w:val="230"/>
        </w:trPr>
        <w:tc>
          <w:tcPr>
            <w:tcW w:w="479" w:type="pct"/>
          </w:tcPr>
          <w:p w14:paraId="096E1CF8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76CABA3C" w14:textId="32D3FBC2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5A5776F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687C0CF1" w14:textId="33B076A6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7A095543" w14:textId="5BB82CFD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5318D1C4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7A3431B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3F64B17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14FA119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58823130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7D26A722" w14:textId="77777777" w:rsidTr="00AB3817">
        <w:trPr>
          <w:trHeight w:val="230"/>
        </w:trPr>
        <w:tc>
          <w:tcPr>
            <w:tcW w:w="479" w:type="pct"/>
          </w:tcPr>
          <w:p w14:paraId="77EEE610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16F6A700" w14:textId="605A0140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0F71762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0ECE9721" w14:textId="13C47F7F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2688821D" w14:textId="43A2C538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5DF4640E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03AF5EE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79D89A62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05A792F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08BE073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59C27323" w14:textId="77777777" w:rsidTr="00AB3817">
        <w:trPr>
          <w:trHeight w:val="230"/>
        </w:trPr>
        <w:tc>
          <w:tcPr>
            <w:tcW w:w="479" w:type="pct"/>
          </w:tcPr>
          <w:p w14:paraId="5CA8B518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4EE6B65E" w14:textId="22FCF0A5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03EF071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03F0007C" w14:textId="745BDFA9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294F4394" w14:textId="5674D0FB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60E056E3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19721F4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4A27A8D6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6E84E7BD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7BBB413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5F37B61B" w14:textId="77777777" w:rsidTr="00AB3817">
        <w:trPr>
          <w:trHeight w:val="230"/>
        </w:trPr>
        <w:tc>
          <w:tcPr>
            <w:tcW w:w="479" w:type="pct"/>
          </w:tcPr>
          <w:p w14:paraId="3B2FDA56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13C7E58D" w14:textId="4F383AAD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76BE11E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74C2009E" w14:textId="03A03CE7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519E99AB" w14:textId="5A820CA4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4C7A2118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045465BF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34D00390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2B25877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59CB16D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141606A8" w14:textId="77777777" w:rsidTr="00AB3817">
        <w:trPr>
          <w:trHeight w:val="230"/>
        </w:trPr>
        <w:tc>
          <w:tcPr>
            <w:tcW w:w="479" w:type="pct"/>
          </w:tcPr>
          <w:p w14:paraId="36BCB8A8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775203A5" w14:textId="35D7E6C4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2062C8F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08C4F85D" w14:textId="354D099D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778BD96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3E0DE701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3663DE17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304BF232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6C9739D5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0092A023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7D75F07A" w14:textId="77777777" w:rsidTr="00AB3817">
        <w:trPr>
          <w:trHeight w:val="230"/>
        </w:trPr>
        <w:tc>
          <w:tcPr>
            <w:tcW w:w="479" w:type="pct"/>
          </w:tcPr>
          <w:p w14:paraId="32658881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2C0A0764" w14:textId="0104DB81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17CA5AB0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4905DB7B" w14:textId="67769F81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0C1CF19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26329FF1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7F2E9A5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39E322D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59BCEC5F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3FC4D6EC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757DBFCE" w14:textId="77777777" w:rsidTr="00AB3817">
        <w:trPr>
          <w:trHeight w:val="230"/>
        </w:trPr>
        <w:tc>
          <w:tcPr>
            <w:tcW w:w="479" w:type="pct"/>
          </w:tcPr>
          <w:p w14:paraId="3AC6C055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309762DF" w14:textId="7C328FE2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3AB8C3E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5D3F516C" w14:textId="4CD1FF0A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61238F66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2C411CDD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58FD17D6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00884683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0705B3EF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00D48EF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6C31E83B" w14:textId="77777777" w:rsidTr="00AB3817">
        <w:trPr>
          <w:trHeight w:val="230"/>
        </w:trPr>
        <w:tc>
          <w:tcPr>
            <w:tcW w:w="479" w:type="pct"/>
          </w:tcPr>
          <w:p w14:paraId="625F18AF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7434461F" w14:textId="75CD5C69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1472FFD6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1ACD6FDD" w14:textId="2F32010B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564930D3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50E2E9B1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2C2BF96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2E0ABC0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6CDD394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7DEC4577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2ECA15A8" w14:textId="77777777" w:rsidTr="00AB3817">
        <w:trPr>
          <w:trHeight w:val="230"/>
        </w:trPr>
        <w:tc>
          <w:tcPr>
            <w:tcW w:w="479" w:type="pct"/>
          </w:tcPr>
          <w:p w14:paraId="23453C59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51A6FEF7" w14:textId="7542EB2E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0E903A5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4E1B4265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6CF0346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4EBD3B18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4C90D711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6B978EB9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304B5076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545A7F1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7C36E200" w14:textId="77777777" w:rsidTr="00AB3817">
        <w:trPr>
          <w:trHeight w:val="230"/>
        </w:trPr>
        <w:tc>
          <w:tcPr>
            <w:tcW w:w="479" w:type="pct"/>
          </w:tcPr>
          <w:p w14:paraId="662E9A62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19AD9D62" w14:textId="3228E6E5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347B79C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7FFC1544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04C8DE92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290F4D19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4B0D8B8D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61AF8766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25EA3277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249ED3F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2F04951F" w14:textId="77777777" w:rsidTr="00AB3817">
        <w:trPr>
          <w:trHeight w:val="230"/>
        </w:trPr>
        <w:tc>
          <w:tcPr>
            <w:tcW w:w="479" w:type="pct"/>
          </w:tcPr>
          <w:p w14:paraId="15978EE0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60892571" w14:textId="24E58E79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086E3B3E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07E36F2D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3B2CC6EC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3FD820B4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616B727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7213B165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7889724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4BF271CD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6CE823EA" w14:textId="77777777" w:rsidTr="00AB3817">
        <w:trPr>
          <w:trHeight w:val="230"/>
        </w:trPr>
        <w:tc>
          <w:tcPr>
            <w:tcW w:w="479" w:type="pct"/>
          </w:tcPr>
          <w:p w14:paraId="26F38050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69" w:type="pct"/>
          </w:tcPr>
          <w:p w14:paraId="5DD9A352" w14:textId="7250F5D2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015B718F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2C203C97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6BC124D3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6BAEB24A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27FABE3D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5960FFA7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793C8D2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2300B33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6416DA13" w14:textId="77777777" w:rsidTr="00AB3817">
        <w:trPr>
          <w:trHeight w:val="230"/>
        </w:trPr>
        <w:tc>
          <w:tcPr>
            <w:tcW w:w="479" w:type="pct"/>
          </w:tcPr>
          <w:p w14:paraId="2956993A" w14:textId="69219955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  <w:r w:rsidRPr="00AD4810">
              <w:rPr>
                <w:b/>
                <w:sz w:val="16"/>
                <w:szCs w:val="16"/>
              </w:rPr>
              <w:t xml:space="preserve">Sınava Giren </w:t>
            </w:r>
            <w:r w:rsidRPr="00AD4810">
              <w:rPr>
                <w:b/>
                <w:spacing w:val="-2"/>
                <w:sz w:val="16"/>
                <w:szCs w:val="16"/>
              </w:rPr>
              <w:t>Öğrenci</w:t>
            </w:r>
            <w:r w:rsidRPr="00AD4810">
              <w:rPr>
                <w:b/>
                <w:spacing w:val="-11"/>
                <w:sz w:val="16"/>
                <w:szCs w:val="16"/>
              </w:rPr>
              <w:t xml:space="preserve"> </w:t>
            </w:r>
            <w:r w:rsidRPr="00AD4810">
              <w:rPr>
                <w:b/>
                <w:spacing w:val="-2"/>
                <w:sz w:val="16"/>
                <w:szCs w:val="16"/>
              </w:rPr>
              <w:t>Sayısı</w:t>
            </w:r>
          </w:p>
        </w:tc>
        <w:tc>
          <w:tcPr>
            <w:tcW w:w="869" w:type="pct"/>
          </w:tcPr>
          <w:p w14:paraId="7A40FCB1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2A2AFC1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4E163734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4550A3DA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41AAB37E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4CB4C5AF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4E10AD67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70D938A8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585F88FB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AB3817" w:rsidRPr="00AD4810" w14:paraId="02128759" w14:textId="77777777" w:rsidTr="00AB3817">
        <w:trPr>
          <w:trHeight w:val="230"/>
        </w:trPr>
        <w:tc>
          <w:tcPr>
            <w:tcW w:w="479" w:type="pct"/>
          </w:tcPr>
          <w:p w14:paraId="6D4375C9" w14:textId="2C21462C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b/>
                <w:sz w:val="16"/>
                <w:szCs w:val="16"/>
              </w:rPr>
            </w:pPr>
            <w:r w:rsidRPr="00AD4810">
              <w:rPr>
                <w:b/>
                <w:sz w:val="16"/>
                <w:szCs w:val="16"/>
              </w:rPr>
              <w:t xml:space="preserve">Sınıf Not </w:t>
            </w:r>
            <w:r w:rsidRPr="00AD4810">
              <w:rPr>
                <w:b/>
                <w:spacing w:val="-2"/>
                <w:sz w:val="16"/>
                <w:szCs w:val="16"/>
              </w:rPr>
              <w:t>Ortalaması</w:t>
            </w:r>
          </w:p>
        </w:tc>
        <w:tc>
          <w:tcPr>
            <w:tcW w:w="869" w:type="pct"/>
          </w:tcPr>
          <w:p w14:paraId="500A991A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6" w:right="2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399" w:type="pct"/>
          </w:tcPr>
          <w:p w14:paraId="41A068A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1" w:type="pct"/>
          </w:tcPr>
          <w:p w14:paraId="41DC2304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11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14:paraId="35382174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8"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pct"/>
          </w:tcPr>
          <w:p w14:paraId="4568202E" w14:textId="77777777" w:rsidR="00AB3817" w:rsidRPr="00AD4810" w:rsidRDefault="00AB3817" w:rsidP="00CE68B8">
            <w:pPr>
              <w:pStyle w:val="TableParagraph"/>
              <w:spacing w:before="1" w:line="210" w:lineRule="exact"/>
              <w:ind w:left="7"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</w:tcPr>
          <w:p w14:paraId="46A751A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35" w:type="pct"/>
          </w:tcPr>
          <w:p w14:paraId="1BF4AF2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02" w:type="pct"/>
          </w:tcPr>
          <w:p w14:paraId="14EFBD64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00" w:type="pct"/>
          </w:tcPr>
          <w:p w14:paraId="4C41597A" w14:textId="77777777" w:rsidR="00AB3817" w:rsidRPr="00AD4810" w:rsidRDefault="00AB3817" w:rsidP="00CE68B8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14:paraId="15FBE597" w14:textId="77777777" w:rsidR="005E3735" w:rsidRPr="00AD4810" w:rsidRDefault="005E3735" w:rsidP="005E3735">
      <w:pPr>
        <w:pStyle w:val="TableParagraph"/>
        <w:rPr>
          <w:sz w:val="16"/>
          <w:szCs w:val="16"/>
        </w:rPr>
      </w:pPr>
    </w:p>
    <w:p w14:paraId="7BA3833B" w14:textId="77777777" w:rsidR="005E3735" w:rsidRPr="00AD4810" w:rsidRDefault="005E3735" w:rsidP="005E3735">
      <w:pPr>
        <w:pStyle w:val="GvdeMetni"/>
        <w:rPr>
          <w:bCs/>
          <w:sz w:val="16"/>
          <w:szCs w:val="16"/>
          <w:lang w:val="tr-TR"/>
        </w:rPr>
      </w:pPr>
    </w:p>
    <w:p w14:paraId="3EC6CB16" w14:textId="77777777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59CCE1EB" w14:textId="77777777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75A5F7F6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1225514F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55452BFB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144B6825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5C768F36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5E9974A4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25146FC0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26625000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3DD33FD9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38EC6A09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5B3CD565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2C5F8681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</w:p>
    <w:p w14:paraId="1714F459" w14:textId="4D036435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after="0" w:line="240" w:lineRule="auto"/>
        <w:rPr>
          <w:b/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lastRenderedPageBreak/>
        <w:t>Genel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Değerlendirme</w:t>
      </w:r>
    </w:p>
    <w:p w14:paraId="759CE3B6" w14:textId="77777777" w:rsidR="005E3735" w:rsidRPr="00AD4810" w:rsidRDefault="005E3735" w:rsidP="005E3735">
      <w:pPr>
        <w:pStyle w:val="GvdeMetni"/>
        <w:spacing w:before="6"/>
        <w:rPr>
          <w:b/>
          <w:sz w:val="16"/>
          <w:szCs w:val="16"/>
          <w:lang w:val="tr-TR"/>
        </w:rPr>
      </w:pPr>
    </w:p>
    <w:p w14:paraId="4A401E74" w14:textId="77777777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before="199" w:after="0" w:line="240" w:lineRule="auto"/>
        <w:rPr>
          <w:b/>
          <w:sz w:val="16"/>
          <w:szCs w:val="16"/>
          <w:lang w:val="tr-TR"/>
        </w:rPr>
      </w:pPr>
    </w:p>
    <w:p w14:paraId="754DF8C9" w14:textId="77777777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before="199" w:after="0" w:line="240" w:lineRule="auto"/>
        <w:rPr>
          <w:b/>
          <w:sz w:val="16"/>
          <w:szCs w:val="16"/>
          <w:lang w:val="tr-TR"/>
        </w:rPr>
      </w:pPr>
    </w:p>
    <w:p w14:paraId="5949267E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before="199" w:after="0" w:line="240" w:lineRule="auto"/>
        <w:rPr>
          <w:b/>
          <w:sz w:val="16"/>
          <w:szCs w:val="16"/>
          <w:lang w:val="tr-TR"/>
        </w:rPr>
      </w:pPr>
    </w:p>
    <w:p w14:paraId="253FABCA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before="199" w:after="0" w:line="240" w:lineRule="auto"/>
        <w:rPr>
          <w:b/>
          <w:sz w:val="16"/>
          <w:szCs w:val="16"/>
          <w:lang w:val="tr-TR"/>
        </w:rPr>
      </w:pPr>
    </w:p>
    <w:p w14:paraId="32D881EF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before="199" w:after="0" w:line="240" w:lineRule="auto"/>
        <w:rPr>
          <w:b/>
          <w:sz w:val="16"/>
          <w:szCs w:val="16"/>
          <w:lang w:val="tr-TR"/>
        </w:rPr>
      </w:pPr>
    </w:p>
    <w:p w14:paraId="42C54ADD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before="199" w:after="0" w:line="240" w:lineRule="auto"/>
        <w:rPr>
          <w:b/>
          <w:sz w:val="16"/>
          <w:szCs w:val="16"/>
          <w:lang w:val="tr-TR"/>
        </w:rPr>
      </w:pPr>
    </w:p>
    <w:p w14:paraId="1ED8B920" w14:textId="16AE2BF1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before="199" w:after="0" w:line="240" w:lineRule="auto"/>
        <w:rPr>
          <w:b/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t>İyileştirme</w:t>
      </w:r>
      <w:r w:rsidRPr="00AD4810">
        <w:rPr>
          <w:b/>
          <w:spacing w:val="-12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Önerileri</w:t>
      </w:r>
    </w:p>
    <w:p w14:paraId="44DE0100" w14:textId="77777777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before="201" w:after="0" w:line="240" w:lineRule="auto"/>
        <w:rPr>
          <w:b/>
          <w:sz w:val="16"/>
          <w:szCs w:val="16"/>
          <w:lang w:val="tr-TR"/>
        </w:rPr>
      </w:pPr>
    </w:p>
    <w:p w14:paraId="106FB864" w14:textId="77777777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before="201" w:after="0" w:line="240" w:lineRule="auto"/>
        <w:rPr>
          <w:b/>
          <w:sz w:val="16"/>
          <w:szCs w:val="16"/>
          <w:lang w:val="tr-TR"/>
        </w:rPr>
      </w:pPr>
    </w:p>
    <w:p w14:paraId="3BF18DEE" w14:textId="77777777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before="201" w:after="0" w:line="240" w:lineRule="auto"/>
        <w:rPr>
          <w:b/>
          <w:sz w:val="16"/>
          <w:szCs w:val="16"/>
          <w:lang w:val="tr-TR"/>
        </w:rPr>
      </w:pPr>
    </w:p>
    <w:p w14:paraId="15776DD2" w14:textId="77777777" w:rsidR="00AB3817" w:rsidRPr="00AD4810" w:rsidRDefault="00AB3817" w:rsidP="005E3735">
      <w:pPr>
        <w:widowControl w:val="0"/>
        <w:tabs>
          <w:tab w:val="left" w:pos="1144"/>
        </w:tabs>
        <w:autoSpaceDE w:val="0"/>
        <w:autoSpaceDN w:val="0"/>
        <w:spacing w:before="201" w:after="0" w:line="240" w:lineRule="auto"/>
        <w:rPr>
          <w:b/>
          <w:sz w:val="16"/>
          <w:szCs w:val="16"/>
          <w:lang w:val="tr-TR"/>
        </w:rPr>
      </w:pPr>
    </w:p>
    <w:p w14:paraId="4C907240" w14:textId="29018FAC" w:rsidR="005E3735" w:rsidRPr="00AD4810" w:rsidRDefault="005E3735" w:rsidP="005E3735">
      <w:pPr>
        <w:widowControl w:val="0"/>
        <w:tabs>
          <w:tab w:val="left" w:pos="1144"/>
        </w:tabs>
        <w:autoSpaceDE w:val="0"/>
        <w:autoSpaceDN w:val="0"/>
        <w:spacing w:before="201" w:after="0" w:line="240" w:lineRule="auto"/>
        <w:rPr>
          <w:b/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t>Kanıtlar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(Aşağıdaki</w:t>
      </w:r>
      <w:r w:rsidRPr="00AD4810">
        <w:rPr>
          <w:b/>
          <w:spacing w:val="-8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kanıtlar</w:t>
      </w:r>
      <w:r w:rsidRPr="00AD4810">
        <w:rPr>
          <w:b/>
          <w:spacing w:val="-8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fiziki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ortamda</w:t>
      </w:r>
      <w:r w:rsidRPr="00AD4810">
        <w:rPr>
          <w:b/>
          <w:spacing w:val="-8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teslim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edilmiştir.)</w:t>
      </w:r>
    </w:p>
    <w:p w14:paraId="417767E4" w14:textId="77777777" w:rsidR="005E3735" w:rsidRPr="00AD4810" w:rsidRDefault="005E3735" w:rsidP="005E3735">
      <w:pPr>
        <w:spacing w:line="261" w:lineRule="auto"/>
        <w:ind w:right="1029"/>
        <w:rPr>
          <w:b/>
          <w:sz w:val="16"/>
          <w:szCs w:val="16"/>
          <w:lang w:val="tr-TR"/>
        </w:rPr>
      </w:pPr>
    </w:p>
    <w:p w14:paraId="5C7BDCE3" w14:textId="63C98E5F" w:rsidR="005E3735" w:rsidRPr="00AD4810" w:rsidRDefault="005E3735" w:rsidP="00963ABA">
      <w:pPr>
        <w:spacing w:line="261" w:lineRule="auto"/>
        <w:ind w:right="1029"/>
        <w:jc w:val="both"/>
        <w:rPr>
          <w:b/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t>Aşağıda</w:t>
      </w:r>
      <w:r w:rsidRPr="00AD4810">
        <w:rPr>
          <w:b/>
          <w:spacing w:val="-8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belirtilen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kanıtlar,</w:t>
      </w:r>
      <w:r w:rsidRPr="00AD4810">
        <w:rPr>
          <w:b/>
          <w:spacing w:val="-13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Ara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Sınav,</w:t>
      </w:r>
      <w:r w:rsidRPr="00AD4810">
        <w:rPr>
          <w:b/>
          <w:spacing w:val="-6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Final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Sınavı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ve</w:t>
      </w:r>
      <w:r w:rsidRPr="00AD4810">
        <w:rPr>
          <w:b/>
          <w:spacing w:val="-6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Bütünleme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Sınavı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dönemlerini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kapsayacak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şekilde eksiksiz</w:t>
      </w:r>
      <w:r w:rsidR="00AB3817" w:rsidRPr="00AD4810">
        <w:rPr>
          <w:b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olarak hazırlanmalıdır:</w:t>
      </w:r>
    </w:p>
    <w:p w14:paraId="16D5CFED" w14:textId="77777777" w:rsidR="005E3735" w:rsidRPr="00AD4810" w:rsidRDefault="005E3735" w:rsidP="005E3735">
      <w:pPr>
        <w:spacing w:line="261" w:lineRule="auto"/>
        <w:ind w:left="426" w:right="1029"/>
        <w:rPr>
          <w:b/>
          <w:sz w:val="16"/>
          <w:szCs w:val="16"/>
          <w:lang w:val="tr-TR"/>
        </w:rPr>
      </w:pPr>
    </w:p>
    <w:p w14:paraId="23967A4F" w14:textId="77777777" w:rsidR="005E3735" w:rsidRPr="00AD4810" w:rsidRDefault="005E3735" w:rsidP="005E3735">
      <w:pPr>
        <w:pStyle w:val="ListeParagraf"/>
        <w:widowControl w:val="0"/>
        <w:numPr>
          <w:ilvl w:val="0"/>
          <w:numId w:val="10"/>
        </w:numPr>
        <w:tabs>
          <w:tab w:val="left" w:pos="1146"/>
        </w:tabs>
        <w:autoSpaceDE w:val="0"/>
        <w:autoSpaceDN w:val="0"/>
        <w:spacing w:before="156" w:after="0" w:line="240" w:lineRule="auto"/>
        <w:contextualSpacing w:val="0"/>
        <w:rPr>
          <w:b/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>İlgili</w:t>
      </w:r>
      <w:r w:rsidRPr="00AD4810">
        <w:rPr>
          <w:spacing w:val="-6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sınavlara</w:t>
      </w:r>
      <w:r w:rsidRPr="00AD4810">
        <w:rPr>
          <w:spacing w:val="-5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ait</w:t>
      </w:r>
      <w:r w:rsidRPr="00AD4810">
        <w:rPr>
          <w:spacing w:val="-3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soruları</w:t>
      </w:r>
    </w:p>
    <w:p w14:paraId="5EDEFFEA" w14:textId="77777777" w:rsidR="005E3735" w:rsidRPr="00AD4810" w:rsidRDefault="005E3735" w:rsidP="005E3735">
      <w:pPr>
        <w:pStyle w:val="ListeParagraf"/>
        <w:widowControl w:val="0"/>
        <w:numPr>
          <w:ilvl w:val="0"/>
          <w:numId w:val="10"/>
        </w:numPr>
        <w:tabs>
          <w:tab w:val="left" w:pos="1146"/>
        </w:tabs>
        <w:autoSpaceDE w:val="0"/>
        <w:autoSpaceDN w:val="0"/>
        <w:spacing w:before="178" w:after="0" w:line="240" w:lineRule="auto"/>
        <w:contextualSpacing w:val="0"/>
        <w:rPr>
          <w:b/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>İlgili</w:t>
      </w:r>
      <w:r w:rsidRPr="00AD4810">
        <w:rPr>
          <w:spacing w:val="-5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sınavlara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ait</w:t>
      </w:r>
      <w:r w:rsidRPr="00AD4810">
        <w:rPr>
          <w:spacing w:val="-3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cevap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anahtarları</w:t>
      </w:r>
    </w:p>
    <w:p w14:paraId="2C0C9E55" w14:textId="77777777" w:rsidR="005E3735" w:rsidRPr="00AD4810" w:rsidRDefault="005E3735" w:rsidP="005E3735">
      <w:pPr>
        <w:pStyle w:val="ListeParagraf"/>
        <w:widowControl w:val="0"/>
        <w:numPr>
          <w:ilvl w:val="0"/>
          <w:numId w:val="10"/>
        </w:numPr>
        <w:tabs>
          <w:tab w:val="left" w:pos="1146"/>
        </w:tabs>
        <w:autoSpaceDE w:val="0"/>
        <w:autoSpaceDN w:val="0"/>
        <w:spacing w:before="179" w:after="0" w:line="240" w:lineRule="auto"/>
        <w:contextualSpacing w:val="0"/>
        <w:rPr>
          <w:b/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>Her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sınav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türü</w:t>
      </w:r>
      <w:r w:rsidRPr="00AD4810">
        <w:rPr>
          <w:spacing w:val="-3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için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en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yüksek</w:t>
      </w:r>
      <w:r w:rsidRPr="00AD4810">
        <w:rPr>
          <w:b/>
          <w:spacing w:val="-3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puanlı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kağıtları</w:t>
      </w:r>
    </w:p>
    <w:p w14:paraId="7B22F30D" w14:textId="77777777" w:rsidR="005E3735" w:rsidRPr="00AD4810" w:rsidRDefault="005E3735" w:rsidP="005E3735">
      <w:pPr>
        <w:pStyle w:val="ListeParagraf"/>
        <w:widowControl w:val="0"/>
        <w:numPr>
          <w:ilvl w:val="0"/>
          <w:numId w:val="10"/>
        </w:numPr>
        <w:tabs>
          <w:tab w:val="left" w:pos="1146"/>
        </w:tabs>
        <w:autoSpaceDE w:val="0"/>
        <w:autoSpaceDN w:val="0"/>
        <w:spacing w:before="178" w:after="0" w:line="240" w:lineRule="auto"/>
        <w:contextualSpacing w:val="0"/>
        <w:rPr>
          <w:b/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>Her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sınav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türü</w:t>
      </w:r>
      <w:r w:rsidRPr="00AD4810">
        <w:rPr>
          <w:spacing w:val="-3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için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orta</w:t>
      </w:r>
      <w:r w:rsidRPr="00AD4810">
        <w:rPr>
          <w:b/>
          <w:spacing w:val="-3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düzey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puanlı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</w:t>
      </w:r>
      <w:r w:rsidRPr="00AD4810">
        <w:rPr>
          <w:b/>
          <w:spacing w:val="-3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kağıtları</w:t>
      </w:r>
    </w:p>
    <w:p w14:paraId="06D32134" w14:textId="77777777" w:rsidR="005E3735" w:rsidRPr="00AD4810" w:rsidRDefault="005E3735" w:rsidP="005E3735">
      <w:pPr>
        <w:pStyle w:val="ListeParagraf"/>
        <w:widowControl w:val="0"/>
        <w:numPr>
          <w:ilvl w:val="0"/>
          <w:numId w:val="10"/>
        </w:numPr>
        <w:tabs>
          <w:tab w:val="left" w:pos="1146"/>
        </w:tabs>
        <w:autoSpaceDE w:val="0"/>
        <w:autoSpaceDN w:val="0"/>
        <w:spacing w:before="178" w:after="0" w:line="240" w:lineRule="auto"/>
        <w:contextualSpacing w:val="0"/>
        <w:rPr>
          <w:b/>
          <w:sz w:val="16"/>
          <w:szCs w:val="16"/>
          <w:lang w:val="tr-TR"/>
        </w:rPr>
      </w:pPr>
      <w:r w:rsidRPr="00AD4810">
        <w:rPr>
          <w:sz w:val="16"/>
          <w:szCs w:val="16"/>
          <w:lang w:val="tr-TR"/>
        </w:rPr>
        <w:t>Her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sınav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türü</w:t>
      </w:r>
      <w:r w:rsidRPr="00AD4810">
        <w:rPr>
          <w:spacing w:val="-3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için</w:t>
      </w:r>
      <w:r w:rsidRPr="00AD4810">
        <w:rPr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en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düşük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puanlı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kağıtları</w:t>
      </w:r>
    </w:p>
    <w:p w14:paraId="6CAD7585" w14:textId="77777777" w:rsidR="005E3735" w:rsidRPr="00AD4810" w:rsidRDefault="005E3735" w:rsidP="005E3735">
      <w:pPr>
        <w:pStyle w:val="ListeParagraf"/>
        <w:widowControl w:val="0"/>
        <w:numPr>
          <w:ilvl w:val="0"/>
          <w:numId w:val="10"/>
        </w:numPr>
        <w:tabs>
          <w:tab w:val="left" w:pos="1146"/>
        </w:tabs>
        <w:autoSpaceDE w:val="0"/>
        <w:autoSpaceDN w:val="0"/>
        <w:spacing w:before="178" w:after="0" w:line="240" w:lineRule="auto"/>
        <w:contextualSpacing w:val="0"/>
        <w:rPr>
          <w:b/>
          <w:sz w:val="16"/>
          <w:szCs w:val="16"/>
          <w:lang w:val="tr-TR"/>
        </w:rPr>
      </w:pPr>
      <w:r w:rsidRPr="00AD4810">
        <w:rPr>
          <w:b/>
          <w:spacing w:val="-2"/>
          <w:sz w:val="16"/>
          <w:szCs w:val="16"/>
          <w:lang w:val="tr-TR"/>
        </w:rPr>
        <w:t>Sınav</w:t>
      </w:r>
      <w:r w:rsidRPr="00AD4810">
        <w:rPr>
          <w:b/>
          <w:spacing w:val="-11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Yoklama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pacing w:val="-2"/>
          <w:sz w:val="16"/>
          <w:szCs w:val="16"/>
          <w:lang w:val="tr-TR"/>
        </w:rPr>
        <w:t>Listeleri</w:t>
      </w:r>
    </w:p>
    <w:p w14:paraId="558260E8" w14:textId="77777777" w:rsidR="005E3735" w:rsidRPr="00AD4810" w:rsidRDefault="005E3735" w:rsidP="005E3735">
      <w:pPr>
        <w:pStyle w:val="ListeParagraf"/>
        <w:widowControl w:val="0"/>
        <w:numPr>
          <w:ilvl w:val="0"/>
          <w:numId w:val="10"/>
        </w:numPr>
        <w:tabs>
          <w:tab w:val="left" w:pos="1146"/>
        </w:tabs>
        <w:autoSpaceDE w:val="0"/>
        <w:autoSpaceDN w:val="0"/>
        <w:spacing w:before="203" w:after="0" w:line="240" w:lineRule="auto"/>
        <w:contextualSpacing w:val="0"/>
        <w:rPr>
          <w:sz w:val="16"/>
          <w:szCs w:val="16"/>
          <w:lang w:val="tr-TR"/>
        </w:rPr>
      </w:pPr>
      <w:r w:rsidRPr="00AD4810">
        <w:rPr>
          <w:b/>
          <w:sz w:val="16"/>
          <w:szCs w:val="16"/>
          <w:lang w:val="tr-TR"/>
        </w:rPr>
        <w:t>Ara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Sınav,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Final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Sınavı</w:t>
      </w:r>
      <w:r w:rsidRPr="00AD4810">
        <w:rPr>
          <w:b/>
          <w:spacing w:val="-8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ve</w:t>
      </w:r>
      <w:r w:rsidRPr="00AD4810">
        <w:rPr>
          <w:b/>
          <w:spacing w:val="-7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Bütünleme</w:t>
      </w:r>
      <w:r w:rsidRPr="00AD4810">
        <w:rPr>
          <w:b/>
          <w:spacing w:val="-5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Sınavına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ilişkin</w:t>
      </w:r>
      <w:r w:rsidRPr="00AD4810">
        <w:rPr>
          <w:spacing w:val="-6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sınav</w:t>
      </w:r>
      <w:r w:rsidRPr="00AD4810">
        <w:rPr>
          <w:b/>
          <w:spacing w:val="-6"/>
          <w:sz w:val="16"/>
          <w:szCs w:val="16"/>
          <w:lang w:val="tr-TR"/>
        </w:rPr>
        <w:t xml:space="preserve"> </w:t>
      </w:r>
      <w:r w:rsidRPr="00AD4810">
        <w:rPr>
          <w:b/>
          <w:sz w:val="16"/>
          <w:szCs w:val="16"/>
          <w:lang w:val="tr-TR"/>
        </w:rPr>
        <w:t>istatistikleri</w:t>
      </w:r>
      <w:r w:rsidRPr="00AD4810">
        <w:rPr>
          <w:b/>
          <w:spacing w:val="-4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(OBS</w:t>
      </w:r>
      <w:r w:rsidRPr="00AD4810">
        <w:rPr>
          <w:spacing w:val="-8"/>
          <w:sz w:val="16"/>
          <w:szCs w:val="16"/>
          <w:lang w:val="tr-TR"/>
        </w:rPr>
        <w:t xml:space="preserve"> </w:t>
      </w:r>
      <w:r w:rsidRPr="00AD4810">
        <w:rPr>
          <w:sz w:val="16"/>
          <w:szCs w:val="16"/>
          <w:lang w:val="tr-TR"/>
        </w:rPr>
        <w:t>sisteminden</w:t>
      </w:r>
      <w:r w:rsidRPr="00AD4810">
        <w:rPr>
          <w:spacing w:val="-6"/>
          <w:sz w:val="16"/>
          <w:szCs w:val="16"/>
          <w:lang w:val="tr-TR"/>
        </w:rPr>
        <w:t xml:space="preserve"> </w:t>
      </w:r>
      <w:r w:rsidRPr="00AD4810">
        <w:rPr>
          <w:spacing w:val="-2"/>
          <w:sz w:val="16"/>
          <w:szCs w:val="16"/>
          <w:lang w:val="tr-TR"/>
        </w:rPr>
        <w:t>alınmış)</w:t>
      </w:r>
    </w:p>
    <w:p w14:paraId="7A041061" w14:textId="77777777" w:rsidR="005E3735" w:rsidRPr="00AD4810" w:rsidRDefault="005E3735">
      <w:pPr>
        <w:rPr>
          <w:sz w:val="16"/>
          <w:szCs w:val="16"/>
          <w:lang w:val="tr-TR"/>
        </w:rPr>
      </w:pPr>
    </w:p>
    <w:p w14:paraId="0231783F" w14:textId="77777777" w:rsidR="005E3735" w:rsidRPr="00AD4810" w:rsidRDefault="005E3735">
      <w:pPr>
        <w:rPr>
          <w:sz w:val="16"/>
          <w:szCs w:val="16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A00E59" w:rsidRPr="00AD4810" w14:paraId="03498D29" w14:textId="77777777">
        <w:tc>
          <w:tcPr>
            <w:tcW w:w="4320" w:type="dxa"/>
          </w:tcPr>
          <w:p w14:paraId="2EA61417" w14:textId="77777777" w:rsidR="00A00E59" w:rsidRPr="00AD4810" w:rsidRDefault="00885A83">
            <w:pPr>
              <w:rPr>
                <w:sz w:val="16"/>
                <w:szCs w:val="16"/>
                <w:lang w:val="tr-TR"/>
              </w:rPr>
            </w:pPr>
            <w:r w:rsidRPr="00AD4810">
              <w:rPr>
                <w:sz w:val="16"/>
                <w:szCs w:val="16"/>
                <w:lang w:val="tr-TR"/>
              </w:rPr>
              <w:t>Öğretim Elemanı</w:t>
            </w:r>
            <w:r w:rsidRPr="00AD4810">
              <w:rPr>
                <w:sz w:val="16"/>
                <w:szCs w:val="16"/>
                <w:lang w:val="tr-TR"/>
              </w:rPr>
              <w:br/>
            </w:r>
            <w:r w:rsidRPr="00AD4810">
              <w:rPr>
                <w:sz w:val="16"/>
                <w:szCs w:val="16"/>
                <w:lang w:val="tr-TR"/>
              </w:rPr>
              <w:br/>
            </w:r>
            <w:r w:rsidRPr="00AD4810">
              <w:rPr>
                <w:sz w:val="16"/>
                <w:szCs w:val="16"/>
                <w:lang w:val="tr-TR"/>
              </w:rPr>
              <w:br/>
              <w:t>İmza: __________________________</w:t>
            </w:r>
          </w:p>
        </w:tc>
        <w:tc>
          <w:tcPr>
            <w:tcW w:w="4320" w:type="dxa"/>
          </w:tcPr>
          <w:p w14:paraId="345D887A" w14:textId="77777777" w:rsidR="00A00E59" w:rsidRPr="00AD4810" w:rsidRDefault="00885A83" w:rsidP="00CB5BE1">
            <w:pPr>
              <w:rPr>
                <w:sz w:val="16"/>
                <w:szCs w:val="16"/>
                <w:lang w:val="tr-TR"/>
              </w:rPr>
            </w:pPr>
            <w:r w:rsidRPr="00AD4810">
              <w:rPr>
                <w:sz w:val="16"/>
                <w:szCs w:val="16"/>
                <w:lang w:val="tr-TR"/>
              </w:rPr>
              <w:t>Ölçme Değerlendirme Komisyonu</w:t>
            </w:r>
            <w:r w:rsidRPr="00AD4810">
              <w:rPr>
                <w:sz w:val="16"/>
                <w:szCs w:val="16"/>
                <w:lang w:val="tr-TR"/>
              </w:rPr>
              <w:br/>
            </w:r>
            <w:r w:rsidRPr="00AD4810">
              <w:rPr>
                <w:sz w:val="16"/>
                <w:szCs w:val="16"/>
                <w:lang w:val="tr-TR"/>
              </w:rPr>
              <w:br/>
            </w:r>
            <w:r w:rsidRPr="00AD4810">
              <w:rPr>
                <w:sz w:val="16"/>
                <w:szCs w:val="16"/>
                <w:lang w:val="tr-TR"/>
              </w:rPr>
              <w:br/>
              <w:t>İmza: __________________________</w:t>
            </w:r>
          </w:p>
        </w:tc>
      </w:tr>
      <w:bookmarkEnd w:id="0"/>
    </w:tbl>
    <w:p w14:paraId="37B91365" w14:textId="77777777" w:rsidR="00B528FF" w:rsidRPr="00AD4810" w:rsidRDefault="00B528FF">
      <w:pPr>
        <w:rPr>
          <w:sz w:val="16"/>
          <w:szCs w:val="16"/>
          <w:lang w:val="tr-TR"/>
        </w:rPr>
      </w:pPr>
    </w:p>
    <w:sectPr w:rsidR="00B528FF" w:rsidRPr="00AD481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B3609" w14:textId="77777777" w:rsidR="00461A24" w:rsidRDefault="00461A24" w:rsidP="00CB5BE1">
      <w:pPr>
        <w:spacing w:after="0" w:line="240" w:lineRule="auto"/>
      </w:pPr>
      <w:r>
        <w:separator/>
      </w:r>
    </w:p>
  </w:endnote>
  <w:endnote w:type="continuationSeparator" w:id="0">
    <w:p w14:paraId="1DA57C15" w14:textId="77777777" w:rsidR="00461A24" w:rsidRDefault="00461A24" w:rsidP="00CB5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6046B" w14:textId="77777777" w:rsidR="00AD4810" w:rsidRDefault="00AD48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C49A" w14:textId="77777777" w:rsidR="00AD4810" w:rsidRDefault="00AD481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B169" w14:textId="77777777" w:rsidR="00AD4810" w:rsidRDefault="00AD48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5F19E" w14:textId="77777777" w:rsidR="00461A24" w:rsidRDefault="00461A24" w:rsidP="00CB5BE1">
      <w:pPr>
        <w:spacing w:after="0" w:line="240" w:lineRule="auto"/>
      </w:pPr>
      <w:r>
        <w:separator/>
      </w:r>
    </w:p>
  </w:footnote>
  <w:footnote w:type="continuationSeparator" w:id="0">
    <w:p w14:paraId="4C6CBA89" w14:textId="77777777" w:rsidR="00461A24" w:rsidRDefault="00461A24" w:rsidP="00CB5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4218" w14:textId="77777777" w:rsidR="00AD4810" w:rsidRDefault="00AD48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D17F77" w:rsidRPr="00D17F77" w14:paraId="16BD6668" w14:textId="77777777" w:rsidTr="00813FF3">
      <w:trPr>
        <w:trHeight w:val="316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5382A4C7" w14:textId="5C886EED" w:rsidR="00D17F77" w:rsidRPr="00D17F77" w:rsidRDefault="00D17F77" w:rsidP="00D17F77">
          <w:pPr>
            <w:spacing w:after="0" w:line="240" w:lineRule="auto"/>
            <w:jc w:val="right"/>
            <w:rPr>
              <w:rFonts w:eastAsia="Times New Roman" w:cs="Times New Roman"/>
              <w:szCs w:val="24"/>
              <w:lang w:val="tr-TR" w:eastAsia="tr-TR"/>
            </w:rPr>
          </w:pPr>
          <w:bookmarkStart w:id="1" w:name="_Hlk210725844"/>
          <w:r w:rsidRPr="00D17F77"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  <w:drawing>
              <wp:inline distT="0" distB="0" distL="0" distR="0" wp14:anchorId="15680B35" wp14:editId="754E6BBF">
                <wp:extent cx="609600" cy="609600"/>
                <wp:effectExtent l="0" t="0" r="0" b="0"/>
                <wp:docPr id="1441303088" name="Resim 2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5F84CCB" w14:textId="77777777" w:rsidR="00D17F77" w:rsidRPr="00D17F77" w:rsidRDefault="00D17F77" w:rsidP="00D17F77">
          <w:pPr>
            <w:spacing w:after="0"/>
            <w:ind w:hanging="6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1A6F42B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22"/>
              <w:lang w:val="tr-TR" w:eastAsia="tr-TR"/>
            </w:rPr>
            <w:t xml:space="preserve">T.C. </w:t>
          </w:r>
        </w:p>
        <w:p w14:paraId="6CF1E917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22"/>
              <w:lang w:val="tr-TR" w:eastAsia="tr-TR"/>
            </w:rPr>
            <w:t>BALIKESİR ÜNİVERSİTESİ</w:t>
          </w:r>
        </w:p>
        <w:p w14:paraId="1787FE89" w14:textId="77777777" w:rsidR="00D17F77" w:rsidRPr="00D17F77" w:rsidRDefault="00D17F77" w:rsidP="00D17F77">
          <w:pPr>
            <w:spacing w:after="0" w:line="240" w:lineRule="auto"/>
            <w:jc w:val="center"/>
            <w:rPr>
              <w:rFonts w:eastAsia="Times New Roman" w:cs="Times New Roman"/>
              <w:b/>
              <w:sz w:val="22"/>
              <w:szCs w:val="24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22"/>
              <w:szCs w:val="24"/>
              <w:lang w:val="tr-TR" w:eastAsia="tr-TR"/>
            </w:rPr>
            <w:t>İVRİNDİ SAĞLIK HİZMETLERİ MESLEK YÜKSEKOKULU</w:t>
          </w:r>
        </w:p>
        <w:p w14:paraId="573C85E4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22"/>
              <w:szCs w:val="24"/>
              <w:lang w:val="tr-TR" w:eastAsia="tr-TR"/>
            </w:rPr>
            <w:t>DERS ÖĞRENME ÇIKTILARI ÖLÇME DEĞERLENDİRME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7E9578A" w14:textId="77777777" w:rsidR="00D17F77" w:rsidRPr="00D17F77" w:rsidRDefault="00D17F77" w:rsidP="00D17F77">
          <w:pPr>
            <w:spacing w:after="0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DD02F8F" w14:textId="4F232740" w:rsidR="00D17F77" w:rsidRPr="00D17F77" w:rsidRDefault="00D17F77" w:rsidP="00D17F77">
          <w:pPr>
            <w:spacing w:after="0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KDYS.</w:t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t>FR</w:t>
          </w: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.</w:t>
          </w:r>
          <w:r w:rsidR="00605905">
            <w:rPr>
              <w:rFonts w:eastAsia="Times New Roman" w:cs="Times New Roman"/>
              <w:b/>
              <w:sz w:val="16"/>
              <w:lang w:val="tr-TR" w:eastAsia="tr-TR"/>
            </w:rPr>
            <w:t>0372</w:t>
          </w:r>
        </w:p>
      </w:tc>
    </w:tr>
    <w:tr w:rsidR="00D17F77" w:rsidRPr="00D17F77" w14:paraId="54DDDECE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B0E5502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FE01487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028060FA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21519E2" w14:textId="77777777" w:rsidR="00D17F77" w:rsidRPr="00D17F77" w:rsidRDefault="00D17F77" w:rsidP="00D17F77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E8EBC62" w14:textId="2741D5B9" w:rsidR="00D17F77" w:rsidRPr="00D17F77" w:rsidRDefault="00004DC7" w:rsidP="00D17F77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>
            <w:rPr>
              <w:rFonts w:eastAsia="Times New Roman" w:cs="Times New Roman"/>
              <w:b/>
              <w:sz w:val="16"/>
              <w:lang w:val="tr-TR" w:eastAsia="tr-TR"/>
            </w:rPr>
            <w:t>11</w:t>
          </w:r>
          <w:r w:rsidR="00605905">
            <w:rPr>
              <w:rFonts w:eastAsia="Times New Roman" w:cs="Times New Roman"/>
              <w:b/>
              <w:sz w:val="16"/>
              <w:lang w:val="tr-TR" w:eastAsia="tr-TR"/>
            </w:rPr>
            <w:t>.10.2025</w:t>
          </w:r>
        </w:p>
      </w:tc>
    </w:tr>
    <w:tr w:rsidR="00D17F77" w:rsidRPr="00D17F77" w14:paraId="3BBF8397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EB9718E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B4643EF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21A8D828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5793013" w14:textId="77777777" w:rsidR="00D17F77" w:rsidRPr="00D17F77" w:rsidRDefault="00D17F77" w:rsidP="00D17F77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53635EC" w14:textId="09F4C87E" w:rsidR="00D17F77" w:rsidRPr="00D17F77" w:rsidRDefault="00AD4810" w:rsidP="00D17F77">
          <w:pPr>
            <w:spacing w:after="0"/>
            <w:rPr>
              <w:rFonts w:eastAsia="Times New Roman" w:cs="Times New Roman"/>
              <w:b/>
              <w:sz w:val="16"/>
              <w:lang w:val="tr-TR" w:eastAsia="tr-TR"/>
            </w:rPr>
          </w:pPr>
          <w:r>
            <w:rPr>
              <w:rFonts w:eastAsia="Times New Roman" w:cs="Times New Roman"/>
              <w:b/>
              <w:sz w:val="16"/>
              <w:lang w:val="tr-TR" w:eastAsia="tr-TR"/>
            </w:rPr>
            <w:t>23.10.2026</w:t>
          </w:r>
        </w:p>
      </w:tc>
    </w:tr>
    <w:tr w:rsidR="00D17F77" w:rsidRPr="00D17F77" w14:paraId="19931B1F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D27FE37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2504CF6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DA55010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9FD2F5B" w14:textId="77777777" w:rsidR="00D17F77" w:rsidRPr="00D17F77" w:rsidRDefault="00D17F77" w:rsidP="00D17F77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10EA315" w14:textId="69C82C6A" w:rsidR="00D17F77" w:rsidRPr="00D17F77" w:rsidRDefault="00D17F77" w:rsidP="00D17F77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0</w:t>
          </w:r>
          <w:r w:rsidR="00AD4810">
            <w:rPr>
              <w:rFonts w:eastAsia="Times New Roman" w:cs="Times New Roman"/>
              <w:b/>
              <w:sz w:val="16"/>
              <w:lang w:val="tr-TR" w:eastAsia="tr-TR"/>
            </w:rPr>
            <w:t>1</w:t>
          </w:r>
        </w:p>
      </w:tc>
    </w:tr>
    <w:tr w:rsidR="00D17F77" w:rsidRPr="00D17F77" w14:paraId="3736E197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B843A78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AC3EF00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9B4B1F0" w14:textId="77777777" w:rsidR="00D17F77" w:rsidRPr="00D17F77" w:rsidRDefault="00D17F77" w:rsidP="00D17F77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41AFCFC" w14:textId="77777777" w:rsidR="00D17F77" w:rsidRPr="00D17F77" w:rsidRDefault="00D17F77" w:rsidP="00D17F77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D17F77">
            <w:rPr>
              <w:rFonts w:eastAsia="Times New Roman" w:cs="Times New Roman"/>
              <w:b/>
              <w:sz w:val="16"/>
              <w:lang w:val="tr-TR" w:eastAsia="tr-TR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A681D3F" w14:textId="12D161EB" w:rsidR="00D17F77" w:rsidRPr="00D17F77" w:rsidRDefault="00AD4810" w:rsidP="00D17F77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>
            <w:rPr>
              <w:rFonts w:eastAsia="Times New Roman" w:cs="Times New Roman"/>
              <w:b/>
              <w:sz w:val="16"/>
              <w:lang w:val="tr-TR" w:eastAsia="tr-TR"/>
            </w:rPr>
            <w:fldChar w:fldCharType="begin"/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instrText xml:space="preserve"> PAGE   \* MERGEFORMAT </w:instrText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fldChar w:fldCharType="separate"/>
          </w:r>
          <w:r>
            <w:rPr>
              <w:rFonts w:eastAsia="Times New Roman" w:cs="Times New Roman"/>
              <w:b/>
              <w:noProof/>
              <w:sz w:val="16"/>
              <w:lang w:val="tr-TR" w:eastAsia="tr-TR"/>
            </w:rPr>
            <w:t>1</w:t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fldChar w:fldCharType="end"/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t>/</w:t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fldChar w:fldCharType="begin"/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instrText xml:space="preserve"> NUMPAGES   \* MERGEFORMAT </w:instrText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fldChar w:fldCharType="separate"/>
          </w:r>
          <w:r>
            <w:rPr>
              <w:rFonts w:eastAsia="Times New Roman" w:cs="Times New Roman"/>
              <w:b/>
              <w:noProof/>
              <w:sz w:val="16"/>
              <w:lang w:val="tr-TR" w:eastAsia="tr-TR"/>
            </w:rPr>
            <w:t>3</w:t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fldChar w:fldCharType="end"/>
          </w:r>
        </w:p>
      </w:tc>
    </w:tr>
    <w:bookmarkEnd w:id="1"/>
  </w:tbl>
  <w:p w14:paraId="6953DE73" w14:textId="77777777" w:rsidR="00CB5BE1" w:rsidRDefault="00CB5BE1" w:rsidP="00D17F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B3D3" w14:textId="77777777" w:rsidR="00AD4810" w:rsidRDefault="00AD481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22326F"/>
    <w:multiLevelType w:val="hybridMultilevel"/>
    <w:tmpl w:val="E012BB4E"/>
    <w:lvl w:ilvl="0" w:tplc="978C6DCE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CEC5593"/>
    <w:multiLevelType w:val="multilevel"/>
    <w:tmpl w:val="7EC2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3316B"/>
    <w:multiLevelType w:val="hybridMultilevel"/>
    <w:tmpl w:val="3E9C4FF8"/>
    <w:lvl w:ilvl="0" w:tplc="7288463C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DB1EAD16">
      <w:numFmt w:val="bullet"/>
      <w:lvlText w:val="•"/>
      <w:lvlJc w:val="left"/>
      <w:pPr>
        <w:ind w:left="2074" w:hanging="360"/>
      </w:pPr>
      <w:rPr>
        <w:rFonts w:hint="default"/>
        <w:lang w:val="tr-TR" w:eastAsia="en-US" w:bidi="ar-SA"/>
      </w:rPr>
    </w:lvl>
    <w:lvl w:ilvl="2" w:tplc="992A749A">
      <w:numFmt w:val="bullet"/>
      <w:lvlText w:val="•"/>
      <w:lvlJc w:val="left"/>
      <w:pPr>
        <w:ind w:left="3009" w:hanging="360"/>
      </w:pPr>
      <w:rPr>
        <w:rFonts w:hint="default"/>
        <w:lang w:val="tr-TR" w:eastAsia="en-US" w:bidi="ar-SA"/>
      </w:rPr>
    </w:lvl>
    <w:lvl w:ilvl="3" w:tplc="B7B07C6A">
      <w:numFmt w:val="bullet"/>
      <w:lvlText w:val="•"/>
      <w:lvlJc w:val="left"/>
      <w:pPr>
        <w:ind w:left="3944" w:hanging="360"/>
      </w:pPr>
      <w:rPr>
        <w:rFonts w:hint="default"/>
        <w:lang w:val="tr-TR" w:eastAsia="en-US" w:bidi="ar-SA"/>
      </w:rPr>
    </w:lvl>
    <w:lvl w:ilvl="4" w:tplc="81DA22D8">
      <w:numFmt w:val="bullet"/>
      <w:lvlText w:val="•"/>
      <w:lvlJc w:val="left"/>
      <w:pPr>
        <w:ind w:left="4879" w:hanging="360"/>
      </w:pPr>
      <w:rPr>
        <w:rFonts w:hint="default"/>
        <w:lang w:val="tr-TR" w:eastAsia="en-US" w:bidi="ar-SA"/>
      </w:rPr>
    </w:lvl>
    <w:lvl w:ilvl="5" w:tplc="1C5C5D3C">
      <w:numFmt w:val="bullet"/>
      <w:lvlText w:val="•"/>
      <w:lvlJc w:val="left"/>
      <w:pPr>
        <w:ind w:left="5814" w:hanging="360"/>
      </w:pPr>
      <w:rPr>
        <w:rFonts w:hint="default"/>
        <w:lang w:val="tr-TR" w:eastAsia="en-US" w:bidi="ar-SA"/>
      </w:rPr>
    </w:lvl>
    <w:lvl w:ilvl="6" w:tplc="57E2D068">
      <w:numFmt w:val="bullet"/>
      <w:lvlText w:val="•"/>
      <w:lvlJc w:val="left"/>
      <w:pPr>
        <w:ind w:left="6749" w:hanging="360"/>
      </w:pPr>
      <w:rPr>
        <w:rFonts w:hint="default"/>
        <w:lang w:val="tr-TR" w:eastAsia="en-US" w:bidi="ar-SA"/>
      </w:rPr>
    </w:lvl>
    <w:lvl w:ilvl="7" w:tplc="C92876F8">
      <w:numFmt w:val="bullet"/>
      <w:lvlText w:val="•"/>
      <w:lvlJc w:val="left"/>
      <w:pPr>
        <w:ind w:left="7684" w:hanging="360"/>
      </w:pPr>
      <w:rPr>
        <w:rFonts w:hint="default"/>
        <w:lang w:val="tr-TR" w:eastAsia="en-US" w:bidi="ar-SA"/>
      </w:rPr>
    </w:lvl>
    <w:lvl w:ilvl="8" w:tplc="89E0D8E4">
      <w:numFmt w:val="bullet"/>
      <w:lvlText w:val="•"/>
      <w:lvlJc w:val="left"/>
      <w:pPr>
        <w:ind w:left="8619" w:hanging="360"/>
      </w:pPr>
      <w:rPr>
        <w:rFonts w:hint="default"/>
        <w:lang w:val="tr-TR" w:eastAsia="en-US" w:bidi="ar-SA"/>
      </w:rPr>
    </w:lvl>
  </w:abstractNum>
  <w:abstractNum w:abstractNumId="12" w15:restartNumberingAfterBreak="0">
    <w:nsid w:val="7BE545E0"/>
    <w:multiLevelType w:val="hybridMultilevel"/>
    <w:tmpl w:val="F11C63BC"/>
    <w:lvl w:ilvl="0" w:tplc="B848123A">
      <w:start w:val="1"/>
      <w:numFmt w:val="decimal"/>
      <w:lvlText w:val="%1-"/>
      <w:lvlJc w:val="left"/>
      <w:pPr>
        <w:ind w:left="114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8BB06238">
      <w:numFmt w:val="bullet"/>
      <w:lvlText w:val="•"/>
      <w:lvlJc w:val="left"/>
      <w:pPr>
        <w:ind w:left="2074" w:hanging="360"/>
      </w:pPr>
      <w:rPr>
        <w:rFonts w:hint="default"/>
        <w:lang w:val="tr-TR" w:eastAsia="en-US" w:bidi="ar-SA"/>
      </w:rPr>
    </w:lvl>
    <w:lvl w:ilvl="2" w:tplc="758A984E">
      <w:numFmt w:val="bullet"/>
      <w:lvlText w:val="•"/>
      <w:lvlJc w:val="left"/>
      <w:pPr>
        <w:ind w:left="3009" w:hanging="360"/>
      </w:pPr>
      <w:rPr>
        <w:rFonts w:hint="default"/>
        <w:lang w:val="tr-TR" w:eastAsia="en-US" w:bidi="ar-SA"/>
      </w:rPr>
    </w:lvl>
    <w:lvl w:ilvl="3" w:tplc="7C1A780C">
      <w:numFmt w:val="bullet"/>
      <w:lvlText w:val="•"/>
      <w:lvlJc w:val="left"/>
      <w:pPr>
        <w:ind w:left="3944" w:hanging="360"/>
      </w:pPr>
      <w:rPr>
        <w:rFonts w:hint="default"/>
        <w:lang w:val="tr-TR" w:eastAsia="en-US" w:bidi="ar-SA"/>
      </w:rPr>
    </w:lvl>
    <w:lvl w:ilvl="4" w:tplc="0192AEA4">
      <w:numFmt w:val="bullet"/>
      <w:lvlText w:val="•"/>
      <w:lvlJc w:val="left"/>
      <w:pPr>
        <w:ind w:left="4879" w:hanging="360"/>
      </w:pPr>
      <w:rPr>
        <w:rFonts w:hint="default"/>
        <w:lang w:val="tr-TR" w:eastAsia="en-US" w:bidi="ar-SA"/>
      </w:rPr>
    </w:lvl>
    <w:lvl w:ilvl="5" w:tplc="41B40600">
      <w:numFmt w:val="bullet"/>
      <w:lvlText w:val="•"/>
      <w:lvlJc w:val="left"/>
      <w:pPr>
        <w:ind w:left="5814" w:hanging="360"/>
      </w:pPr>
      <w:rPr>
        <w:rFonts w:hint="default"/>
        <w:lang w:val="tr-TR" w:eastAsia="en-US" w:bidi="ar-SA"/>
      </w:rPr>
    </w:lvl>
    <w:lvl w:ilvl="6" w:tplc="AF167E88">
      <w:numFmt w:val="bullet"/>
      <w:lvlText w:val="•"/>
      <w:lvlJc w:val="left"/>
      <w:pPr>
        <w:ind w:left="6749" w:hanging="360"/>
      </w:pPr>
      <w:rPr>
        <w:rFonts w:hint="default"/>
        <w:lang w:val="tr-TR" w:eastAsia="en-US" w:bidi="ar-SA"/>
      </w:rPr>
    </w:lvl>
    <w:lvl w:ilvl="7" w:tplc="BE62713C">
      <w:numFmt w:val="bullet"/>
      <w:lvlText w:val="•"/>
      <w:lvlJc w:val="left"/>
      <w:pPr>
        <w:ind w:left="7684" w:hanging="360"/>
      </w:pPr>
      <w:rPr>
        <w:rFonts w:hint="default"/>
        <w:lang w:val="tr-TR" w:eastAsia="en-US" w:bidi="ar-SA"/>
      </w:rPr>
    </w:lvl>
    <w:lvl w:ilvl="8" w:tplc="7BBE93FC">
      <w:numFmt w:val="bullet"/>
      <w:lvlText w:val="•"/>
      <w:lvlJc w:val="left"/>
      <w:pPr>
        <w:ind w:left="8619" w:hanging="360"/>
      </w:pPr>
      <w:rPr>
        <w:rFonts w:hint="default"/>
        <w:lang w:val="tr-TR" w:eastAsia="en-US" w:bidi="ar-SA"/>
      </w:rPr>
    </w:lvl>
  </w:abstractNum>
  <w:num w:numId="1" w16cid:durableId="913858289">
    <w:abstractNumId w:val="8"/>
  </w:num>
  <w:num w:numId="2" w16cid:durableId="1083798382">
    <w:abstractNumId w:val="6"/>
  </w:num>
  <w:num w:numId="3" w16cid:durableId="1289822784">
    <w:abstractNumId w:val="5"/>
  </w:num>
  <w:num w:numId="4" w16cid:durableId="620187082">
    <w:abstractNumId w:val="4"/>
  </w:num>
  <w:num w:numId="5" w16cid:durableId="1086682767">
    <w:abstractNumId w:val="7"/>
  </w:num>
  <w:num w:numId="6" w16cid:durableId="1514341425">
    <w:abstractNumId w:val="3"/>
  </w:num>
  <w:num w:numId="7" w16cid:durableId="63647706">
    <w:abstractNumId w:val="2"/>
  </w:num>
  <w:num w:numId="8" w16cid:durableId="844174677">
    <w:abstractNumId w:val="1"/>
  </w:num>
  <w:num w:numId="9" w16cid:durableId="1859851024">
    <w:abstractNumId w:val="0"/>
  </w:num>
  <w:num w:numId="10" w16cid:durableId="885407170">
    <w:abstractNumId w:val="11"/>
  </w:num>
  <w:num w:numId="11" w16cid:durableId="1102066173">
    <w:abstractNumId w:val="12"/>
  </w:num>
  <w:num w:numId="12" w16cid:durableId="774443351">
    <w:abstractNumId w:val="10"/>
  </w:num>
  <w:num w:numId="13" w16cid:durableId="1189564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DC7"/>
    <w:rsid w:val="00034616"/>
    <w:rsid w:val="0006063C"/>
    <w:rsid w:val="00082772"/>
    <w:rsid w:val="000E27F5"/>
    <w:rsid w:val="0015074B"/>
    <w:rsid w:val="0018060D"/>
    <w:rsid w:val="001E5B20"/>
    <w:rsid w:val="001F37B3"/>
    <w:rsid w:val="002844EB"/>
    <w:rsid w:val="0029639D"/>
    <w:rsid w:val="00326F90"/>
    <w:rsid w:val="00461A24"/>
    <w:rsid w:val="00482D63"/>
    <w:rsid w:val="0049463C"/>
    <w:rsid w:val="005E3735"/>
    <w:rsid w:val="00605905"/>
    <w:rsid w:val="006461C8"/>
    <w:rsid w:val="00790BA5"/>
    <w:rsid w:val="007B1BE7"/>
    <w:rsid w:val="00885A83"/>
    <w:rsid w:val="00940C26"/>
    <w:rsid w:val="00963ABA"/>
    <w:rsid w:val="00A00E59"/>
    <w:rsid w:val="00A728D1"/>
    <w:rsid w:val="00AA1D8D"/>
    <w:rsid w:val="00AB3817"/>
    <w:rsid w:val="00AD4810"/>
    <w:rsid w:val="00B47730"/>
    <w:rsid w:val="00B528FF"/>
    <w:rsid w:val="00BD2D6D"/>
    <w:rsid w:val="00BE6926"/>
    <w:rsid w:val="00BF6BD6"/>
    <w:rsid w:val="00CB0664"/>
    <w:rsid w:val="00CB5BE1"/>
    <w:rsid w:val="00CF35C8"/>
    <w:rsid w:val="00CF53EF"/>
    <w:rsid w:val="00D17F77"/>
    <w:rsid w:val="00E337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3069A7"/>
  <w14:defaultImageDpi w14:val="300"/>
  <w15:docId w15:val="{9D5093ED-5C0D-A64B-845E-2A80B9DC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5E3735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373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Şeref AKYOL</cp:lastModifiedBy>
  <cp:revision>12</cp:revision>
  <dcterms:created xsi:type="dcterms:W3CDTF">2025-09-19T08:20:00Z</dcterms:created>
  <dcterms:modified xsi:type="dcterms:W3CDTF">2026-10-23T10:25:00Z</dcterms:modified>
  <cp:category/>
</cp:coreProperties>
</file>