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64CA2" w14:textId="270B9103" w:rsidR="00DA15A2" w:rsidRPr="00DA15A2" w:rsidRDefault="00DA15A2" w:rsidP="00DA15A2">
      <w:pPr>
        <w:pStyle w:val="ListeNumaras"/>
        <w:numPr>
          <w:ilvl w:val="0"/>
          <w:numId w:val="0"/>
        </w:numPr>
        <w:spacing w:line="36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AKTS İŞ YÜKÜ HESAPLAMA SORULARI</w:t>
      </w:r>
    </w:p>
    <w:p w14:paraId="75405BB5" w14:textId="77777777" w:rsidR="00DA15A2" w:rsidRDefault="00DA15A2" w:rsidP="00DA15A2">
      <w:pPr>
        <w:pStyle w:val="ListeNumaras"/>
        <w:numPr>
          <w:ilvl w:val="0"/>
          <w:numId w:val="0"/>
        </w:numPr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20BD46F1" w14:textId="153C85E4" w:rsidR="006C2E68" w:rsidRPr="002618CF" w:rsidRDefault="00875B71" w:rsidP="002618CF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derse dönem içinde devam ettiniz mi?</w:t>
      </w:r>
      <w:r w:rsidR="0026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18CF" w:rsidRPr="00DA15A2">
        <w:rPr>
          <w:rFonts w:ascii="Times New Roman" w:hAnsi="Times New Roman" w:cs="Times New Roman"/>
          <w:b/>
          <w:bCs/>
          <w:sz w:val="24"/>
          <w:szCs w:val="24"/>
        </w:rPr>
        <w:t>Evet/Hayır</w:t>
      </w:r>
    </w:p>
    <w:p w14:paraId="18575B81" w14:textId="3683F9A2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derse hazırlanmak için (kısa sınav, ödev, proje, laboratuvar, ara sınav, final sınavı gibi</w:t>
      </w:r>
      <w:r w:rsidR="00DA15A2" w:rsidRPr="00DA15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15A2">
        <w:rPr>
          <w:rFonts w:ascii="Times New Roman" w:hAnsi="Times New Roman" w:cs="Times New Roman"/>
          <w:b/>
          <w:bCs/>
          <w:sz w:val="24"/>
          <w:szCs w:val="24"/>
        </w:rPr>
        <w:t>etkinlikler dışında) dersin öğretim üyesi/elemanı ile görüşerek  yardım aldınız mı?</w:t>
      </w:r>
      <w:r w:rsidR="0026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18CF" w:rsidRPr="00DA15A2">
        <w:rPr>
          <w:rFonts w:ascii="Times New Roman" w:hAnsi="Times New Roman" w:cs="Times New Roman"/>
          <w:b/>
          <w:bCs/>
          <w:sz w:val="24"/>
          <w:szCs w:val="24"/>
        </w:rPr>
        <w:t>Evet/Hayır</w:t>
      </w:r>
    </w:p>
    <w:p w14:paraId="6A5E1012" w14:textId="5A4A65B5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 kapsamında ödev hazırladınız mı?</w:t>
      </w:r>
      <w:r w:rsidR="002618C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618CF" w:rsidRPr="00DA15A2">
        <w:rPr>
          <w:rFonts w:ascii="Times New Roman" w:hAnsi="Times New Roman" w:cs="Times New Roman"/>
          <w:b/>
          <w:bCs/>
          <w:sz w:val="24"/>
          <w:szCs w:val="24"/>
        </w:rPr>
        <w:t>Evet/Hayır</w:t>
      </w:r>
    </w:p>
    <w:p w14:paraId="359B62D3" w14:textId="23DAA280" w:rsidR="006C2E68" w:rsidRPr="002618CF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618CF">
        <w:rPr>
          <w:rFonts w:ascii="Times New Roman" w:hAnsi="Times New Roman" w:cs="Times New Roman"/>
          <w:sz w:val="24"/>
          <w:szCs w:val="24"/>
        </w:rPr>
        <w:t>Kaç ödev hazırladınız?</w:t>
      </w:r>
      <w:r w:rsidR="00DA15A2" w:rsidRPr="002618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2AFBCA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Her bir ödevi hazırlamak için ortalama çalışma süreniz kaç saattir?</w:t>
      </w:r>
    </w:p>
    <w:p w14:paraId="7D0A44A1" w14:textId="27550D5D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 kapsamında proje hazırladınız mı?</w:t>
      </w:r>
      <w:r w:rsidR="00DA15A2">
        <w:rPr>
          <w:rFonts w:ascii="Times New Roman" w:hAnsi="Times New Roman" w:cs="Times New Roman"/>
          <w:b/>
          <w:bCs/>
          <w:sz w:val="24"/>
          <w:szCs w:val="24"/>
        </w:rPr>
        <w:t xml:space="preserve"> Evet/Hayır</w:t>
      </w:r>
    </w:p>
    <w:p w14:paraId="0DF7C2F0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Proje için ortalama çalışma süreniz kaç saattir?</w:t>
      </w:r>
    </w:p>
    <w:p w14:paraId="74FE1AC5" w14:textId="1EE696C2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 kapsamında laboratuvar/atölye çalışmasına katıldınız mı?</w:t>
      </w:r>
      <w:r w:rsidR="00DA15A2">
        <w:rPr>
          <w:rFonts w:ascii="Times New Roman" w:hAnsi="Times New Roman" w:cs="Times New Roman"/>
          <w:b/>
          <w:bCs/>
          <w:sz w:val="24"/>
          <w:szCs w:val="24"/>
        </w:rPr>
        <w:t xml:space="preserve"> Evet/Hayır</w:t>
      </w:r>
    </w:p>
    <w:p w14:paraId="5355F080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Laboratuvar/atölye için ortalama çalışma süreniz kaç saattir?</w:t>
      </w:r>
    </w:p>
    <w:p w14:paraId="22F83EEF" w14:textId="147E3FAF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 kapsamında kısa sınav yapıldı mı?</w:t>
      </w:r>
      <w:r w:rsidR="00DA15A2">
        <w:rPr>
          <w:rFonts w:ascii="Times New Roman" w:hAnsi="Times New Roman" w:cs="Times New Roman"/>
          <w:b/>
          <w:bCs/>
          <w:sz w:val="24"/>
          <w:szCs w:val="24"/>
        </w:rPr>
        <w:t xml:space="preserve"> Evet/Hayır</w:t>
      </w:r>
    </w:p>
    <w:p w14:paraId="289327E6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Kısa sınav için ortalama çalışma süreniz kaç saattir?</w:t>
      </w:r>
    </w:p>
    <w:p w14:paraId="306E6A90" w14:textId="3301EEF4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 xml:space="preserve"> Bu ders kapsamında ara sınava katıldınız mı?</w:t>
      </w:r>
      <w:r w:rsidR="00DA15A2">
        <w:rPr>
          <w:rFonts w:ascii="Times New Roman" w:hAnsi="Times New Roman" w:cs="Times New Roman"/>
          <w:b/>
          <w:bCs/>
          <w:sz w:val="24"/>
          <w:szCs w:val="24"/>
        </w:rPr>
        <w:t xml:space="preserve"> Evet/Hayır</w:t>
      </w:r>
    </w:p>
    <w:p w14:paraId="16FADF25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Ara sınav için ortalama çalışma süreniz kaç saattir?</w:t>
      </w:r>
    </w:p>
    <w:p w14:paraId="314F5733" w14:textId="1C71868E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 kapsamında final sınavına katıldınız mı?</w:t>
      </w:r>
      <w:r w:rsidR="00DA15A2">
        <w:rPr>
          <w:rFonts w:ascii="Times New Roman" w:hAnsi="Times New Roman" w:cs="Times New Roman"/>
          <w:b/>
          <w:bCs/>
          <w:sz w:val="24"/>
          <w:szCs w:val="24"/>
        </w:rPr>
        <w:t xml:space="preserve"> Evet/Hayır</w:t>
      </w:r>
    </w:p>
    <w:p w14:paraId="4BD10150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Final sınavı için ortalama çalışma süreniz kaç saattir?</w:t>
      </w:r>
    </w:p>
    <w:p w14:paraId="2C2C4656" w14:textId="58C41E86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A15A2">
        <w:rPr>
          <w:rFonts w:ascii="Times New Roman" w:hAnsi="Times New Roman" w:cs="Times New Roman"/>
          <w:b/>
          <w:bCs/>
          <w:sz w:val="24"/>
          <w:szCs w:val="24"/>
        </w:rPr>
        <w:t>Bu ders için sunum/seminer hazırladınız mı?</w:t>
      </w:r>
      <w:r w:rsidR="00DA15A2">
        <w:rPr>
          <w:rFonts w:ascii="Times New Roman" w:hAnsi="Times New Roman" w:cs="Times New Roman"/>
          <w:b/>
          <w:bCs/>
          <w:sz w:val="24"/>
          <w:szCs w:val="24"/>
        </w:rPr>
        <w:t xml:space="preserve"> Evet/Hayır</w:t>
      </w:r>
    </w:p>
    <w:p w14:paraId="399316C7" w14:textId="77777777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Sunum/seminer için ortalama çalışma süreniz kaç saattir?</w:t>
      </w:r>
    </w:p>
    <w:p w14:paraId="5ADD9959" w14:textId="1234DF50" w:rsidR="006C2E68" w:rsidRPr="00DA15A2" w:rsidRDefault="00875B71" w:rsidP="00DA15A2">
      <w:pPr>
        <w:pStyle w:val="ListeNumaras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A15A2">
        <w:rPr>
          <w:rFonts w:ascii="Times New Roman" w:hAnsi="Times New Roman" w:cs="Times New Roman"/>
          <w:sz w:val="24"/>
          <w:szCs w:val="24"/>
        </w:rPr>
        <w:t>Her hafta sınıf harici ders için çalışılan süreniz kaç saattir?</w:t>
      </w:r>
    </w:p>
    <w:sectPr w:rsidR="006C2E68" w:rsidRPr="00DA15A2" w:rsidSect="00034616">
      <w:footerReference w:type="default" r:id="rId8"/>
      <w:pgSz w:w="12240" w:h="15840"/>
      <w:pgMar w:top="1440" w:right="1800" w:bottom="1440" w:left="180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953F0" w14:textId="77777777" w:rsidR="00875B71" w:rsidRDefault="00875B71">
      <w:pPr>
        <w:spacing w:after="0" w:line="240" w:lineRule="auto"/>
      </w:pPr>
      <w:r>
        <w:separator/>
      </w:r>
    </w:p>
  </w:endnote>
  <w:endnote w:type="continuationSeparator" w:id="0">
    <w:p w14:paraId="1CE1B0C9" w14:textId="77777777" w:rsidR="00875B71" w:rsidRDefault="00875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5BDF9" w14:textId="77777777" w:rsidR="006C2E68" w:rsidRDefault="006C2E68">
    <w:pPr>
      <w:pStyle w:val="AltBilgi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4B8B6" w14:textId="77777777" w:rsidR="00875B71" w:rsidRDefault="00875B71">
      <w:pPr>
        <w:spacing w:after="0" w:line="240" w:lineRule="auto"/>
      </w:pPr>
      <w:r>
        <w:separator/>
      </w:r>
    </w:p>
  </w:footnote>
  <w:footnote w:type="continuationSeparator" w:id="0">
    <w:p w14:paraId="21B0B28D" w14:textId="77777777" w:rsidR="00875B71" w:rsidRDefault="00875B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D277D3"/>
    <w:multiLevelType w:val="hybridMultilevel"/>
    <w:tmpl w:val="7554924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818384">
    <w:abstractNumId w:val="8"/>
  </w:num>
  <w:num w:numId="2" w16cid:durableId="570849439">
    <w:abstractNumId w:val="6"/>
  </w:num>
  <w:num w:numId="3" w16cid:durableId="19405212">
    <w:abstractNumId w:val="5"/>
  </w:num>
  <w:num w:numId="4" w16cid:durableId="1134105104">
    <w:abstractNumId w:val="4"/>
  </w:num>
  <w:num w:numId="5" w16cid:durableId="1561164732">
    <w:abstractNumId w:val="7"/>
  </w:num>
  <w:num w:numId="6" w16cid:durableId="426509356">
    <w:abstractNumId w:val="3"/>
  </w:num>
  <w:num w:numId="7" w16cid:durableId="206185383">
    <w:abstractNumId w:val="2"/>
  </w:num>
  <w:num w:numId="8" w16cid:durableId="339041709">
    <w:abstractNumId w:val="1"/>
  </w:num>
  <w:num w:numId="9" w16cid:durableId="1863281380">
    <w:abstractNumId w:val="0"/>
  </w:num>
  <w:num w:numId="10" w16cid:durableId="19585030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618CF"/>
    <w:rsid w:val="002860FA"/>
    <w:rsid w:val="0029639D"/>
    <w:rsid w:val="00326F90"/>
    <w:rsid w:val="003F7182"/>
    <w:rsid w:val="006C2E68"/>
    <w:rsid w:val="00875B71"/>
    <w:rsid w:val="00AA1D8D"/>
    <w:rsid w:val="00B47730"/>
    <w:rsid w:val="00CB0664"/>
    <w:rsid w:val="00DA15A2"/>
    <w:rsid w:val="00E4504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E7283D"/>
  <w14:defaultImageDpi w14:val="300"/>
  <w15:docId w15:val="{051C2ED7-A216-4591-A724-8AC643A32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Nurşah Tatoğlu</cp:lastModifiedBy>
  <cp:revision>3</cp:revision>
  <dcterms:created xsi:type="dcterms:W3CDTF">2013-12-23T23:15:00Z</dcterms:created>
  <dcterms:modified xsi:type="dcterms:W3CDTF">2026-10-18T09:48:00Z</dcterms:modified>
  <cp:category/>
</cp:coreProperties>
</file>