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8B03" w14:textId="77777777" w:rsidR="00091F17" w:rsidRDefault="00091F17"/>
    <w:p w14:paraId="200DDD3D" w14:textId="77777777" w:rsidR="00091F17" w:rsidRPr="001E011C" w:rsidRDefault="00000000">
      <w:pPr>
        <w:spacing w:after="80"/>
        <w:jc w:val="center"/>
        <w:rPr>
          <w:sz w:val="24"/>
          <w:szCs w:val="24"/>
        </w:rPr>
      </w:pPr>
      <w:r w:rsidRPr="001E011C">
        <w:rPr>
          <w:b/>
          <w:sz w:val="24"/>
          <w:szCs w:val="24"/>
        </w:rPr>
        <w:t>2026–2027 EĞİTİM-ÖĞRETİM YILI</w:t>
      </w:r>
    </w:p>
    <w:p w14:paraId="4EED3D42" w14:textId="77777777" w:rsidR="00091F17" w:rsidRPr="001E011C" w:rsidRDefault="00000000">
      <w:pPr>
        <w:spacing w:after="80"/>
        <w:jc w:val="center"/>
        <w:rPr>
          <w:sz w:val="24"/>
          <w:szCs w:val="24"/>
        </w:rPr>
      </w:pPr>
      <w:r w:rsidRPr="001E011C">
        <w:rPr>
          <w:b/>
          <w:sz w:val="24"/>
          <w:szCs w:val="24"/>
        </w:rPr>
        <w:t>BÖLÜM ÖĞRENCİ TEMSİLCİLİĞİ ADAY BAŞVURU FORMU</w:t>
      </w:r>
    </w:p>
    <w:p w14:paraId="7E53ED7B" w14:textId="77777777" w:rsidR="00091F17" w:rsidRDefault="00091F17"/>
    <w:p w14:paraId="74CA8616" w14:textId="0F60D774" w:rsidR="00091F17" w:rsidRDefault="00000000">
      <w:pPr>
        <w:spacing w:after="80"/>
        <w:ind w:firstLine="454"/>
        <w:jc w:val="both"/>
      </w:pPr>
      <w:r>
        <w:t xml:space="preserve">Endüstri Mühendisliği lisans programı .......... sınıf öğrencisiyim. 2026–2027 Eğitim-Öğretim Yılında bölümümüzde gerçekleştirilecek Bölüm Öğrenci Temsilciliği seçiminde aday olmak istiyorum. </w:t>
      </w:r>
      <w:proofErr w:type="spellStart"/>
      <w:r>
        <w:t>Adaylık</w:t>
      </w:r>
      <w:proofErr w:type="spellEnd"/>
      <w:r>
        <w:t xml:space="preserve"> başvurumun </w:t>
      </w:r>
      <w:proofErr w:type="spellStart"/>
      <w:r>
        <w:t>değerlendirmeye</w:t>
      </w:r>
      <w:proofErr w:type="spellEnd"/>
      <w:r>
        <w:t xml:space="preserve"> </w:t>
      </w:r>
      <w:proofErr w:type="spellStart"/>
      <w:r>
        <w:t>alınması</w:t>
      </w:r>
      <w:proofErr w:type="spellEnd"/>
      <w:r>
        <w:t xml:space="preserve"> </w:t>
      </w:r>
      <w:proofErr w:type="spellStart"/>
      <w:r>
        <w:t>hususunda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4461B52F" w14:textId="77777777" w:rsidR="001E011C" w:rsidRDefault="001E011C">
      <w:pPr>
        <w:spacing w:after="80"/>
        <w:jc w:val="right"/>
      </w:pPr>
    </w:p>
    <w:p w14:paraId="42FE9AAA" w14:textId="77777777" w:rsidR="001E011C" w:rsidRDefault="00000000">
      <w:pPr>
        <w:spacing w:after="80"/>
        <w:jc w:val="right"/>
      </w:pPr>
      <w:r>
        <w:t xml:space="preserve">Tarih: ...... / ...... / 2026                </w:t>
      </w:r>
    </w:p>
    <w:p w14:paraId="1B72B303" w14:textId="77777777" w:rsidR="004D2380" w:rsidRDefault="004D2380">
      <w:pPr>
        <w:spacing w:after="80"/>
        <w:jc w:val="right"/>
      </w:pPr>
    </w:p>
    <w:p w14:paraId="09F1C7AD" w14:textId="1A4A3AD5" w:rsidR="00091F17" w:rsidRDefault="00000000" w:rsidP="004D2380">
      <w:pPr>
        <w:spacing w:after="80"/>
        <w:jc w:val="right"/>
      </w:pPr>
      <w:r>
        <w:t xml:space="preserve"> İmza: .....................................</w:t>
      </w:r>
    </w:p>
    <w:p w14:paraId="1B85FFEE" w14:textId="77777777" w:rsidR="00091F17" w:rsidRDefault="00000000">
      <w:pPr>
        <w:spacing w:after="80"/>
      </w:pPr>
      <w:r>
        <w:rPr>
          <w:b/>
        </w:rPr>
        <w:t>ÖĞRENCİ BİLGİLERİ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000"/>
        <w:gridCol w:w="6734"/>
      </w:tblGrid>
      <w:tr w:rsidR="00091F17" w14:paraId="6406D3FB" w14:textId="77777777" w:rsidTr="001E011C">
        <w:trPr>
          <w:jc w:val="center"/>
        </w:trPr>
        <w:tc>
          <w:tcPr>
            <w:tcW w:w="1541" w:type="pct"/>
            <w:vAlign w:val="center"/>
          </w:tcPr>
          <w:p w14:paraId="7EB81D42" w14:textId="77777777" w:rsidR="00091F17" w:rsidRDefault="00000000" w:rsidP="001E011C">
            <w:pPr>
              <w:spacing w:line="360" w:lineRule="auto"/>
            </w:pPr>
            <w:proofErr w:type="spellStart"/>
            <w:r>
              <w:t>Adı</w:t>
            </w:r>
            <w:proofErr w:type="spellEnd"/>
            <w:r>
              <w:t xml:space="preserve"> </w:t>
            </w:r>
            <w:proofErr w:type="spellStart"/>
            <w:r>
              <w:t>Soyadı</w:t>
            </w:r>
            <w:proofErr w:type="spellEnd"/>
          </w:p>
        </w:tc>
        <w:tc>
          <w:tcPr>
            <w:tcW w:w="3459" w:type="pct"/>
            <w:vAlign w:val="center"/>
          </w:tcPr>
          <w:p w14:paraId="784757F9" w14:textId="13DA6F97" w:rsidR="00091F17" w:rsidRDefault="00091F17" w:rsidP="001E011C">
            <w:pPr>
              <w:spacing w:line="360" w:lineRule="auto"/>
            </w:pPr>
          </w:p>
        </w:tc>
      </w:tr>
      <w:tr w:rsidR="00091F17" w14:paraId="36CA47DE" w14:textId="77777777" w:rsidTr="001E011C">
        <w:trPr>
          <w:jc w:val="center"/>
        </w:trPr>
        <w:tc>
          <w:tcPr>
            <w:tcW w:w="1541" w:type="pct"/>
            <w:vAlign w:val="center"/>
          </w:tcPr>
          <w:p w14:paraId="74FF2D01" w14:textId="77777777" w:rsidR="00091F17" w:rsidRDefault="00000000" w:rsidP="001E011C">
            <w:pPr>
              <w:spacing w:line="360" w:lineRule="auto"/>
            </w:pPr>
            <w:r>
              <w:t>Öğrenci Numarası</w:t>
            </w:r>
          </w:p>
        </w:tc>
        <w:tc>
          <w:tcPr>
            <w:tcW w:w="3459" w:type="pct"/>
            <w:vAlign w:val="center"/>
          </w:tcPr>
          <w:p w14:paraId="7C6E83FC" w14:textId="3DF7BDA9" w:rsidR="00091F17" w:rsidRDefault="00091F17" w:rsidP="001E011C">
            <w:pPr>
              <w:spacing w:line="360" w:lineRule="auto"/>
            </w:pPr>
          </w:p>
        </w:tc>
      </w:tr>
      <w:tr w:rsidR="00091F17" w14:paraId="7A6E7824" w14:textId="77777777" w:rsidTr="001E011C">
        <w:trPr>
          <w:jc w:val="center"/>
        </w:trPr>
        <w:tc>
          <w:tcPr>
            <w:tcW w:w="1541" w:type="pct"/>
            <w:vAlign w:val="center"/>
          </w:tcPr>
          <w:p w14:paraId="0933EA17" w14:textId="77777777" w:rsidR="00091F17" w:rsidRDefault="00000000" w:rsidP="001E011C">
            <w:pPr>
              <w:spacing w:line="360" w:lineRule="auto"/>
            </w:pPr>
            <w:r>
              <w:t>Sınıfı</w:t>
            </w:r>
          </w:p>
        </w:tc>
        <w:tc>
          <w:tcPr>
            <w:tcW w:w="3459" w:type="pct"/>
            <w:vAlign w:val="center"/>
          </w:tcPr>
          <w:p w14:paraId="27A8310D" w14:textId="6433D302" w:rsidR="00091F17" w:rsidRDefault="00091F17" w:rsidP="001E011C">
            <w:pPr>
              <w:spacing w:line="360" w:lineRule="auto"/>
            </w:pPr>
          </w:p>
        </w:tc>
      </w:tr>
      <w:tr w:rsidR="00091F17" w14:paraId="350B010E" w14:textId="77777777" w:rsidTr="001E011C">
        <w:trPr>
          <w:jc w:val="center"/>
        </w:trPr>
        <w:tc>
          <w:tcPr>
            <w:tcW w:w="1541" w:type="pct"/>
            <w:vAlign w:val="center"/>
          </w:tcPr>
          <w:p w14:paraId="7B03F4A9" w14:textId="44A244AF" w:rsidR="00091F17" w:rsidRDefault="00000000" w:rsidP="001E011C">
            <w:pPr>
              <w:spacing w:line="360" w:lineRule="auto"/>
            </w:pPr>
            <w:r>
              <w:t xml:space="preserve">Genel Not Ortalaması </w:t>
            </w:r>
          </w:p>
        </w:tc>
        <w:tc>
          <w:tcPr>
            <w:tcW w:w="3459" w:type="pct"/>
            <w:vAlign w:val="center"/>
          </w:tcPr>
          <w:p w14:paraId="61CDF3B3" w14:textId="3332F308" w:rsidR="00091F17" w:rsidRDefault="00091F17" w:rsidP="001E011C">
            <w:pPr>
              <w:spacing w:line="360" w:lineRule="auto"/>
            </w:pPr>
          </w:p>
        </w:tc>
      </w:tr>
      <w:tr w:rsidR="00091F17" w14:paraId="1A5A92A1" w14:textId="77777777" w:rsidTr="001E011C">
        <w:trPr>
          <w:jc w:val="center"/>
        </w:trPr>
        <w:tc>
          <w:tcPr>
            <w:tcW w:w="1541" w:type="pct"/>
            <w:vAlign w:val="center"/>
          </w:tcPr>
          <w:p w14:paraId="02344690" w14:textId="77777777" w:rsidR="00091F17" w:rsidRDefault="00000000" w:rsidP="001E011C">
            <w:pPr>
              <w:spacing w:line="360" w:lineRule="auto"/>
            </w:pPr>
            <w:r>
              <w:t>Telefon Numarası</w:t>
            </w:r>
          </w:p>
        </w:tc>
        <w:tc>
          <w:tcPr>
            <w:tcW w:w="3459" w:type="pct"/>
            <w:vAlign w:val="center"/>
          </w:tcPr>
          <w:p w14:paraId="2A83B8F0" w14:textId="2031D20E" w:rsidR="00091F17" w:rsidRDefault="00091F17" w:rsidP="001E011C">
            <w:pPr>
              <w:spacing w:line="360" w:lineRule="auto"/>
            </w:pPr>
          </w:p>
        </w:tc>
      </w:tr>
      <w:tr w:rsidR="00091F17" w14:paraId="3714508B" w14:textId="77777777" w:rsidTr="001E011C">
        <w:trPr>
          <w:jc w:val="center"/>
        </w:trPr>
        <w:tc>
          <w:tcPr>
            <w:tcW w:w="1541" w:type="pct"/>
            <w:vAlign w:val="center"/>
          </w:tcPr>
          <w:p w14:paraId="1FB7E0E3" w14:textId="77777777" w:rsidR="00091F17" w:rsidRDefault="00000000" w:rsidP="001E011C">
            <w:pPr>
              <w:spacing w:line="360" w:lineRule="auto"/>
            </w:pPr>
            <w:r>
              <w:t>E-posta Adresi</w:t>
            </w:r>
          </w:p>
        </w:tc>
        <w:tc>
          <w:tcPr>
            <w:tcW w:w="3459" w:type="pct"/>
            <w:vAlign w:val="center"/>
          </w:tcPr>
          <w:p w14:paraId="6C3B395B" w14:textId="32542CD1" w:rsidR="00091F17" w:rsidRDefault="00091F17" w:rsidP="001E011C">
            <w:pPr>
              <w:spacing w:line="360" w:lineRule="auto"/>
            </w:pPr>
          </w:p>
        </w:tc>
      </w:tr>
    </w:tbl>
    <w:p w14:paraId="2162C156" w14:textId="77777777" w:rsidR="00091F17" w:rsidRDefault="00091F17"/>
    <w:p w14:paraId="649FB5BD" w14:textId="77777777" w:rsidR="00091F17" w:rsidRDefault="00000000">
      <w:pPr>
        <w:spacing w:after="80"/>
      </w:pPr>
      <w:r>
        <w:rPr>
          <w:b/>
        </w:rPr>
        <w:t>ADAYLIK ŞARTLARINA İLİŞKİN BEYAN</w:t>
      </w:r>
    </w:p>
    <w:p w14:paraId="5E0C0806" w14:textId="77777777" w:rsidR="00091F17" w:rsidRDefault="00000000">
      <w:pPr>
        <w:spacing w:after="80"/>
        <w:jc w:val="both"/>
      </w:pPr>
      <w:proofErr w:type="spellStart"/>
      <w:r>
        <w:t>Yükseköğretim</w:t>
      </w:r>
      <w:proofErr w:type="spellEnd"/>
      <w:r>
        <w:t xml:space="preserve"> </w:t>
      </w:r>
      <w:proofErr w:type="spellStart"/>
      <w:r>
        <w:t>Kurumları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Konseyleri</w:t>
      </w:r>
      <w:proofErr w:type="spellEnd"/>
      <w:r>
        <w:t xml:space="preserve"> ve Yükseköğretim Kurumları Ulusal Öğrenci Konseyi Yönetmeliği’nin 6. </w:t>
      </w:r>
      <w:proofErr w:type="spellStart"/>
      <w:r>
        <w:t>maddesinde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adaylık</w:t>
      </w:r>
      <w:proofErr w:type="spellEnd"/>
      <w:r>
        <w:t xml:space="preserve"> </w:t>
      </w:r>
      <w:proofErr w:type="spellStart"/>
      <w:r>
        <w:t>şartlarını</w:t>
      </w:r>
      <w:proofErr w:type="spellEnd"/>
      <w:r>
        <w:t xml:space="preserve"> </w:t>
      </w:r>
      <w:proofErr w:type="spellStart"/>
      <w:r>
        <w:t>taşıdığımı</w:t>
      </w:r>
      <w:proofErr w:type="spellEnd"/>
      <w:r>
        <w:t>; verdiğim bilgilerin doğru olduğunu beyan ederim.</w:t>
      </w:r>
    </w:p>
    <w:p w14:paraId="0E9CAB65" w14:textId="712E9251" w:rsidR="00091F17" w:rsidRDefault="00000000">
      <w:pPr>
        <w:spacing w:after="80"/>
      </w:pPr>
      <w:sdt>
        <w:sdtPr>
          <w:id w:val="-207423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640"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 w:rsidR="003B4640">
        <w:t>Okudum</w:t>
      </w:r>
      <w:proofErr w:type="spellEnd"/>
      <w:r w:rsidR="003B4640">
        <w:t xml:space="preserve">, </w:t>
      </w:r>
      <w:proofErr w:type="spellStart"/>
      <w:r w:rsidR="003B4640">
        <w:t>kabul</w:t>
      </w:r>
      <w:proofErr w:type="spellEnd"/>
      <w:r w:rsidR="003B4640">
        <w:t xml:space="preserve"> </w:t>
      </w:r>
      <w:proofErr w:type="spellStart"/>
      <w:r w:rsidR="003B4640">
        <w:t>ediyorum</w:t>
      </w:r>
      <w:proofErr w:type="spellEnd"/>
      <w:r w:rsidR="003B4640">
        <w:t>.                         İmza: .....................................</w:t>
      </w:r>
    </w:p>
    <w:p w14:paraId="2B67F3AC" w14:textId="77777777" w:rsidR="00091F17" w:rsidRDefault="00091F17"/>
    <w:p w14:paraId="0E1C01DF" w14:textId="77777777" w:rsidR="001E011C" w:rsidRDefault="001E011C">
      <w:pPr>
        <w:spacing w:after="80"/>
        <w:rPr>
          <w:b/>
          <w:sz w:val="20"/>
        </w:rPr>
      </w:pPr>
    </w:p>
    <w:p w14:paraId="520E6797" w14:textId="77777777" w:rsidR="001E011C" w:rsidRDefault="001E011C">
      <w:pPr>
        <w:spacing w:after="80"/>
        <w:rPr>
          <w:b/>
          <w:sz w:val="20"/>
        </w:rPr>
      </w:pPr>
    </w:p>
    <w:p w14:paraId="5666D10E" w14:textId="77777777" w:rsidR="001E011C" w:rsidRDefault="001E011C">
      <w:pPr>
        <w:spacing w:after="80"/>
        <w:rPr>
          <w:b/>
          <w:sz w:val="20"/>
        </w:rPr>
      </w:pPr>
    </w:p>
    <w:p w14:paraId="54A2C381" w14:textId="77777777" w:rsidR="001E011C" w:rsidRDefault="001E011C">
      <w:pPr>
        <w:spacing w:after="80"/>
        <w:rPr>
          <w:b/>
          <w:sz w:val="20"/>
        </w:rPr>
      </w:pPr>
    </w:p>
    <w:p w14:paraId="56E1C266" w14:textId="77777777" w:rsidR="001E011C" w:rsidRDefault="001E011C">
      <w:pPr>
        <w:spacing w:after="80"/>
        <w:rPr>
          <w:b/>
          <w:sz w:val="20"/>
        </w:rPr>
      </w:pPr>
    </w:p>
    <w:p w14:paraId="4DFBC6E1" w14:textId="03330209" w:rsidR="00091F17" w:rsidRDefault="00000000">
      <w:pPr>
        <w:spacing w:after="80"/>
      </w:pPr>
      <w:proofErr w:type="spellStart"/>
      <w:r>
        <w:rPr>
          <w:b/>
          <w:sz w:val="20"/>
        </w:rPr>
        <w:t>Başvuru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dönemi</w:t>
      </w:r>
      <w:proofErr w:type="spellEnd"/>
      <w:r>
        <w:rPr>
          <w:b/>
          <w:sz w:val="20"/>
        </w:rPr>
        <w:t>: 20–2</w:t>
      </w:r>
      <w:r w:rsidR="001E011C">
        <w:rPr>
          <w:b/>
          <w:sz w:val="20"/>
        </w:rPr>
        <w:t>7</w:t>
      </w:r>
      <w:r>
        <w:rPr>
          <w:b/>
          <w:sz w:val="20"/>
        </w:rPr>
        <w:t xml:space="preserve"> Ekim 2026 </w:t>
      </w:r>
      <w:proofErr w:type="spellStart"/>
      <w:r>
        <w:rPr>
          <w:b/>
          <w:sz w:val="20"/>
        </w:rPr>
        <w:t>mesai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bitimine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kadar</w:t>
      </w:r>
      <w:proofErr w:type="spellEnd"/>
    </w:p>
    <w:p w14:paraId="4F0984D2" w14:textId="585898E7" w:rsidR="00091F17" w:rsidRPr="001E011C" w:rsidRDefault="00000000">
      <w:pPr>
        <w:spacing w:after="80"/>
        <w:rPr>
          <w:sz w:val="24"/>
          <w:szCs w:val="24"/>
        </w:rPr>
      </w:pPr>
      <w:r w:rsidRPr="001E011C">
        <w:rPr>
          <w:sz w:val="20"/>
          <w:szCs w:val="24"/>
        </w:rPr>
        <w:t xml:space="preserve">Not: </w:t>
      </w:r>
      <w:proofErr w:type="spellStart"/>
      <w:r w:rsidR="001E011C">
        <w:rPr>
          <w:sz w:val="20"/>
          <w:szCs w:val="24"/>
        </w:rPr>
        <w:t>Islak</w:t>
      </w:r>
      <w:proofErr w:type="spellEnd"/>
      <w:r w:rsidR="001E011C">
        <w:rPr>
          <w:sz w:val="20"/>
          <w:szCs w:val="24"/>
        </w:rPr>
        <w:t xml:space="preserve"> </w:t>
      </w:r>
      <w:proofErr w:type="spellStart"/>
      <w:r w:rsidR="001E011C">
        <w:rPr>
          <w:sz w:val="20"/>
          <w:szCs w:val="24"/>
        </w:rPr>
        <w:t>imzalı</w:t>
      </w:r>
      <w:proofErr w:type="spellEnd"/>
      <w:r w:rsidR="001E011C">
        <w:rPr>
          <w:sz w:val="20"/>
          <w:szCs w:val="24"/>
        </w:rPr>
        <w:t xml:space="preserve"> f</w:t>
      </w:r>
      <w:r w:rsidRPr="001E011C">
        <w:rPr>
          <w:sz w:val="20"/>
          <w:szCs w:val="24"/>
        </w:rPr>
        <w:t xml:space="preserve">orm, </w:t>
      </w:r>
      <w:proofErr w:type="spellStart"/>
      <w:r w:rsidRPr="001E011C">
        <w:rPr>
          <w:sz w:val="20"/>
          <w:szCs w:val="24"/>
        </w:rPr>
        <w:t>Endüstri</w:t>
      </w:r>
      <w:proofErr w:type="spellEnd"/>
      <w:r w:rsidRPr="001E011C">
        <w:rPr>
          <w:sz w:val="20"/>
          <w:szCs w:val="24"/>
        </w:rPr>
        <w:t xml:space="preserve"> </w:t>
      </w:r>
      <w:proofErr w:type="spellStart"/>
      <w:r w:rsidRPr="001E011C">
        <w:rPr>
          <w:sz w:val="20"/>
          <w:szCs w:val="24"/>
        </w:rPr>
        <w:t>Mühendisliği</w:t>
      </w:r>
      <w:proofErr w:type="spellEnd"/>
      <w:r w:rsidRPr="001E011C">
        <w:rPr>
          <w:sz w:val="20"/>
          <w:szCs w:val="24"/>
        </w:rPr>
        <w:t xml:space="preserve"> </w:t>
      </w:r>
      <w:proofErr w:type="spellStart"/>
      <w:r w:rsidRPr="001E011C">
        <w:rPr>
          <w:sz w:val="20"/>
          <w:szCs w:val="24"/>
        </w:rPr>
        <w:t>Bölüm</w:t>
      </w:r>
      <w:proofErr w:type="spellEnd"/>
      <w:r w:rsidRPr="001E011C">
        <w:rPr>
          <w:sz w:val="20"/>
          <w:szCs w:val="24"/>
        </w:rPr>
        <w:t xml:space="preserve"> </w:t>
      </w:r>
      <w:proofErr w:type="spellStart"/>
      <w:r w:rsidR="001E011C" w:rsidRPr="001E011C">
        <w:rPr>
          <w:sz w:val="20"/>
          <w:szCs w:val="24"/>
        </w:rPr>
        <w:t>Sekreterliğine</w:t>
      </w:r>
      <w:proofErr w:type="spellEnd"/>
      <w:r w:rsidR="001E011C" w:rsidRPr="001E011C">
        <w:rPr>
          <w:sz w:val="20"/>
          <w:szCs w:val="24"/>
        </w:rPr>
        <w:t xml:space="preserve"> </w:t>
      </w:r>
      <w:proofErr w:type="spellStart"/>
      <w:r w:rsidRPr="001E011C">
        <w:rPr>
          <w:sz w:val="20"/>
          <w:szCs w:val="24"/>
        </w:rPr>
        <w:t>teslim</w:t>
      </w:r>
      <w:proofErr w:type="spellEnd"/>
      <w:r w:rsidRPr="001E011C">
        <w:rPr>
          <w:sz w:val="20"/>
          <w:szCs w:val="24"/>
        </w:rPr>
        <w:t xml:space="preserve"> </w:t>
      </w:r>
      <w:proofErr w:type="spellStart"/>
      <w:r w:rsidRPr="001E011C">
        <w:rPr>
          <w:sz w:val="20"/>
          <w:szCs w:val="24"/>
        </w:rPr>
        <w:t>edilmelidir</w:t>
      </w:r>
      <w:proofErr w:type="spellEnd"/>
      <w:r w:rsidRPr="001E011C">
        <w:rPr>
          <w:sz w:val="20"/>
          <w:szCs w:val="24"/>
        </w:rPr>
        <w:t>. Başvuru şartlarını taşımayan veya eksik başvurular değerlendirmeye alınmaz.</w:t>
      </w:r>
    </w:p>
    <w:sectPr w:rsidR="00091F17" w:rsidRPr="001E011C" w:rsidSect="00034616">
      <w:headerReference w:type="default" r:id="rId8"/>
      <w:pgSz w:w="12240" w:h="15840"/>
      <w:pgMar w:top="1134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CF6E" w14:textId="77777777" w:rsidR="008948E4" w:rsidRDefault="008948E4" w:rsidP="001E011C">
      <w:pPr>
        <w:spacing w:after="0" w:line="240" w:lineRule="auto"/>
      </w:pPr>
      <w:r>
        <w:separator/>
      </w:r>
    </w:p>
  </w:endnote>
  <w:endnote w:type="continuationSeparator" w:id="0">
    <w:p w14:paraId="71E3B2DC" w14:textId="77777777" w:rsidR="008948E4" w:rsidRDefault="008948E4" w:rsidP="001E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25E03" w14:textId="77777777" w:rsidR="008948E4" w:rsidRDefault="008948E4" w:rsidP="001E011C">
      <w:pPr>
        <w:spacing w:after="0" w:line="240" w:lineRule="auto"/>
      </w:pPr>
      <w:r>
        <w:separator/>
      </w:r>
    </w:p>
  </w:footnote>
  <w:footnote w:type="continuationSeparator" w:id="0">
    <w:p w14:paraId="412A35DB" w14:textId="77777777" w:rsidR="008948E4" w:rsidRDefault="008948E4" w:rsidP="001E0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85D1" w14:textId="48D5EE72" w:rsidR="001E011C" w:rsidRPr="001E011C" w:rsidRDefault="001E011C" w:rsidP="001E011C">
    <w:pPr>
      <w:pStyle w:val="Header"/>
      <w:jc w:val="center"/>
      <w:rPr>
        <w:sz w:val="24"/>
        <w:szCs w:val="24"/>
      </w:rPr>
    </w:pPr>
    <w:r w:rsidRPr="001E011C"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 wp14:anchorId="7FCB5EF0" wp14:editId="7BF7FE8A">
          <wp:simplePos x="0" y="0"/>
          <wp:positionH relativeFrom="column">
            <wp:posOffset>-71755</wp:posOffset>
          </wp:positionH>
          <wp:positionV relativeFrom="paragraph">
            <wp:posOffset>0</wp:posOffset>
          </wp:positionV>
          <wp:extent cx="685800" cy="701040"/>
          <wp:effectExtent l="0" t="0" r="0" b="381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701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011C">
      <w:rPr>
        <w:b/>
        <w:sz w:val="24"/>
        <w:szCs w:val="24"/>
      </w:rPr>
      <w:t>T.C.</w:t>
    </w:r>
  </w:p>
  <w:p w14:paraId="1E106889" w14:textId="77777777" w:rsidR="001E011C" w:rsidRPr="001E011C" w:rsidRDefault="001E011C" w:rsidP="001E011C">
    <w:pPr>
      <w:pStyle w:val="Header"/>
      <w:jc w:val="center"/>
      <w:rPr>
        <w:sz w:val="24"/>
        <w:szCs w:val="24"/>
      </w:rPr>
    </w:pPr>
    <w:r w:rsidRPr="001E011C">
      <w:rPr>
        <w:b/>
        <w:sz w:val="24"/>
        <w:szCs w:val="24"/>
      </w:rPr>
      <w:t>BALIKESİR ÜNİVERSİTESİ</w:t>
    </w:r>
  </w:p>
  <w:p w14:paraId="76871FCA" w14:textId="77777777" w:rsidR="001E011C" w:rsidRPr="001E011C" w:rsidRDefault="001E011C" w:rsidP="001E011C">
    <w:pPr>
      <w:pStyle w:val="Header"/>
      <w:jc w:val="center"/>
      <w:rPr>
        <w:sz w:val="24"/>
        <w:szCs w:val="24"/>
      </w:rPr>
    </w:pPr>
    <w:r w:rsidRPr="001E011C">
      <w:rPr>
        <w:b/>
        <w:sz w:val="24"/>
        <w:szCs w:val="24"/>
      </w:rPr>
      <w:t>MÜHENDİSLİK FAKÜLTESİ</w:t>
    </w:r>
  </w:p>
  <w:p w14:paraId="38DB8849" w14:textId="77777777" w:rsidR="001E011C" w:rsidRPr="001E011C" w:rsidRDefault="001E011C" w:rsidP="001E011C">
    <w:pPr>
      <w:pStyle w:val="Header"/>
      <w:jc w:val="center"/>
      <w:rPr>
        <w:sz w:val="24"/>
        <w:szCs w:val="24"/>
      </w:rPr>
    </w:pPr>
    <w:r w:rsidRPr="001E011C">
      <w:rPr>
        <w:b/>
        <w:sz w:val="24"/>
        <w:szCs w:val="24"/>
      </w:rPr>
      <w:t>ENDÜSTRİ MÜHENDİSLİĞİ BÖLÜM BAŞKANLIĞINA</w:t>
    </w:r>
  </w:p>
  <w:p w14:paraId="3EE6D936" w14:textId="44654D1E" w:rsidR="001E011C" w:rsidRDefault="00D11D8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4C587A" wp14:editId="3DDA93E4">
              <wp:simplePos x="0" y="0"/>
              <wp:positionH relativeFrom="column">
                <wp:posOffset>-71755</wp:posOffset>
              </wp:positionH>
              <wp:positionV relativeFrom="paragraph">
                <wp:posOffset>160020</wp:posOffset>
              </wp:positionV>
              <wp:extent cx="6111240" cy="0"/>
              <wp:effectExtent l="38100" t="38100" r="60960" b="95250"/>
              <wp:wrapNone/>
              <wp:docPr id="8248155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124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58768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5pt,12.6pt" to="47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" strokecolor="gray [1629]" strokeweight=".25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7702643">
    <w:abstractNumId w:val="8"/>
  </w:num>
  <w:num w:numId="2" w16cid:durableId="315493650">
    <w:abstractNumId w:val="6"/>
  </w:num>
  <w:num w:numId="3" w16cid:durableId="382756108">
    <w:abstractNumId w:val="5"/>
  </w:num>
  <w:num w:numId="4" w16cid:durableId="48769874">
    <w:abstractNumId w:val="4"/>
  </w:num>
  <w:num w:numId="5" w16cid:durableId="675888808">
    <w:abstractNumId w:val="7"/>
  </w:num>
  <w:num w:numId="6" w16cid:durableId="911084552">
    <w:abstractNumId w:val="3"/>
  </w:num>
  <w:num w:numId="7" w16cid:durableId="1456370939">
    <w:abstractNumId w:val="2"/>
  </w:num>
  <w:num w:numId="8" w16cid:durableId="908613063">
    <w:abstractNumId w:val="1"/>
  </w:num>
  <w:num w:numId="9" w16cid:durableId="154667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F17"/>
    <w:rsid w:val="000D4B27"/>
    <w:rsid w:val="0015074B"/>
    <w:rsid w:val="001E011C"/>
    <w:rsid w:val="00245201"/>
    <w:rsid w:val="00262ED7"/>
    <w:rsid w:val="0029639D"/>
    <w:rsid w:val="00326F90"/>
    <w:rsid w:val="00343C32"/>
    <w:rsid w:val="00386CB2"/>
    <w:rsid w:val="003B4640"/>
    <w:rsid w:val="004D2380"/>
    <w:rsid w:val="006B5874"/>
    <w:rsid w:val="008838EC"/>
    <w:rsid w:val="008948E4"/>
    <w:rsid w:val="00AA1D8D"/>
    <w:rsid w:val="00B412FC"/>
    <w:rsid w:val="00B47730"/>
    <w:rsid w:val="00CB0664"/>
    <w:rsid w:val="00CB66EB"/>
    <w:rsid w:val="00D11D80"/>
    <w:rsid w:val="00FC693F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F94882"/>
  <w14:defaultImageDpi w14:val="300"/>
  <w15:docId w15:val="{A8C99405-D0BA-4C45-8874-29688E07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MSKa</dc:creator>
  <cp:keywords/>
  <dc:description>generated by python-docx</dc:description>
  <cp:lastModifiedBy>MSKa</cp:lastModifiedBy>
  <cp:revision>5</cp:revision>
  <dcterms:created xsi:type="dcterms:W3CDTF">2026-10-20T11:14:00Z</dcterms:created>
  <dcterms:modified xsi:type="dcterms:W3CDTF">2026-10-20T13:27:00Z</dcterms:modified>
  <cp:category/>
</cp:coreProperties>
</file>