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AZAMİ SÜRE SINAVLARINA KATILACAK ÖĞRENCİ LİSTESİ</w:t>
      </w:r>
    </w:p>
    <w:p>
      <w:pPr>
        <w:jc w:val="center"/>
      </w:pPr>
      <w:r>
        <w:rPr>
          <w:b/>
          <w:sz w:val="22"/>
        </w:rPr>
        <w:t>2025-2026 Eğitim-Öğretim Yılı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  <w:cantSplit/>
        </w:trPr>
        <w:tc>
          <w:tcPr>
            <w:tcW w:type="dxa" w:w="567"/>
            <w:vAlign w:val="center"/>
            <w:shd w:fill="1E487D"/>
          </w:tcPr>
          <w:p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Sıra</w:t>
            </w:r>
          </w:p>
        </w:tc>
        <w:tc>
          <w:tcPr>
            <w:tcW w:type="dxa" w:w="1814"/>
            <w:vAlign w:val="center"/>
            <w:shd w:fill="1E487D"/>
          </w:tcPr>
          <w:p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Öğrenci No</w:t>
            </w:r>
          </w:p>
        </w:tc>
        <w:tc>
          <w:tcPr>
            <w:tcW w:type="dxa" w:w="1474"/>
            <w:vAlign w:val="center"/>
            <w:shd w:fill="1E487D"/>
          </w:tcPr>
          <w:p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Adı</w:t>
            </w:r>
          </w:p>
        </w:tc>
        <w:tc>
          <w:tcPr>
            <w:tcW w:type="dxa" w:w="1474"/>
            <w:vAlign w:val="center"/>
            <w:shd w:fill="1E487D"/>
          </w:tcPr>
          <w:p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Soyadı</w:t>
            </w:r>
          </w:p>
        </w:tc>
        <w:tc>
          <w:tcPr>
            <w:tcW w:type="dxa" w:w="2835"/>
            <w:vAlign w:val="center"/>
            <w:shd w:fill="1E487D"/>
          </w:tcPr>
          <w:p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Program</w:t>
            </w:r>
          </w:p>
        </w:tc>
        <w:tc>
          <w:tcPr>
            <w:tcW w:type="dxa" w:w="1701"/>
            <w:vAlign w:val="center"/>
            <w:shd w:fill="1E487D"/>
          </w:tcPr>
          <w:p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Kayıt Nedeni</w:t>
            </w:r>
          </w:p>
        </w:tc>
        <w:tc>
          <w:tcPr>
            <w:tcW w:type="dxa" w:w="1417"/>
            <w:vAlign w:val="center"/>
            <w:shd w:fill="1E487D"/>
          </w:tcPr>
          <w:p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Kayıt Tarihi</w:t>
            </w:r>
          </w:p>
        </w:tc>
        <w:tc>
          <w:tcPr>
            <w:tcW w:type="dxa" w:w="2268"/>
            <w:vAlign w:val="center"/>
            <w:shd w:fill="1E487D"/>
          </w:tcPr>
          <w:p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Açıklama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2018******08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EL***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Biyoloji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05.09.2018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2018******21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SE****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07.09.2018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2018******04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KO**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04.09.2018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KO***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AR**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2019******09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KÜ***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SÖ***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EM**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GÖ*****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2019******35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BAT****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KA*****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21.08.2019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MU******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BE**** AN**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10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2019******43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EM**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ÖT**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DU***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KÜ*******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2019******55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EK******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2019******63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BE******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Dİ****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2019******67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AY***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UÇ***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2019******77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ER****** İS***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AY*****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2019******80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BE**** ME****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BE******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2019******82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Mİ****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SÜ******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Biyoloji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MU****** CE***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AK*****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Biyoloji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MU** AL******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BE***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Biyoloji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21.08.2019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2019******09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MA***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ER*****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GÖ******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2019******18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GÖ****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GE******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DO******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EK****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ÖM** AR**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İN**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2019******33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İB*****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TU***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27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2019******35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YU***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GÖ***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28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ME**** AK**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BA******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29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KÜ*** NU*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BA*****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Matematik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30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YU*** EM**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ON**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Fizik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2019******09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AN**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KÖ******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Fizik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AH*** BA*****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Kimya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RA*****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UY***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Kimya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HÜ*****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SE***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Kimya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2019******14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ÖM** FA***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ÇA*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Kimya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ER***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AK****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Kimya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37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FA******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BE***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Kimya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38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2019******24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ŞE** MU******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Kimya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YÖS (Yabancı)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20.09.2019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39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UM**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GÜ***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40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2019******23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SE****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KU*****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2019******72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KÜ***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İR**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DU***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2019******28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EN**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YA***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HA*** HA*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BE***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MU****** FU****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CA****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2019******49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VE***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KE***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47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2019******71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SE**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AR**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48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2019******74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MU******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AY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49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2019******79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BÜ******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ÜZ****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50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2019******90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ÖR*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 Ek Kontenjan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27.09.2019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ES**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Sosyoloji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2019******14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TU***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Sosyoloji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ZÜ*****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GÜ******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Moleküler Biyoloji ve Genetik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2019******33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AR****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Moleküler Biyoloji ve Genetik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SÜ*****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ER***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Moleküler Biyoloji ve Genetik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FA***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YA****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Moleküler Biyoloji ve Genetik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57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2019******59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ŞÜ**** EL**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Fİ*********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Moleküler Biyoloji ve Genetik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DGS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12.09.2019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58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2019******62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FE****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KU***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Moleküler Biyoloji ve Genetik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 Ek Kontenjan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23.09.2019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59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2019******08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BU***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AY***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Psikoloji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60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2019******35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KA***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Psikoloji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2019******09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ON**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UÇ****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AD**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21.08.2019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AL* BA***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KA******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UY**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2019******25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HA****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SO****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BU***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67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TA** SA***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YIL*****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21.08.2019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68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2019******34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Cİ***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UY***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69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2019******36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EL**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YA****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70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2019******48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HA**** ME****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ZE****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FA***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AK*****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2019******67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HÜ***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AK*****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Türk Dili ve Edebiyatı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2019******14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SE****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SE***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İL***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TA***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2019******26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EN** TA**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ÖN***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2019******46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ÖZ***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77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2019******51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AK**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78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2019******54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Dİ***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Şİ****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79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2019******55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YA****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TU**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80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2019******68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MU*** ME*****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YI****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81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2019******78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EC*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Coğrafya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 Ek Kontenjan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25.09.2019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82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2019******13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GÜ***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83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2019******30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AH*** ŞE***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DE*****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84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2019******43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SÖ****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22.08.2019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85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2019******52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KE*** CA*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ÇO***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  <w:tr>
        <w:trPr>
          <w:cantSplit/>
        </w:trP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86</w:t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2019******70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SE***</w:t>
            </w:r>
          </w:p>
        </w:tc>
        <w:tc>
          <w:tcPr>
            <w:tcW w:type="dxa" w:w="147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ŞA*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Tarih (İ.Ö)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ÖSS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19.08.2019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Azami Süreyi Doldurdu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Balıkesir Üniversitesi Fen-Edebiyat Fakültesi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