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1596" w14:textId="77777777" w:rsidR="00D62C59" w:rsidRDefault="00000000">
      <w:pPr>
        <w:spacing w:after="80"/>
        <w:jc w:val="center"/>
      </w:pPr>
      <w:r>
        <w:rPr>
          <w:b/>
          <w:sz w:val="26"/>
        </w:rPr>
        <w:t>BALIKESİR ÜNİVERSİTESİ GÜZEL SANATLAR FAKÜLTESİ</w:t>
      </w:r>
    </w:p>
    <w:p w14:paraId="6B6AE4FF" w14:textId="77777777" w:rsidR="00D62C59" w:rsidRDefault="00000000">
      <w:pPr>
        <w:spacing w:after="80"/>
        <w:jc w:val="center"/>
      </w:pPr>
      <w:r>
        <w:rPr>
          <w:b/>
          <w:sz w:val="26"/>
        </w:rPr>
        <w:t>GRAFİK SANATLAR BÖLÜMÜ</w:t>
      </w:r>
    </w:p>
    <w:p w14:paraId="7EDFEBBE" w14:textId="173E059B" w:rsidR="00D62C59" w:rsidRDefault="00000000">
      <w:pPr>
        <w:jc w:val="center"/>
      </w:pPr>
      <w:r>
        <w:rPr>
          <w:b/>
          <w:sz w:val="24"/>
        </w:rPr>
        <w:t xml:space="preserve">STAJ DEĞERLENDİRME ANKETİ </w:t>
      </w:r>
      <w:r w:rsidR="00F7279B">
        <w:rPr>
          <w:b/>
          <w:sz w:val="24"/>
        </w:rPr>
        <w:t>ÖĞRENCİ FORMU</w:t>
      </w:r>
      <w:r>
        <w:rPr>
          <w:b/>
          <w:sz w:val="24"/>
        </w:rPr>
        <w:t xml:space="preserve"> </w:t>
      </w:r>
    </w:p>
    <w:p w14:paraId="6F63C172" w14:textId="56B303DE" w:rsidR="00D62C59" w:rsidRDefault="00000000">
      <w:pPr>
        <w:spacing w:after="160"/>
      </w:pPr>
      <w:r>
        <w:rPr>
          <w:i/>
        </w:rPr>
        <w:t>Bu anket, Grafik Sanatlar Bölümü öğrencilerinin staj deneyimlerini değerlendirmek; staj yerine yerleşme, danışmanlık/rehberlik, uygulama ortamı, mesleki gelişim ve eğitim-staj uyumu boyutlarında geri bildirim toplamak amacıyla hazırlanmış</w:t>
      </w:r>
      <w:r w:rsidR="00F7279B">
        <w:rPr>
          <w:i/>
        </w:rPr>
        <w:t>tır.</w:t>
      </w:r>
    </w:p>
    <w:p w14:paraId="61012221" w14:textId="77777777" w:rsidR="00D62C59" w:rsidRDefault="00000000">
      <w:r>
        <w:rPr>
          <w:b/>
        </w:rPr>
        <w:t>Ölçek: 1 = Kesinlikle Katılmıyorum   2 = Katılmıyorum   3 = Kararsızım   4 = Katılıyorum   5 = Kesinlikle Katılıyorum</w:t>
      </w:r>
    </w:p>
    <w:p w14:paraId="0387459A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A. Genel Bilgiler</w:t>
      </w:r>
    </w:p>
    <w:p w14:paraId="7785D0DA" w14:textId="4AA92FD1" w:rsidR="00D62C59" w:rsidRDefault="00000000">
      <w:pPr>
        <w:spacing w:after="120"/>
      </w:pPr>
      <w:r>
        <w:t>1. Sınıf</w:t>
      </w:r>
      <w:r w:rsidR="00F7279B">
        <w:t>ınız:</w:t>
      </w:r>
    </w:p>
    <w:p w14:paraId="63AA25F7" w14:textId="77777777" w:rsidR="00D62C59" w:rsidRDefault="00000000">
      <w:pPr>
        <w:spacing w:after="120"/>
      </w:pPr>
      <w:r>
        <w:t>2. Staj yaptığınız kurum/işletme adı:</w:t>
      </w:r>
    </w:p>
    <w:p w14:paraId="117F6ECB" w14:textId="77777777" w:rsidR="00D62C59" w:rsidRDefault="00000000">
      <w:pPr>
        <w:spacing w:after="120"/>
      </w:pPr>
      <w:r>
        <w:t>3. Staj tarih aralığı (başlangıç – bitiş):</w:t>
      </w:r>
    </w:p>
    <w:p w14:paraId="60CA1119" w14:textId="579C3C84" w:rsidR="00D62C59" w:rsidRDefault="00000000">
      <w:pPr>
        <w:spacing w:after="120"/>
      </w:pPr>
      <w:r>
        <w:t xml:space="preserve">4. Staj türü: </w:t>
      </w:r>
    </w:p>
    <w:p w14:paraId="42FEE47E" w14:textId="77777777" w:rsidR="00D62C59" w:rsidRDefault="00000000">
      <w:pPr>
        <w:spacing w:after="120"/>
      </w:pPr>
      <w:r>
        <w:t>5. Staj yaptığınız birim/alan (ör. grafik tasarım, reklam, dijital medya, matbaa, illüstrasyon vb.):</w:t>
      </w:r>
    </w:p>
    <w:p w14:paraId="47908BA4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B. Staj Yerine Yerleşme ve Bilgilendirme Süreci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953"/>
        <w:gridCol w:w="624"/>
        <w:gridCol w:w="624"/>
        <w:gridCol w:w="624"/>
        <w:gridCol w:w="624"/>
        <w:gridCol w:w="624"/>
      </w:tblGrid>
      <w:tr w:rsidR="00D62C59" w14:paraId="4E7AFAE1" w14:textId="77777777">
        <w:trPr>
          <w:jc w:val="center"/>
        </w:trPr>
        <w:tc>
          <w:tcPr>
            <w:tcW w:w="567" w:type="dxa"/>
            <w:shd w:val="clear" w:color="auto" w:fill="E7E6E6"/>
          </w:tcPr>
          <w:p w14:paraId="0F49F291" w14:textId="77777777" w:rsidR="00D62C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953" w:type="dxa"/>
            <w:shd w:val="clear" w:color="auto" w:fill="E7E6E6"/>
          </w:tcPr>
          <w:p w14:paraId="22EB4BF1" w14:textId="77777777" w:rsidR="00D62C59" w:rsidRDefault="00000000">
            <w:r>
              <w:rPr>
                <w:b/>
              </w:rPr>
              <w:t>Soru</w:t>
            </w:r>
          </w:p>
        </w:tc>
        <w:tc>
          <w:tcPr>
            <w:tcW w:w="624" w:type="dxa"/>
            <w:shd w:val="clear" w:color="auto" w:fill="E7E6E6"/>
          </w:tcPr>
          <w:p w14:paraId="37CD16EC" w14:textId="77777777" w:rsidR="00D62C5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24" w:type="dxa"/>
            <w:shd w:val="clear" w:color="auto" w:fill="E7E6E6"/>
          </w:tcPr>
          <w:p w14:paraId="51F52251" w14:textId="77777777" w:rsidR="00D62C5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24" w:type="dxa"/>
            <w:shd w:val="clear" w:color="auto" w:fill="E7E6E6"/>
          </w:tcPr>
          <w:p w14:paraId="44325B50" w14:textId="77777777" w:rsidR="00D62C5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24" w:type="dxa"/>
            <w:shd w:val="clear" w:color="auto" w:fill="E7E6E6"/>
          </w:tcPr>
          <w:p w14:paraId="5AE5D664" w14:textId="77777777" w:rsidR="00D62C5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24" w:type="dxa"/>
            <w:shd w:val="clear" w:color="auto" w:fill="E7E6E6"/>
          </w:tcPr>
          <w:p w14:paraId="3E5E9B5C" w14:textId="77777777" w:rsidR="00D62C59" w:rsidRDefault="00000000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D62C59" w14:paraId="4DCBEEC6" w14:textId="77777777">
        <w:trPr>
          <w:jc w:val="center"/>
        </w:trPr>
        <w:tc>
          <w:tcPr>
            <w:tcW w:w="567" w:type="dxa"/>
          </w:tcPr>
          <w:p w14:paraId="5EF75723" w14:textId="77777777" w:rsidR="00D62C59" w:rsidRDefault="00000000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51D6CBE8" w14:textId="77777777" w:rsidR="00D62C59" w:rsidRDefault="00000000">
            <w:r>
              <w:t>Staj başvuru süreci hakkında bölüm tarafından yeterince bilgilendirildim.</w:t>
            </w:r>
          </w:p>
        </w:tc>
        <w:tc>
          <w:tcPr>
            <w:tcW w:w="624" w:type="dxa"/>
          </w:tcPr>
          <w:p w14:paraId="3859563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64DCBD5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1917F4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5CC728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F53680F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3FE9A5E6" w14:textId="77777777">
        <w:trPr>
          <w:jc w:val="center"/>
        </w:trPr>
        <w:tc>
          <w:tcPr>
            <w:tcW w:w="567" w:type="dxa"/>
          </w:tcPr>
          <w:p w14:paraId="23940E47" w14:textId="77777777" w:rsidR="00D62C59" w:rsidRDefault="00000000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14:paraId="01F4864D" w14:textId="77777777" w:rsidR="00D62C59" w:rsidRDefault="00000000">
            <w:r>
              <w:t>Staj Bilgilendirme Toplantısı, staj sürecine hazırlanmamda faydalı oldu.</w:t>
            </w:r>
          </w:p>
        </w:tc>
        <w:tc>
          <w:tcPr>
            <w:tcW w:w="624" w:type="dxa"/>
          </w:tcPr>
          <w:p w14:paraId="1CD0D68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2C37089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EC100A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D43BC91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AA61112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3DF28673" w14:textId="77777777">
        <w:trPr>
          <w:jc w:val="center"/>
        </w:trPr>
        <w:tc>
          <w:tcPr>
            <w:tcW w:w="567" w:type="dxa"/>
          </w:tcPr>
          <w:p w14:paraId="018E318A" w14:textId="77777777" w:rsidR="00D62C59" w:rsidRDefault="00000000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14:paraId="470F2B76" w14:textId="77777777" w:rsidR="00D62C59" w:rsidRDefault="00000000">
            <w:r>
              <w:t>Staj yeri bulma konusunda bölümden/danışmanımdan destek aldım.</w:t>
            </w:r>
          </w:p>
        </w:tc>
        <w:tc>
          <w:tcPr>
            <w:tcW w:w="624" w:type="dxa"/>
          </w:tcPr>
          <w:p w14:paraId="2C032DC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0FFFD6B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7A9A85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2AC13D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E81A061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487078FB" w14:textId="77777777">
        <w:trPr>
          <w:jc w:val="center"/>
        </w:trPr>
        <w:tc>
          <w:tcPr>
            <w:tcW w:w="567" w:type="dxa"/>
          </w:tcPr>
          <w:p w14:paraId="1C1CC21F" w14:textId="77777777" w:rsidR="00D62C59" w:rsidRDefault="00000000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14:paraId="164FD8A9" w14:textId="77777777" w:rsidR="00D62C59" w:rsidRDefault="00000000">
            <w:r>
              <w:t>Staj Yönergesi ve gerekli belgelere (sözleşme, sigorta vb.) kolayca ulaşabildim.</w:t>
            </w:r>
          </w:p>
        </w:tc>
        <w:tc>
          <w:tcPr>
            <w:tcW w:w="624" w:type="dxa"/>
          </w:tcPr>
          <w:p w14:paraId="1037841E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CD439A2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4B3C15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F0BDC2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5097F96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41012861" w14:textId="77777777">
        <w:trPr>
          <w:jc w:val="center"/>
        </w:trPr>
        <w:tc>
          <w:tcPr>
            <w:tcW w:w="567" w:type="dxa"/>
          </w:tcPr>
          <w:p w14:paraId="1DDE06B5" w14:textId="77777777" w:rsidR="00D62C59" w:rsidRDefault="00000000">
            <w:pPr>
              <w:jc w:val="center"/>
            </w:pPr>
            <w:r>
              <w:t>5</w:t>
            </w:r>
          </w:p>
        </w:tc>
        <w:tc>
          <w:tcPr>
            <w:tcW w:w="5953" w:type="dxa"/>
          </w:tcPr>
          <w:p w14:paraId="69B41934" w14:textId="77777777" w:rsidR="00D62C59" w:rsidRDefault="00000000">
            <w:r>
              <w:t>Staj yerine başvuru ve kabul süreci makul bir sürede tamamlandı.</w:t>
            </w:r>
          </w:p>
        </w:tc>
        <w:tc>
          <w:tcPr>
            <w:tcW w:w="624" w:type="dxa"/>
          </w:tcPr>
          <w:p w14:paraId="3D37DCB9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31B703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EAC9AA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EB542F1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AD60EC3" w14:textId="77777777" w:rsidR="00D62C59" w:rsidRDefault="00000000">
            <w:pPr>
              <w:jc w:val="center"/>
            </w:pPr>
            <w:r>
              <w:t>☐</w:t>
            </w:r>
          </w:p>
        </w:tc>
      </w:tr>
    </w:tbl>
    <w:p w14:paraId="6476ED66" w14:textId="77777777" w:rsidR="00D62C59" w:rsidRDefault="00D62C59">
      <w:pPr>
        <w:spacing w:after="80"/>
      </w:pPr>
    </w:p>
    <w:p w14:paraId="417E4BEE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C. Danışmanlık ve Rehberlik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953"/>
        <w:gridCol w:w="624"/>
        <w:gridCol w:w="624"/>
        <w:gridCol w:w="624"/>
        <w:gridCol w:w="624"/>
        <w:gridCol w:w="624"/>
      </w:tblGrid>
      <w:tr w:rsidR="00D62C59" w14:paraId="0C3CC02F" w14:textId="77777777">
        <w:trPr>
          <w:jc w:val="center"/>
        </w:trPr>
        <w:tc>
          <w:tcPr>
            <w:tcW w:w="567" w:type="dxa"/>
            <w:shd w:val="clear" w:color="auto" w:fill="E7E6E6"/>
          </w:tcPr>
          <w:p w14:paraId="2533B631" w14:textId="77777777" w:rsidR="00D62C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953" w:type="dxa"/>
            <w:shd w:val="clear" w:color="auto" w:fill="E7E6E6"/>
          </w:tcPr>
          <w:p w14:paraId="4BE12947" w14:textId="77777777" w:rsidR="00D62C59" w:rsidRDefault="00000000">
            <w:r>
              <w:rPr>
                <w:b/>
              </w:rPr>
              <w:t>Soru</w:t>
            </w:r>
          </w:p>
        </w:tc>
        <w:tc>
          <w:tcPr>
            <w:tcW w:w="624" w:type="dxa"/>
            <w:shd w:val="clear" w:color="auto" w:fill="E7E6E6"/>
          </w:tcPr>
          <w:p w14:paraId="17F95A78" w14:textId="77777777" w:rsidR="00D62C5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24" w:type="dxa"/>
            <w:shd w:val="clear" w:color="auto" w:fill="E7E6E6"/>
          </w:tcPr>
          <w:p w14:paraId="5410609E" w14:textId="77777777" w:rsidR="00D62C5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24" w:type="dxa"/>
            <w:shd w:val="clear" w:color="auto" w:fill="E7E6E6"/>
          </w:tcPr>
          <w:p w14:paraId="135781FD" w14:textId="77777777" w:rsidR="00D62C5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24" w:type="dxa"/>
            <w:shd w:val="clear" w:color="auto" w:fill="E7E6E6"/>
          </w:tcPr>
          <w:p w14:paraId="1F2292AA" w14:textId="77777777" w:rsidR="00D62C5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24" w:type="dxa"/>
            <w:shd w:val="clear" w:color="auto" w:fill="E7E6E6"/>
          </w:tcPr>
          <w:p w14:paraId="0C614FBD" w14:textId="77777777" w:rsidR="00D62C59" w:rsidRDefault="00000000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D62C59" w14:paraId="5A4AD686" w14:textId="77777777">
        <w:trPr>
          <w:jc w:val="center"/>
        </w:trPr>
        <w:tc>
          <w:tcPr>
            <w:tcW w:w="567" w:type="dxa"/>
          </w:tcPr>
          <w:p w14:paraId="11A5793C" w14:textId="77777777" w:rsidR="00D62C59" w:rsidRDefault="00000000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1428A214" w14:textId="77777777" w:rsidR="00D62C59" w:rsidRDefault="00000000">
            <w:r>
              <w:t>Staj danışmanım sorularıma zamanında ve yeterli şekilde yanıt verdi.</w:t>
            </w:r>
          </w:p>
        </w:tc>
        <w:tc>
          <w:tcPr>
            <w:tcW w:w="624" w:type="dxa"/>
          </w:tcPr>
          <w:p w14:paraId="75DEA45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9539DF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7DF9FB1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8FDFB2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297F2CF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0C821732" w14:textId="77777777">
        <w:trPr>
          <w:jc w:val="center"/>
        </w:trPr>
        <w:tc>
          <w:tcPr>
            <w:tcW w:w="567" w:type="dxa"/>
          </w:tcPr>
          <w:p w14:paraId="0414BF08" w14:textId="77777777" w:rsidR="00D62C59" w:rsidRDefault="00000000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14:paraId="2AF13C0C" w14:textId="77777777" w:rsidR="00D62C59" w:rsidRDefault="00000000">
            <w:r>
              <w:t>Staj süresince danışmanımla iletişim kurmakta güçlük yaşamadım.</w:t>
            </w:r>
          </w:p>
        </w:tc>
        <w:tc>
          <w:tcPr>
            <w:tcW w:w="624" w:type="dxa"/>
          </w:tcPr>
          <w:p w14:paraId="03995D4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D9CE44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6EE766B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541E60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C225776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10F7E064" w14:textId="77777777">
        <w:trPr>
          <w:jc w:val="center"/>
        </w:trPr>
        <w:tc>
          <w:tcPr>
            <w:tcW w:w="567" w:type="dxa"/>
          </w:tcPr>
          <w:p w14:paraId="75C09E05" w14:textId="77777777" w:rsidR="00D62C59" w:rsidRDefault="00000000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14:paraId="797B233E" w14:textId="77777777" w:rsidR="00D62C59" w:rsidRDefault="00000000">
            <w:r>
              <w:t>Staj defteri/raporu hazırlama sürecinde yeterli yönlendirme aldım.</w:t>
            </w:r>
          </w:p>
        </w:tc>
        <w:tc>
          <w:tcPr>
            <w:tcW w:w="624" w:type="dxa"/>
          </w:tcPr>
          <w:p w14:paraId="0404044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924C9E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3632A12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E51A505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D34784C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0806C529" w14:textId="77777777">
        <w:trPr>
          <w:jc w:val="center"/>
        </w:trPr>
        <w:tc>
          <w:tcPr>
            <w:tcW w:w="567" w:type="dxa"/>
          </w:tcPr>
          <w:p w14:paraId="10681BA5" w14:textId="77777777" w:rsidR="00D62C59" w:rsidRDefault="00000000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14:paraId="04F94F14" w14:textId="77777777" w:rsidR="00D62C59" w:rsidRDefault="00000000">
            <w:r>
              <w:t>Staj sonunda aldığım geri bildirim (değerlendirme), gelişimim için yararlı oldu.</w:t>
            </w:r>
          </w:p>
        </w:tc>
        <w:tc>
          <w:tcPr>
            <w:tcW w:w="624" w:type="dxa"/>
          </w:tcPr>
          <w:p w14:paraId="6B5B665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C71FAA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BAA042E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46F29EF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7A88BC5" w14:textId="77777777" w:rsidR="00D62C59" w:rsidRDefault="00000000">
            <w:pPr>
              <w:jc w:val="center"/>
            </w:pPr>
            <w:r>
              <w:t>☐</w:t>
            </w:r>
          </w:p>
        </w:tc>
      </w:tr>
    </w:tbl>
    <w:p w14:paraId="06C6590A" w14:textId="77777777" w:rsidR="00D62C59" w:rsidRDefault="00D62C59">
      <w:pPr>
        <w:spacing w:after="80"/>
      </w:pPr>
    </w:p>
    <w:p w14:paraId="02528F61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lastRenderedPageBreak/>
        <w:t>D. Staj Ortamı, Uygulama ve Mesleki Gelişim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953"/>
        <w:gridCol w:w="624"/>
        <w:gridCol w:w="624"/>
        <w:gridCol w:w="624"/>
        <w:gridCol w:w="624"/>
        <w:gridCol w:w="624"/>
      </w:tblGrid>
      <w:tr w:rsidR="00D62C59" w14:paraId="4A5E2C92" w14:textId="77777777">
        <w:trPr>
          <w:jc w:val="center"/>
        </w:trPr>
        <w:tc>
          <w:tcPr>
            <w:tcW w:w="567" w:type="dxa"/>
            <w:shd w:val="clear" w:color="auto" w:fill="E7E6E6"/>
          </w:tcPr>
          <w:p w14:paraId="34533F4D" w14:textId="77777777" w:rsidR="00D62C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953" w:type="dxa"/>
            <w:shd w:val="clear" w:color="auto" w:fill="E7E6E6"/>
          </w:tcPr>
          <w:p w14:paraId="78B03640" w14:textId="77777777" w:rsidR="00D62C59" w:rsidRDefault="00000000">
            <w:r>
              <w:rPr>
                <w:b/>
              </w:rPr>
              <w:t>Soru</w:t>
            </w:r>
          </w:p>
        </w:tc>
        <w:tc>
          <w:tcPr>
            <w:tcW w:w="624" w:type="dxa"/>
            <w:shd w:val="clear" w:color="auto" w:fill="E7E6E6"/>
          </w:tcPr>
          <w:p w14:paraId="1B1E3ED2" w14:textId="77777777" w:rsidR="00D62C5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24" w:type="dxa"/>
            <w:shd w:val="clear" w:color="auto" w:fill="E7E6E6"/>
          </w:tcPr>
          <w:p w14:paraId="725CC4A5" w14:textId="77777777" w:rsidR="00D62C5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24" w:type="dxa"/>
            <w:shd w:val="clear" w:color="auto" w:fill="E7E6E6"/>
          </w:tcPr>
          <w:p w14:paraId="6BF0DD48" w14:textId="77777777" w:rsidR="00D62C5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24" w:type="dxa"/>
            <w:shd w:val="clear" w:color="auto" w:fill="E7E6E6"/>
          </w:tcPr>
          <w:p w14:paraId="12661037" w14:textId="77777777" w:rsidR="00D62C5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24" w:type="dxa"/>
            <w:shd w:val="clear" w:color="auto" w:fill="E7E6E6"/>
          </w:tcPr>
          <w:p w14:paraId="7088C799" w14:textId="77777777" w:rsidR="00D62C59" w:rsidRDefault="00000000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D62C59" w14:paraId="44F0C1CA" w14:textId="77777777">
        <w:trPr>
          <w:jc w:val="center"/>
        </w:trPr>
        <w:tc>
          <w:tcPr>
            <w:tcW w:w="567" w:type="dxa"/>
          </w:tcPr>
          <w:p w14:paraId="19E0BDC6" w14:textId="77777777" w:rsidR="00D62C59" w:rsidRDefault="00000000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5DDD1B83" w14:textId="77777777" w:rsidR="00D62C59" w:rsidRDefault="00000000">
            <w:r>
              <w:t>Staj yaptığım kurumda bana uygun ve anlamlı görevler verildi.</w:t>
            </w:r>
          </w:p>
        </w:tc>
        <w:tc>
          <w:tcPr>
            <w:tcW w:w="624" w:type="dxa"/>
          </w:tcPr>
          <w:p w14:paraId="06754E7B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D5068A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0CB895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B608AB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1B5C26D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3E3B903B" w14:textId="77777777">
        <w:trPr>
          <w:jc w:val="center"/>
        </w:trPr>
        <w:tc>
          <w:tcPr>
            <w:tcW w:w="567" w:type="dxa"/>
          </w:tcPr>
          <w:p w14:paraId="63473554" w14:textId="77777777" w:rsidR="00D62C59" w:rsidRDefault="00000000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14:paraId="3DD5B447" w14:textId="77777777" w:rsidR="00D62C59" w:rsidRDefault="00000000">
            <w:r>
              <w:t>Kurumdaki çalışma ortamı (ekipman, yazılım, atölye/stüdyo olanakları) yeterliydi.</w:t>
            </w:r>
          </w:p>
        </w:tc>
        <w:tc>
          <w:tcPr>
            <w:tcW w:w="624" w:type="dxa"/>
          </w:tcPr>
          <w:p w14:paraId="4A71DCB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D2C1E1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08A024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9868661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8DE2B9A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79DD1167" w14:textId="77777777">
        <w:trPr>
          <w:jc w:val="center"/>
        </w:trPr>
        <w:tc>
          <w:tcPr>
            <w:tcW w:w="567" w:type="dxa"/>
          </w:tcPr>
          <w:p w14:paraId="0E1906BF" w14:textId="77777777" w:rsidR="00D62C59" w:rsidRDefault="00000000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14:paraId="712482A8" w14:textId="77777777" w:rsidR="00D62C59" w:rsidRDefault="00000000">
            <w:r>
              <w:t>Kurum çalışanları/yöneticileri staj sürecinde bana rehberlik etti.</w:t>
            </w:r>
          </w:p>
        </w:tc>
        <w:tc>
          <w:tcPr>
            <w:tcW w:w="624" w:type="dxa"/>
          </w:tcPr>
          <w:p w14:paraId="20B56CDB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B1DD0C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1DEECC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02E9EF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795D36E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647753E8" w14:textId="77777777">
        <w:trPr>
          <w:jc w:val="center"/>
        </w:trPr>
        <w:tc>
          <w:tcPr>
            <w:tcW w:w="567" w:type="dxa"/>
          </w:tcPr>
          <w:p w14:paraId="30F19295" w14:textId="77777777" w:rsidR="00D62C59" w:rsidRDefault="00000000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14:paraId="3E9122D7" w14:textId="77777777" w:rsidR="00D62C59" w:rsidRDefault="00000000">
            <w:r>
              <w:t>Staj sürecinde mesleki becerilerimi (tasarım, üretim, sunum vb.) geliştirme fırsatı buldum.</w:t>
            </w:r>
          </w:p>
        </w:tc>
        <w:tc>
          <w:tcPr>
            <w:tcW w:w="624" w:type="dxa"/>
          </w:tcPr>
          <w:p w14:paraId="60F25B3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CA2F16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214BA4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03A8A1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0D131FC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4B75E956" w14:textId="77777777">
        <w:trPr>
          <w:jc w:val="center"/>
        </w:trPr>
        <w:tc>
          <w:tcPr>
            <w:tcW w:w="567" w:type="dxa"/>
          </w:tcPr>
          <w:p w14:paraId="50DAD06F" w14:textId="77777777" w:rsidR="00D62C59" w:rsidRDefault="00000000">
            <w:pPr>
              <w:jc w:val="center"/>
            </w:pPr>
            <w:r>
              <w:t>5</w:t>
            </w:r>
          </w:p>
        </w:tc>
        <w:tc>
          <w:tcPr>
            <w:tcW w:w="5953" w:type="dxa"/>
          </w:tcPr>
          <w:p w14:paraId="757B1467" w14:textId="77777777" w:rsidR="00D62C59" w:rsidRDefault="00000000">
            <w:r>
              <w:t>Staj sürecinde sektörün güncel araç, yazılım ve iş akışlarını tanıma imkânım oldu.</w:t>
            </w:r>
          </w:p>
        </w:tc>
        <w:tc>
          <w:tcPr>
            <w:tcW w:w="624" w:type="dxa"/>
          </w:tcPr>
          <w:p w14:paraId="0DCAAAB5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3039BD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C7DBEB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F0AAD9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7B1CF9A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2F824AFC" w14:textId="77777777">
        <w:trPr>
          <w:jc w:val="center"/>
        </w:trPr>
        <w:tc>
          <w:tcPr>
            <w:tcW w:w="567" w:type="dxa"/>
          </w:tcPr>
          <w:p w14:paraId="05857065" w14:textId="77777777" w:rsidR="00D62C59" w:rsidRDefault="00000000">
            <w:pPr>
              <w:jc w:val="center"/>
            </w:pPr>
            <w:r>
              <w:t>6</w:t>
            </w:r>
          </w:p>
        </w:tc>
        <w:tc>
          <w:tcPr>
            <w:tcW w:w="5953" w:type="dxa"/>
          </w:tcPr>
          <w:p w14:paraId="6B359899" w14:textId="77777777" w:rsidR="00D62C59" w:rsidRDefault="00000000">
            <w:r>
              <w:t>Staj süresi (haftalık gün sayısı), mesleki deneyim kazanmam için yeterliydi.</w:t>
            </w:r>
          </w:p>
        </w:tc>
        <w:tc>
          <w:tcPr>
            <w:tcW w:w="624" w:type="dxa"/>
          </w:tcPr>
          <w:p w14:paraId="022C117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FA764BC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3D0845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171308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E5EA23A" w14:textId="77777777" w:rsidR="00D62C59" w:rsidRDefault="00000000">
            <w:pPr>
              <w:jc w:val="center"/>
            </w:pPr>
            <w:r>
              <w:t>☐</w:t>
            </w:r>
          </w:p>
        </w:tc>
      </w:tr>
    </w:tbl>
    <w:p w14:paraId="34837D10" w14:textId="77777777" w:rsidR="00D62C59" w:rsidRDefault="00D62C59">
      <w:pPr>
        <w:spacing w:after="80"/>
      </w:pPr>
    </w:p>
    <w:p w14:paraId="3361AEA6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E. Eğitim–Staj Uyumu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953"/>
        <w:gridCol w:w="624"/>
        <w:gridCol w:w="624"/>
        <w:gridCol w:w="624"/>
        <w:gridCol w:w="624"/>
        <w:gridCol w:w="624"/>
      </w:tblGrid>
      <w:tr w:rsidR="00D62C59" w14:paraId="3F9228A1" w14:textId="77777777">
        <w:trPr>
          <w:jc w:val="center"/>
        </w:trPr>
        <w:tc>
          <w:tcPr>
            <w:tcW w:w="567" w:type="dxa"/>
            <w:shd w:val="clear" w:color="auto" w:fill="E7E6E6"/>
          </w:tcPr>
          <w:p w14:paraId="4575D5FE" w14:textId="77777777" w:rsidR="00D62C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953" w:type="dxa"/>
            <w:shd w:val="clear" w:color="auto" w:fill="E7E6E6"/>
          </w:tcPr>
          <w:p w14:paraId="549F5A3F" w14:textId="77777777" w:rsidR="00D62C59" w:rsidRDefault="00000000">
            <w:r>
              <w:rPr>
                <w:b/>
              </w:rPr>
              <w:t>Soru</w:t>
            </w:r>
          </w:p>
        </w:tc>
        <w:tc>
          <w:tcPr>
            <w:tcW w:w="624" w:type="dxa"/>
            <w:shd w:val="clear" w:color="auto" w:fill="E7E6E6"/>
          </w:tcPr>
          <w:p w14:paraId="00560F16" w14:textId="77777777" w:rsidR="00D62C5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24" w:type="dxa"/>
            <w:shd w:val="clear" w:color="auto" w:fill="E7E6E6"/>
          </w:tcPr>
          <w:p w14:paraId="008D7D90" w14:textId="77777777" w:rsidR="00D62C5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24" w:type="dxa"/>
            <w:shd w:val="clear" w:color="auto" w:fill="E7E6E6"/>
          </w:tcPr>
          <w:p w14:paraId="4F16A420" w14:textId="77777777" w:rsidR="00D62C5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24" w:type="dxa"/>
            <w:shd w:val="clear" w:color="auto" w:fill="E7E6E6"/>
          </w:tcPr>
          <w:p w14:paraId="32A34B49" w14:textId="77777777" w:rsidR="00D62C5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24" w:type="dxa"/>
            <w:shd w:val="clear" w:color="auto" w:fill="E7E6E6"/>
          </w:tcPr>
          <w:p w14:paraId="3D8C046A" w14:textId="77777777" w:rsidR="00D62C59" w:rsidRDefault="00000000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D62C59" w14:paraId="0A56CF39" w14:textId="77777777">
        <w:trPr>
          <w:jc w:val="center"/>
        </w:trPr>
        <w:tc>
          <w:tcPr>
            <w:tcW w:w="567" w:type="dxa"/>
          </w:tcPr>
          <w:p w14:paraId="652D8553" w14:textId="77777777" w:rsidR="00D62C59" w:rsidRDefault="00000000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1E609D04" w14:textId="77777777" w:rsidR="00D62C59" w:rsidRDefault="00000000">
            <w:r>
              <w:t>Bölümde aldığım derslerin içeriği, staj sürecinde karşılaştığım görev ve konularla örtüştü.</w:t>
            </w:r>
          </w:p>
        </w:tc>
        <w:tc>
          <w:tcPr>
            <w:tcW w:w="624" w:type="dxa"/>
          </w:tcPr>
          <w:p w14:paraId="7B74707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D0AEF5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78D2809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D45C10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80B08A0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545114CE" w14:textId="77777777">
        <w:trPr>
          <w:jc w:val="center"/>
        </w:trPr>
        <w:tc>
          <w:tcPr>
            <w:tcW w:w="567" w:type="dxa"/>
          </w:tcPr>
          <w:p w14:paraId="3F58832A" w14:textId="77777777" w:rsidR="00D62C59" w:rsidRDefault="00000000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14:paraId="41ACCAB5" w14:textId="77777777" w:rsidR="00D62C59" w:rsidRDefault="00000000">
            <w:r>
              <w:t>Staj deneyimim, ders planı ve seçmeli ders tercihlerime ilişkin görüşlerimi etkiledi.</w:t>
            </w:r>
          </w:p>
        </w:tc>
        <w:tc>
          <w:tcPr>
            <w:tcW w:w="624" w:type="dxa"/>
          </w:tcPr>
          <w:p w14:paraId="1CE9638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09C5A2F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93C87A1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22BFB1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C4B6AE7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7BC94BAF" w14:textId="77777777">
        <w:trPr>
          <w:jc w:val="center"/>
        </w:trPr>
        <w:tc>
          <w:tcPr>
            <w:tcW w:w="567" w:type="dxa"/>
          </w:tcPr>
          <w:p w14:paraId="45980A76" w14:textId="77777777" w:rsidR="00D62C59" w:rsidRDefault="00000000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14:paraId="74D632B8" w14:textId="77777777" w:rsidR="00D62C59" w:rsidRDefault="00000000">
            <w:r>
              <w:t>Staj öncesinde aldığım eğitim, mesleki açıdan kendimi yeterli hissetmemi sağladı.</w:t>
            </w:r>
          </w:p>
        </w:tc>
        <w:tc>
          <w:tcPr>
            <w:tcW w:w="624" w:type="dxa"/>
          </w:tcPr>
          <w:p w14:paraId="5864C59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2CFCF85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FD0DEB3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AFC6DD8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10EB1D7" w14:textId="77777777" w:rsidR="00D62C59" w:rsidRDefault="00000000">
            <w:pPr>
              <w:jc w:val="center"/>
            </w:pPr>
            <w:r>
              <w:t>☐</w:t>
            </w:r>
          </w:p>
        </w:tc>
      </w:tr>
    </w:tbl>
    <w:p w14:paraId="74697CD2" w14:textId="77777777" w:rsidR="00D62C59" w:rsidRDefault="00D62C59">
      <w:pPr>
        <w:spacing w:after="80"/>
      </w:pPr>
    </w:p>
    <w:p w14:paraId="0DE6750F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F. Genel Memnuniyet ve Tavsiye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953"/>
        <w:gridCol w:w="624"/>
        <w:gridCol w:w="624"/>
        <w:gridCol w:w="624"/>
        <w:gridCol w:w="624"/>
        <w:gridCol w:w="624"/>
      </w:tblGrid>
      <w:tr w:rsidR="00D62C59" w14:paraId="226F587D" w14:textId="77777777">
        <w:trPr>
          <w:jc w:val="center"/>
        </w:trPr>
        <w:tc>
          <w:tcPr>
            <w:tcW w:w="567" w:type="dxa"/>
            <w:shd w:val="clear" w:color="auto" w:fill="E7E6E6"/>
          </w:tcPr>
          <w:p w14:paraId="5D258229" w14:textId="77777777" w:rsidR="00D62C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953" w:type="dxa"/>
            <w:shd w:val="clear" w:color="auto" w:fill="E7E6E6"/>
          </w:tcPr>
          <w:p w14:paraId="02FF4434" w14:textId="77777777" w:rsidR="00D62C59" w:rsidRDefault="00000000">
            <w:r>
              <w:rPr>
                <w:b/>
              </w:rPr>
              <w:t>Soru</w:t>
            </w:r>
          </w:p>
        </w:tc>
        <w:tc>
          <w:tcPr>
            <w:tcW w:w="624" w:type="dxa"/>
            <w:shd w:val="clear" w:color="auto" w:fill="E7E6E6"/>
          </w:tcPr>
          <w:p w14:paraId="15E8222F" w14:textId="77777777" w:rsidR="00D62C5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24" w:type="dxa"/>
            <w:shd w:val="clear" w:color="auto" w:fill="E7E6E6"/>
          </w:tcPr>
          <w:p w14:paraId="05742DC3" w14:textId="77777777" w:rsidR="00D62C5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24" w:type="dxa"/>
            <w:shd w:val="clear" w:color="auto" w:fill="E7E6E6"/>
          </w:tcPr>
          <w:p w14:paraId="550C3D4C" w14:textId="77777777" w:rsidR="00D62C5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24" w:type="dxa"/>
            <w:shd w:val="clear" w:color="auto" w:fill="E7E6E6"/>
          </w:tcPr>
          <w:p w14:paraId="519873EF" w14:textId="77777777" w:rsidR="00D62C5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24" w:type="dxa"/>
            <w:shd w:val="clear" w:color="auto" w:fill="E7E6E6"/>
          </w:tcPr>
          <w:p w14:paraId="60A4842B" w14:textId="77777777" w:rsidR="00D62C59" w:rsidRDefault="00000000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D62C59" w14:paraId="16C9EDFC" w14:textId="77777777">
        <w:trPr>
          <w:jc w:val="center"/>
        </w:trPr>
        <w:tc>
          <w:tcPr>
            <w:tcW w:w="567" w:type="dxa"/>
          </w:tcPr>
          <w:p w14:paraId="24A27859" w14:textId="77777777" w:rsidR="00D62C59" w:rsidRDefault="00000000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07EFA602" w14:textId="77777777" w:rsidR="00D62C59" w:rsidRDefault="00000000">
            <w:r>
              <w:t>Staj yaptığım kurumdan genel olarak memnun kaldım.</w:t>
            </w:r>
          </w:p>
        </w:tc>
        <w:tc>
          <w:tcPr>
            <w:tcW w:w="624" w:type="dxa"/>
          </w:tcPr>
          <w:p w14:paraId="0FC04CA2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F489547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E93A7FF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1A0CE5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1119687B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4075B920" w14:textId="77777777">
        <w:trPr>
          <w:jc w:val="center"/>
        </w:trPr>
        <w:tc>
          <w:tcPr>
            <w:tcW w:w="567" w:type="dxa"/>
          </w:tcPr>
          <w:p w14:paraId="5BBB9D79" w14:textId="77777777" w:rsidR="00D62C59" w:rsidRDefault="00000000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14:paraId="479500A3" w14:textId="77777777" w:rsidR="00D62C59" w:rsidRDefault="00000000">
            <w:r>
              <w:t>Bölümün staj sürecini yönetme biçiminden genel olarak memnun kaldım.</w:t>
            </w:r>
          </w:p>
        </w:tc>
        <w:tc>
          <w:tcPr>
            <w:tcW w:w="624" w:type="dxa"/>
          </w:tcPr>
          <w:p w14:paraId="3A464EFF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651680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6C118546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732C45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1A4203D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61BFC23C" w14:textId="77777777">
        <w:trPr>
          <w:jc w:val="center"/>
        </w:trPr>
        <w:tc>
          <w:tcPr>
            <w:tcW w:w="567" w:type="dxa"/>
          </w:tcPr>
          <w:p w14:paraId="7F4BC8ED" w14:textId="77777777" w:rsidR="00D62C59" w:rsidRDefault="00000000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14:paraId="1968372B" w14:textId="77777777" w:rsidR="00D62C59" w:rsidRDefault="00000000">
            <w:r>
              <w:t>Staj yaptığım kurumu diğer öğrencilere tavsiye ederim.</w:t>
            </w:r>
          </w:p>
        </w:tc>
        <w:tc>
          <w:tcPr>
            <w:tcW w:w="624" w:type="dxa"/>
          </w:tcPr>
          <w:p w14:paraId="4E1924E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5A9287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582AE82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716D7110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E9769BA" w14:textId="77777777" w:rsidR="00D62C59" w:rsidRDefault="00000000">
            <w:pPr>
              <w:jc w:val="center"/>
            </w:pPr>
            <w:r>
              <w:t>☐</w:t>
            </w:r>
          </w:p>
        </w:tc>
      </w:tr>
      <w:tr w:rsidR="00D62C59" w14:paraId="0C6DB87B" w14:textId="77777777">
        <w:trPr>
          <w:jc w:val="center"/>
        </w:trPr>
        <w:tc>
          <w:tcPr>
            <w:tcW w:w="567" w:type="dxa"/>
          </w:tcPr>
          <w:p w14:paraId="148B6472" w14:textId="77777777" w:rsidR="00D62C59" w:rsidRDefault="00000000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14:paraId="42992B6D" w14:textId="77777777" w:rsidR="00D62C59" w:rsidRDefault="00000000">
            <w:r>
              <w:t>Fırsat olsa aynı kurumda tekrar staj yapmak isterim.</w:t>
            </w:r>
          </w:p>
        </w:tc>
        <w:tc>
          <w:tcPr>
            <w:tcW w:w="624" w:type="dxa"/>
          </w:tcPr>
          <w:p w14:paraId="0923CF6A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3DD8CEAE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417DB364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0E57D66D" w14:textId="77777777" w:rsidR="00D62C59" w:rsidRDefault="00000000">
            <w:pPr>
              <w:jc w:val="center"/>
            </w:pPr>
            <w:r>
              <w:t>☐</w:t>
            </w:r>
          </w:p>
        </w:tc>
        <w:tc>
          <w:tcPr>
            <w:tcW w:w="624" w:type="dxa"/>
          </w:tcPr>
          <w:p w14:paraId="5AC9D7EE" w14:textId="77777777" w:rsidR="00D62C59" w:rsidRDefault="00000000">
            <w:pPr>
              <w:jc w:val="center"/>
            </w:pPr>
            <w:r>
              <w:t>☐</w:t>
            </w:r>
          </w:p>
        </w:tc>
      </w:tr>
    </w:tbl>
    <w:p w14:paraId="684AF330" w14:textId="77777777" w:rsidR="00D62C59" w:rsidRDefault="00D62C59">
      <w:pPr>
        <w:spacing w:after="80"/>
      </w:pPr>
    </w:p>
    <w:p w14:paraId="1E607499" w14:textId="77777777" w:rsidR="00D62C59" w:rsidRDefault="00000000">
      <w:pPr>
        <w:spacing w:before="280" w:after="120"/>
      </w:pPr>
      <w:r>
        <w:rPr>
          <w:b/>
          <w:color w:val="1F3A5F"/>
          <w:sz w:val="24"/>
        </w:rPr>
        <w:t>G. Açık Uçlu Sorular</w:t>
      </w:r>
    </w:p>
    <w:p w14:paraId="7565C43B" w14:textId="77777777" w:rsidR="00D62C59" w:rsidRDefault="00000000">
      <w:pPr>
        <w:spacing w:after="120"/>
      </w:pPr>
      <w:r>
        <w:t>1. Staj sürecinde en çok fayda gördüğünüz konu/etkinlik neydi?</w:t>
      </w:r>
    </w:p>
    <w:p w14:paraId="5C26038B" w14:textId="77777777" w:rsidR="00D62C59" w:rsidRDefault="00000000">
      <w:pPr>
        <w:spacing w:after="120"/>
      </w:pPr>
      <w:r>
        <w:t>2. Staj sürecinde yaşadığınız en önemli güçlük neydi?</w:t>
      </w:r>
    </w:p>
    <w:p w14:paraId="3962CBEE" w14:textId="77777777" w:rsidR="00D62C59" w:rsidRDefault="00000000">
      <w:pPr>
        <w:spacing w:after="120"/>
      </w:pPr>
      <w:r>
        <w:t>3. Staj sürecinde eksikliğini hissettiğiniz bilgi/beceri alanı oldu mu? Varsa belirtiniz.</w:t>
      </w:r>
    </w:p>
    <w:p w14:paraId="1E363A89" w14:textId="77777777" w:rsidR="00D62C59" w:rsidRDefault="00000000">
      <w:pPr>
        <w:spacing w:after="120"/>
      </w:pPr>
      <w:r>
        <w:t>4. Bölümün staj sürecini iyileştirmek için ne önerirsiniz?</w:t>
      </w:r>
    </w:p>
    <w:p w14:paraId="217061C7" w14:textId="77777777" w:rsidR="00D62C59" w:rsidRDefault="00000000">
      <w:pPr>
        <w:spacing w:after="120"/>
      </w:pPr>
      <w:r>
        <w:t>5. Eklemek istediğiniz diğer görüş ve öneriler.</w:t>
      </w:r>
    </w:p>
    <w:sectPr w:rsidR="00D62C59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9977227">
    <w:abstractNumId w:val="8"/>
  </w:num>
  <w:num w:numId="2" w16cid:durableId="963540077">
    <w:abstractNumId w:val="6"/>
  </w:num>
  <w:num w:numId="3" w16cid:durableId="1025790686">
    <w:abstractNumId w:val="5"/>
  </w:num>
  <w:num w:numId="4" w16cid:durableId="2064133339">
    <w:abstractNumId w:val="4"/>
  </w:num>
  <w:num w:numId="5" w16cid:durableId="616451909">
    <w:abstractNumId w:val="7"/>
  </w:num>
  <w:num w:numId="6" w16cid:durableId="826441277">
    <w:abstractNumId w:val="3"/>
  </w:num>
  <w:num w:numId="7" w16cid:durableId="519318932">
    <w:abstractNumId w:val="2"/>
  </w:num>
  <w:num w:numId="8" w16cid:durableId="1571039710">
    <w:abstractNumId w:val="1"/>
  </w:num>
  <w:num w:numId="9" w16cid:durableId="177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62C59"/>
    <w:rsid w:val="00F727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2CD76"/>
  <w14:defaultImageDpi w14:val="300"/>
  <w15:docId w15:val="{D02235ED-481F-804E-8E82-325CD5E0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2788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Öznur Işır</cp:lastModifiedBy>
  <cp:revision>2</cp:revision>
  <dcterms:created xsi:type="dcterms:W3CDTF">2013-12-23T23:15:00Z</dcterms:created>
  <dcterms:modified xsi:type="dcterms:W3CDTF">2026-08-18T09:19:00Z</dcterms:modified>
  <cp:category/>
</cp:coreProperties>
</file>