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54DEC" w14:textId="1B4D7FF9" w:rsidR="00523531" w:rsidRPr="00571BA6" w:rsidRDefault="000E0075" w:rsidP="005B48AD">
      <w:pPr>
        <w:spacing w:after="80" w:line="360" w:lineRule="auto"/>
        <w:jc w:val="center"/>
        <w:rPr>
          <w:rFonts w:ascii="Times New Roman" w:hAnsi="Times New Roman" w:cs="Times New Roman"/>
          <w:sz w:val="24"/>
          <w:szCs w:val="24"/>
          <w:lang w:val="tr-TR"/>
        </w:rPr>
      </w:pPr>
      <w:r w:rsidRPr="00571BA6">
        <w:rPr>
          <w:rFonts w:ascii="Times New Roman" w:hAnsi="Times New Roman" w:cs="Times New Roman"/>
          <w:b/>
          <w:color w:val="1B365D"/>
          <w:sz w:val="24"/>
          <w:szCs w:val="24"/>
          <w:lang w:val="tr-TR"/>
        </w:rPr>
        <w:t xml:space="preserve">BALIKESİR ÜNİVERSİTESİ </w:t>
      </w:r>
      <w:r w:rsidR="007D66CE" w:rsidRPr="00571BA6">
        <w:rPr>
          <w:rFonts w:ascii="Times New Roman" w:hAnsi="Times New Roman" w:cs="Times New Roman"/>
          <w:b/>
          <w:color w:val="1B365D"/>
          <w:sz w:val="24"/>
          <w:szCs w:val="24"/>
          <w:lang w:val="tr-TR"/>
        </w:rPr>
        <w:t xml:space="preserve">EDREMİT SİVİL HAVACILIK </w:t>
      </w:r>
      <w:proofErr w:type="gramStart"/>
      <w:r w:rsidR="007D66CE" w:rsidRPr="00571BA6">
        <w:rPr>
          <w:rFonts w:ascii="Times New Roman" w:hAnsi="Times New Roman" w:cs="Times New Roman"/>
          <w:b/>
          <w:color w:val="1B365D"/>
          <w:sz w:val="24"/>
          <w:szCs w:val="24"/>
          <w:lang w:val="tr-TR"/>
        </w:rPr>
        <w:t xml:space="preserve">YÜKSEKOKULU  </w:t>
      </w:r>
      <w:r w:rsidRPr="00571BA6">
        <w:rPr>
          <w:rFonts w:ascii="Times New Roman" w:hAnsi="Times New Roman" w:cs="Times New Roman"/>
          <w:b/>
          <w:color w:val="1B365D"/>
          <w:sz w:val="24"/>
          <w:szCs w:val="24"/>
          <w:lang w:val="tr-TR"/>
        </w:rPr>
        <w:t>HAVACILIK</w:t>
      </w:r>
      <w:proofErr w:type="gramEnd"/>
      <w:r w:rsidRPr="00571BA6">
        <w:rPr>
          <w:rFonts w:ascii="Times New Roman" w:hAnsi="Times New Roman" w:cs="Times New Roman"/>
          <w:b/>
          <w:color w:val="1B365D"/>
          <w:sz w:val="24"/>
          <w:szCs w:val="24"/>
          <w:lang w:val="tr-TR"/>
        </w:rPr>
        <w:t xml:space="preserve"> YÖNETİMİ BÖLÜMÜ</w:t>
      </w:r>
      <w:r w:rsidRPr="00571BA6">
        <w:rPr>
          <w:rFonts w:ascii="Times New Roman" w:hAnsi="Times New Roman" w:cs="Times New Roman"/>
          <w:b/>
          <w:color w:val="1B365D"/>
          <w:sz w:val="24"/>
          <w:szCs w:val="24"/>
          <w:lang w:val="tr-TR"/>
        </w:rPr>
        <w:br/>
        <w:t xml:space="preserve">2025–2026 </w:t>
      </w:r>
      <w:r w:rsidR="00806A70">
        <w:rPr>
          <w:rFonts w:ascii="Times New Roman" w:hAnsi="Times New Roman" w:cs="Times New Roman"/>
          <w:b/>
          <w:color w:val="1B365D"/>
          <w:sz w:val="24"/>
          <w:szCs w:val="24"/>
          <w:lang w:val="tr-TR"/>
        </w:rPr>
        <w:t>EĞİTİM-ÖĞRETİM YILI</w:t>
      </w:r>
      <w:r w:rsidRPr="00571BA6">
        <w:rPr>
          <w:rFonts w:ascii="Times New Roman" w:hAnsi="Times New Roman" w:cs="Times New Roman"/>
          <w:b/>
          <w:color w:val="1B365D"/>
          <w:sz w:val="24"/>
          <w:szCs w:val="24"/>
          <w:lang w:val="tr-TR"/>
        </w:rPr>
        <w:t xml:space="preserve"> ÖĞRENCİ MEMNUNİYET ANKETİ DEĞERLENDİRME RAPORU</w:t>
      </w:r>
    </w:p>
    <w:p w14:paraId="16DB4448" w14:textId="77777777" w:rsidR="00523531" w:rsidRPr="00571BA6" w:rsidRDefault="000E0075" w:rsidP="005B48AD">
      <w:pPr>
        <w:pStyle w:val="Balk1"/>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RAPORUN AMACI</w:t>
      </w:r>
    </w:p>
    <w:p w14:paraId="74D7470F" w14:textId="20F64360" w:rsidR="00523531" w:rsidRPr="00571BA6" w:rsidRDefault="000E0075" w:rsidP="005B48AD">
      <w:pPr>
        <w:spacing w:after="24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Bu rapor, 2025–2026 </w:t>
      </w:r>
      <w:r w:rsidR="00806A70">
        <w:rPr>
          <w:rFonts w:ascii="Times New Roman" w:hAnsi="Times New Roman" w:cs="Times New Roman"/>
          <w:sz w:val="24"/>
          <w:szCs w:val="24"/>
          <w:lang w:val="tr-TR"/>
        </w:rPr>
        <w:t>Eğitim-Öğretim yılında</w:t>
      </w:r>
      <w:r w:rsidRPr="00571BA6">
        <w:rPr>
          <w:rFonts w:ascii="Times New Roman" w:hAnsi="Times New Roman" w:cs="Times New Roman"/>
          <w:sz w:val="24"/>
          <w:szCs w:val="24"/>
          <w:lang w:val="tr-TR"/>
        </w:rPr>
        <w:t xml:space="preserve"> </w:t>
      </w:r>
      <w:r w:rsidR="00571BA6" w:rsidRPr="00571BA6">
        <w:rPr>
          <w:rFonts w:ascii="Times New Roman" w:hAnsi="Times New Roman" w:cs="Times New Roman"/>
          <w:sz w:val="24"/>
          <w:szCs w:val="24"/>
          <w:lang w:val="tr-TR"/>
        </w:rPr>
        <w:t xml:space="preserve">Edremit Sivil Havacılık Yüksekokulu  </w:t>
      </w:r>
      <w:r w:rsidRPr="00571BA6">
        <w:rPr>
          <w:rFonts w:ascii="Times New Roman" w:hAnsi="Times New Roman" w:cs="Times New Roman"/>
          <w:sz w:val="24"/>
          <w:szCs w:val="24"/>
          <w:lang w:val="tr-TR"/>
        </w:rPr>
        <w:t>Havacılık Yönetimi Bölümünde öğrenim gören öğrencilerin bölüm olanakları, eğitim-öğretim faaliyetleri, akademik kadro, fiziksel altyapı, laboratuvarlar, ders içerikleri, seçmeli dersler, kariyer desteği ve genel memnuniyet düzeylerini belirlemek amacıyla uygulanmış olan öğrenci memnuniyet anketinin sonuçlarını değerlendirmek amacıyla hazırlanmıştır.</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t>Raporda yalnızca tanımlayıcı istatistikler değil, aynı zamanda güçlü yönler, geliştirilmesi gereken alanlar ve kalite iyileştirme önerileri de detaylı bir şekilde akademik standartlara uygun olarak sunulmaktadır.</w:t>
      </w:r>
    </w:p>
    <w:p w14:paraId="01CE008A" w14:textId="77777777" w:rsidR="00523531" w:rsidRPr="00571BA6" w:rsidRDefault="000E0075" w:rsidP="005B48AD">
      <w:pPr>
        <w:pStyle w:val="Balk1"/>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YÖNTEM</w:t>
      </w:r>
    </w:p>
    <w:p w14:paraId="56F76BCC" w14:textId="23285169" w:rsidR="00523531" w:rsidRPr="00571BA6" w:rsidRDefault="000E0075" w:rsidP="005B48AD">
      <w:pPr>
        <w:spacing w:after="24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Araştırma betimsel tarama modelinde gerçekleştirilmiştir. Veriler Google Forms altyapısı kullanılarak çevrim içi ortamda toplanmıştır.</w:t>
      </w:r>
      <w:r w:rsidRPr="00571BA6">
        <w:rPr>
          <w:rFonts w:ascii="Times New Roman" w:hAnsi="Times New Roman" w:cs="Times New Roman"/>
          <w:sz w:val="24"/>
          <w:szCs w:val="24"/>
          <w:lang w:val="tr-TR"/>
        </w:rPr>
        <w:br/>
        <w:t>Anket Yapısı:</w:t>
      </w:r>
      <w:r w:rsidRPr="00571BA6">
        <w:rPr>
          <w:rFonts w:ascii="Times New Roman" w:hAnsi="Times New Roman" w:cs="Times New Roman"/>
          <w:sz w:val="24"/>
          <w:szCs w:val="24"/>
          <w:lang w:val="tr-TR"/>
        </w:rPr>
        <w:br/>
        <w:t>• Anket toplam 35 maddeden oluşmaktadır.</w:t>
      </w:r>
      <w:r w:rsidRPr="00571BA6">
        <w:rPr>
          <w:rFonts w:ascii="Times New Roman" w:hAnsi="Times New Roman" w:cs="Times New Roman"/>
          <w:sz w:val="24"/>
          <w:szCs w:val="24"/>
          <w:lang w:val="tr-TR"/>
        </w:rPr>
        <w:br/>
        <w:t xml:space="preserve">• Yanıtların alınmasında 5'li </w:t>
      </w:r>
      <w:proofErr w:type="spellStart"/>
      <w:r w:rsidRPr="00571BA6">
        <w:rPr>
          <w:rFonts w:ascii="Times New Roman" w:hAnsi="Times New Roman" w:cs="Times New Roman"/>
          <w:sz w:val="24"/>
          <w:szCs w:val="24"/>
          <w:lang w:val="tr-TR"/>
        </w:rPr>
        <w:t>Likert</w:t>
      </w:r>
      <w:proofErr w:type="spellEnd"/>
      <w:r w:rsidRPr="00571BA6">
        <w:rPr>
          <w:rFonts w:ascii="Times New Roman" w:hAnsi="Times New Roman" w:cs="Times New Roman"/>
          <w:sz w:val="24"/>
          <w:szCs w:val="24"/>
          <w:lang w:val="tr-TR"/>
        </w:rPr>
        <w:t xml:space="preserve"> ölçeği (1: Çok Kötü / Kesinlikle Katılmıyorum, 2: Kötü / Katılmıyorum, 3: Orta / Kararsızım, 4: İyi / Katılıyorum, 5: Çok İyi / Kesinlikle Katılıyorum) kullanılmıştır.</w:t>
      </w:r>
      <w:r w:rsidRPr="00571BA6">
        <w:rPr>
          <w:rFonts w:ascii="Times New Roman" w:hAnsi="Times New Roman" w:cs="Times New Roman"/>
          <w:sz w:val="24"/>
          <w:szCs w:val="24"/>
          <w:lang w:val="tr-TR"/>
        </w:rPr>
        <w:br/>
        <w:t>Katılımcılar:</w:t>
      </w:r>
      <w:r w:rsidRPr="00571BA6">
        <w:rPr>
          <w:rFonts w:ascii="Times New Roman" w:hAnsi="Times New Roman" w:cs="Times New Roman"/>
          <w:sz w:val="24"/>
          <w:szCs w:val="24"/>
          <w:lang w:val="tr-TR"/>
        </w:rPr>
        <w:br/>
        <w:t>• Havacılık Yönetimi Bölümü'nde öğrenim gören aktif 127 öğrenci ankete katılım sağlamıştır.</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br/>
        <w:t>Verilerin Analizi:</w:t>
      </w:r>
      <w:r w:rsidRPr="00571BA6">
        <w:rPr>
          <w:rFonts w:ascii="Times New Roman" w:hAnsi="Times New Roman" w:cs="Times New Roman"/>
          <w:sz w:val="24"/>
          <w:szCs w:val="24"/>
          <w:lang w:val="tr-TR"/>
        </w:rPr>
        <w:br/>
        <w:t>Elde edilen veriler üzerinde Frekans (f), Yüzde (%), Ortalama (X̄), Standart Sapma (SS), Medyan, Olumlu Oran (4+5 puanlar), Kararsız Oran (3 puan) ve Olumsuz Oran (1+2 puanlar) hesaplamaları yapılmıştır.</w:t>
      </w:r>
    </w:p>
    <w:p w14:paraId="6CEF5DC1" w14:textId="77777777" w:rsidR="00523531" w:rsidRPr="00571BA6" w:rsidRDefault="000E0075" w:rsidP="005B48AD">
      <w:pPr>
        <w:pStyle w:val="Balk1"/>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3. KATILIMCI BİLGİLERİ VE VERİ METRİKLERİ</w:t>
      </w:r>
    </w:p>
    <w:tbl>
      <w:tblPr>
        <w:tblW w:w="0" w:type="auto"/>
        <w:jc w:val="center"/>
        <w:tblLook w:val="04A0" w:firstRow="1" w:lastRow="0" w:firstColumn="1" w:lastColumn="0" w:noHBand="0" w:noVBand="1"/>
      </w:tblPr>
      <w:tblGrid>
        <w:gridCol w:w="4680"/>
        <w:gridCol w:w="4680"/>
      </w:tblGrid>
      <w:tr w:rsidR="00523531" w:rsidRPr="00571BA6" w14:paraId="0DF429AD" w14:textId="77777777">
        <w:trPr>
          <w:jc w:val="center"/>
        </w:trPr>
        <w:tc>
          <w:tcPr>
            <w:tcW w:w="4680" w:type="dxa"/>
            <w:shd w:val="clear" w:color="auto" w:fill="F2F4F7"/>
            <w:tcMar>
              <w:top w:w="100" w:type="dxa"/>
              <w:left w:w="150" w:type="dxa"/>
              <w:bottom w:w="100" w:type="dxa"/>
              <w:right w:w="150" w:type="dxa"/>
            </w:tcMar>
          </w:tcPr>
          <w:p w14:paraId="35ECB47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sz w:val="24"/>
                <w:szCs w:val="24"/>
                <w:lang w:val="tr-TR"/>
              </w:rPr>
              <w:t>Toplam Katılımcı Öğrenci Sayısı</w:t>
            </w:r>
          </w:p>
        </w:tc>
        <w:tc>
          <w:tcPr>
            <w:tcW w:w="4680" w:type="dxa"/>
            <w:shd w:val="clear" w:color="auto" w:fill="FFFFFF"/>
            <w:tcMar>
              <w:top w:w="100" w:type="dxa"/>
              <w:left w:w="150" w:type="dxa"/>
              <w:bottom w:w="100" w:type="dxa"/>
              <w:right w:w="150" w:type="dxa"/>
            </w:tcMar>
          </w:tcPr>
          <w:p w14:paraId="54D5178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127</w:t>
            </w:r>
          </w:p>
        </w:tc>
      </w:tr>
      <w:tr w:rsidR="00523531" w:rsidRPr="00571BA6" w14:paraId="50506D05" w14:textId="77777777">
        <w:trPr>
          <w:jc w:val="center"/>
        </w:trPr>
        <w:tc>
          <w:tcPr>
            <w:tcW w:w="4680" w:type="dxa"/>
            <w:shd w:val="clear" w:color="auto" w:fill="F2F4F7"/>
            <w:tcMar>
              <w:top w:w="100" w:type="dxa"/>
              <w:left w:w="150" w:type="dxa"/>
              <w:bottom w:w="100" w:type="dxa"/>
              <w:right w:w="150" w:type="dxa"/>
            </w:tcMar>
          </w:tcPr>
          <w:p w14:paraId="6AEF9BF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sz w:val="24"/>
                <w:szCs w:val="24"/>
                <w:lang w:val="tr-TR"/>
              </w:rPr>
              <w:t>Toplam Anket Maddesi (Soru)</w:t>
            </w:r>
          </w:p>
        </w:tc>
        <w:tc>
          <w:tcPr>
            <w:tcW w:w="4680" w:type="dxa"/>
            <w:shd w:val="clear" w:color="auto" w:fill="FFFFFF"/>
            <w:tcMar>
              <w:top w:w="100" w:type="dxa"/>
              <w:left w:w="150" w:type="dxa"/>
              <w:bottom w:w="100" w:type="dxa"/>
              <w:right w:w="150" w:type="dxa"/>
            </w:tcMar>
          </w:tcPr>
          <w:p w14:paraId="053EABC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35</w:t>
            </w:r>
          </w:p>
        </w:tc>
      </w:tr>
      <w:tr w:rsidR="00523531" w:rsidRPr="00571BA6" w14:paraId="5D104497" w14:textId="77777777">
        <w:trPr>
          <w:jc w:val="center"/>
        </w:trPr>
        <w:tc>
          <w:tcPr>
            <w:tcW w:w="4680" w:type="dxa"/>
            <w:shd w:val="clear" w:color="auto" w:fill="F2F4F7"/>
            <w:tcMar>
              <w:top w:w="100" w:type="dxa"/>
              <w:left w:w="150" w:type="dxa"/>
              <w:bottom w:w="100" w:type="dxa"/>
              <w:right w:w="150" w:type="dxa"/>
            </w:tcMar>
          </w:tcPr>
          <w:p w14:paraId="38734B7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sz w:val="24"/>
                <w:szCs w:val="24"/>
                <w:lang w:val="tr-TR"/>
              </w:rPr>
              <w:t>Toplam Analiz Edilen Cevap Sayısı</w:t>
            </w:r>
          </w:p>
        </w:tc>
        <w:tc>
          <w:tcPr>
            <w:tcW w:w="4680" w:type="dxa"/>
            <w:shd w:val="clear" w:color="auto" w:fill="FFFFFF"/>
            <w:tcMar>
              <w:top w:w="100" w:type="dxa"/>
              <w:left w:w="150" w:type="dxa"/>
              <w:bottom w:w="100" w:type="dxa"/>
              <w:right w:w="150" w:type="dxa"/>
            </w:tcMar>
          </w:tcPr>
          <w:p w14:paraId="3A229DE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4.445 (127 × 35)</w:t>
            </w:r>
          </w:p>
        </w:tc>
      </w:tr>
      <w:tr w:rsidR="00523531" w:rsidRPr="00571BA6" w14:paraId="6B9DBC91" w14:textId="77777777">
        <w:trPr>
          <w:jc w:val="center"/>
        </w:trPr>
        <w:tc>
          <w:tcPr>
            <w:tcW w:w="4680" w:type="dxa"/>
            <w:shd w:val="clear" w:color="auto" w:fill="F2F4F7"/>
            <w:tcMar>
              <w:top w:w="100" w:type="dxa"/>
              <w:left w:w="150" w:type="dxa"/>
              <w:bottom w:w="100" w:type="dxa"/>
              <w:right w:w="150" w:type="dxa"/>
            </w:tcMar>
          </w:tcPr>
          <w:p w14:paraId="54242BF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sz w:val="24"/>
                <w:szCs w:val="24"/>
                <w:lang w:val="tr-TR"/>
              </w:rPr>
              <w:t>Veri Toplama Aracı ve Dönemi</w:t>
            </w:r>
          </w:p>
        </w:tc>
        <w:tc>
          <w:tcPr>
            <w:tcW w:w="4680" w:type="dxa"/>
            <w:shd w:val="clear" w:color="auto" w:fill="FFFFFF"/>
            <w:tcMar>
              <w:top w:w="100" w:type="dxa"/>
              <w:left w:w="150" w:type="dxa"/>
              <w:bottom w:w="100" w:type="dxa"/>
              <w:right w:w="150" w:type="dxa"/>
            </w:tcMar>
          </w:tcPr>
          <w:p w14:paraId="0AB8B8FF" w14:textId="508A4AE6"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Google Forms / 2025–2026 </w:t>
            </w:r>
            <w:r w:rsidR="00806A70">
              <w:rPr>
                <w:rFonts w:ascii="Times New Roman" w:hAnsi="Times New Roman" w:cs="Times New Roman"/>
                <w:sz w:val="24"/>
                <w:szCs w:val="24"/>
                <w:lang w:val="tr-TR"/>
              </w:rPr>
              <w:t>Eğitim</w:t>
            </w:r>
            <w:r w:rsidRPr="00571BA6">
              <w:rPr>
                <w:rFonts w:ascii="Times New Roman" w:hAnsi="Times New Roman" w:cs="Times New Roman"/>
                <w:sz w:val="24"/>
                <w:szCs w:val="24"/>
                <w:lang w:val="tr-TR"/>
              </w:rPr>
              <w:t xml:space="preserve"> Dönemi</w:t>
            </w:r>
          </w:p>
        </w:tc>
      </w:tr>
    </w:tbl>
    <w:p w14:paraId="1D57EDC8" w14:textId="77777777" w:rsidR="00523531" w:rsidRPr="00571BA6" w:rsidRDefault="00523531" w:rsidP="005B48AD">
      <w:pPr>
        <w:spacing w:after="160" w:line="360" w:lineRule="auto"/>
        <w:rPr>
          <w:rFonts w:ascii="Times New Roman" w:hAnsi="Times New Roman" w:cs="Times New Roman"/>
          <w:sz w:val="24"/>
          <w:szCs w:val="24"/>
          <w:lang w:val="tr-TR"/>
        </w:rPr>
      </w:pPr>
    </w:p>
    <w:p w14:paraId="5149C2BC" w14:textId="77777777" w:rsidR="00523531" w:rsidRPr="00571BA6" w:rsidRDefault="000E0075" w:rsidP="005B48AD">
      <w:pPr>
        <w:pStyle w:val="Balk1"/>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GENEL BULGULAR</w:t>
      </w:r>
    </w:p>
    <w:p w14:paraId="15C07F2A" w14:textId="77777777" w:rsidR="00523531" w:rsidRPr="00571BA6" w:rsidRDefault="000E0075" w:rsidP="005B48AD">
      <w:pPr>
        <w:spacing w:after="24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127 öğrenciden elde edilen toplam 4.445 yanıtın genel istatistiksel analizi sonucunda, Havacılık Yönetimi Bölümü öğrencilerinin genel memnuniyet ortalaması 5 üzerinden </w:t>
      </w:r>
      <w:proofErr w:type="gramStart"/>
      <w:r w:rsidRPr="00571BA6">
        <w:rPr>
          <w:rFonts w:ascii="Times New Roman" w:hAnsi="Times New Roman" w:cs="Times New Roman"/>
          <w:sz w:val="24"/>
          <w:szCs w:val="24"/>
          <w:lang w:val="tr-TR"/>
        </w:rPr>
        <w:t>3.20</w:t>
      </w:r>
      <w:proofErr w:type="gramEnd"/>
      <w:r w:rsidRPr="00571BA6">
        <w:rPr>
          <w:rFonts w:ascii="Times New Roman" w:hAnsi="Times New Roman" w:cs="Times New Roman"/>
          <w:sz w:val="24"/>
          <w:szCs w:val="24"/>
          <w:lang w:val="tr-TR"/>
        </w:rPr>
        <w:t xml:space="preserve"> olarak gerçekleşmiştir. Toplam yanıtların %43.4'i olumlu (İyi / Çok İyi), %29.7'i kararsız/orta düzeyde ve %26.9'i olumsuz (Kötü / Çok Kötü) eğilim göstermektedir.</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br/>
        <w:t>Anket verilerinin tematik analizi neticesinde öne çıkan temel bulgular şunlardır:</w:t>
      </w:r>
      <w:r w:rsidRPr="00571BA6">
        <w:rPr>
          <w:rFonts w:ascii="Times New Roman" w:hAnsi="Times New Roman" w:cs="Times New Roman"/>
          <w:sz w:val="24"/>
          <w:szCs w:val="24"/>
          <w:lang w:val="tr-TR"/>
        </w:rPr>
        <w:br/>
        <w:t xml:space="preserve">• </w:t>
      </w:r>
      <w:proofErr w:type="spellStart"/>
      <w:r w:rsidRPr="00571BA6">
        <w:rPr>
          <w:rFonts w:ascii="Times New Roman" w:hAnsi="Times New Roman" w:cs="Times New Roman"/>
          <w:sz w:val="24"/>
          <w:szCs w:val="24"/>
          <w:lang w:val="tr-TR"/>
        </w:rPr>
        <w:t>Academic</w:t>
      </w:r>
      <w:proofErr w:type="spellEnd"/>
      <w:r w:rsidRPr="00571BA6">
        <w:rPr>
          <w:rFonts w:ascii="Times New Roman" w:hAnsi="Times New Roman" w:cs="Times New Roman"/>
          <w:sz w:val="24"/>
          <w:szCs w:val="24"/>
          <w:lang w:val="tr-TR"/>
        </w:rPr>
        <w:t xml:space="preserve"> Kadro ve Danışmanlık Memnuniyeti: Öğrenciler akademik kadronun yeterliliğini (Soru 11: X̄=4.05, %76.4 olumlu), öğretim elemanlarının yaklaşımını (Soru 12: X̄=4.04, %76.3 olumlu), ders dışı ulaşılabilirliğini (Soru 32: X̄=4.00, %74.1 olumlu) ve akademik danışmanlık hizmetlerini (Soru 13: X̄=4.08, %72.4 olumlu) oldukça yüksek düzeyde olumlu değerlendirmektedir.</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t>• Müfredat ve Ders İçerikleri: Bölüm ders içerikleri (Soru 9: X̄=3.81, %66.9 olumlu) ve ders dokümanlarının yeterliliği (Soru 10: X̄=3.63, %55.1 olumlu) orta-yüksek düzeyde bir memnuniyet yaratmaktadır.</w:t>
      </w:r>
      <w:r w:rsidRPr="00571BA6">
        <w:rPr>
          <w:rFonts w:ascii="Times New Roman" w:hAnsi="Times New Roman" w:cs="Times New Roman"/>
          <w:sz w:val="24"/>
          <w:szCs w:val="24"/>
          <w:lang w:val="tr-TR"/>
        </w:rPr>
        <w:br/>
        <w:t xml:space="preserve">• Bilgisayar Laboratuvarı ve Teknik Altyapı Yetersizlikleri: Anketin en düşük memnuniyet oranları laboratuvar alanında toplanmıştır. Özellikle laboratuvar donanımı (Soru 3: X̄=2.38, </w:t>
      </w:r>
      <w:proofErr w:type="gramStart"/>
      <w:r w:rsidRPr="00571BA6">
        <w:rPr>
          <w:rFonts w:ascii="Times New Roman" w:hAnsi="Times New Roman" w:cs="Times New Roman"/>
          <w:sz w:val="24"/>
          <w:szCs w:val="24"/>
          <w:lang w:val="tr-TR"/>
        </w:rPr>
        <w:t>%57.5</w:t>
      </w:r>
      <w:proofErr w:type="gramEnd"/>
      <w:r w:rsidRPr="00571BA6">
        <w:rPr>
          <w:rFonts w:ascii="Times New Roman" w:hAnsi="Times New Roman" w:cs="Times New Roman"/>
          <w:sz w:val="24"/>
          <w:szCs w:val="24"/>
          <w:lang w:val="tr-TR"/>
        </w:rPr>
        <w:t xml:space="preserve"> olumsuz) ve yazılım altyapısı (Soru 4: X̄=2.39, </w:t>
      </w:r>
      <w:proofErr w:type="gramStart"/>
      <w:r w:rsidRPr="00571BA6">
        <w:rPr>
          <w:rFonts w:ascii="Times New Roman" w:hAnsi="Times New Roman" w:cs="Times New Roman"/>
          <w:sz w:val="24"/>
          <w:szCs w:val="24"/>
          <w:lang w:val="tr-TR"/>
        </w:rPr>
        <w:t>%56.7</w:t>
      </w:r>
      <w:proofErr w:type="gramEnd"/>
      <w:r w:rsidRPr="00571BA6">
        <w:rPr>
          <w:rFonts w:ascii="Times New Roman" w:hAnsi="Times New Roman" w:cs="Times New Roman"/>
          <w:sz w:val="24"/>
          <w:szCs w:val="24"/>
          <w:lang w:val="tr-TR"/>
        </w:rPr>
        <w:t xml:space="preserve"> olumsuz) öğrenciler tarafından en kritik geliştirme alanı olarak işaret edilmiştir.</w:t>
      </w:r>
      <w:r w:rsidRPr="00571BA6">
        <w:rPr>
          <w:rFonts w:ascii="Times New Roman" w:hAnsi="Times New Roman" w:cs="Times New Roman"/>
          <w:sz w:val="24"/>
          <w:szCs w:val="24"/>
          <w:lang w:val="tr-TR"/>
        </w:rPr>
        <w:br/>
        <w:t xml:space="preserve">• Kampüs ve Sosyal İmkânlar: Kantin olanakları (Soru 22: X̄=2.57, </w:t>
      </w:r>
      <w:proofErr w:type="gramStart"/>
      <w:r w:rsidRPr="00571BA6">
        <w:rPr>
          <w:rFonts w:ascii="Times New Roman" w:hAnsi="Times New Roman" w:cs="Times New Roman"/>
          <w:sz w:val="24"/>
          <w:szCs w:val="24"/>
          <w:lang w:val="tr-TR"/>
        </w:rPr>
        <w:t>%48.8</w:t>
      </w:r>
      <w:proofErr w:type="gramEnd"/>
      <w:r w:rsidRPr="00571BA6">
        <w:rPr>
          <w:rFonts w:ascii="Times New Roman" w:hAnsi="Times New Roman" w:cs="Times New Roman"/>
          <w:sz w:val="24"/>
          <w:szCs w:val="24"/>
          <w:lang w:val="tr-TR"/>
        </w:rPr>
        <w:t xml:space="preserve"> olumsuz), yurtdışı </w:t>
      </w:r>
      <w:r w:rsidRPr="00571BA6">
        <w:rPr>
          <w:rFonts w:ascii="Times New Roman" w:hAnsi="Times New Roman" w:cs="Times New Roman"/>
          <w:sz w:val="24"/>
          <w:szCs w:val="24"/>
          <w:lang w:val="tr-TR"/>
        </w:rPr>
        <w:lastRenderedPageBreak/>
        <w:t xml:space="preserve">eğitim/Erasmus imkânları (Soru 30: X̄=2.63, </w:t>
      </w:r>
      <w:proofErr w:type="gramStart"/>
      <w:r w:rsidRPr="00571BA6">
        <w:rPr>
          <w:rFonts w:ascii="Times New Roman" w:hAnsi="Times New Roman" w:cs="Times New Roman"/>
          <w:sz w:val="24"/>
          <w:szCs w:val="24"/>
          <w:lang w:val="tr-TR"/>
        </w:rPr>
        <w:t>%45.7</w:t>
      </w:r>
      <w:proofErr w:type="gramEnd"/>
      <w:r w:rsidRPr="00571BA6">
        <w:rPr>
          <w:rFonts w:ascii="Times New Roman" w:hAnsi="Times New Roman" w:cs="Times New Roman"/>
          <w:sz w:val="24"/>
          <w:szCs w:val="24"/>
          <w:lang w:val="tr-TR"/>
        </w:rPr>
        <w:t xml:space="preserve"> olumsuz) ve sosyal/sportif faaliyetler geliştirilmesi gereken diğer temel başlıklar olarak belirlenmiştir.</w:t>
      </w:r>
    </w:p>
    <w:p w14:paraId="14DB3212" w14:textId="77777777" w:rsidR="00523531" w:rsidRPr="00571BA6" w:rsidRDefault="000E0075" w:rsidP="005B48AD">
      <w:pPr>
        <w:pStyle w:val="Balk1"/>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İSTATİSTİKSEL ÖZET (35 MADDE KARSILASTIRMALI TABLO)</w:t>
      </w:r>
    </w:p>
    <w:tbl>
      <w:tblPr>
        <w:tblW w:w="0" w:type="auto"/>
        <w:jc w:val="center"/>
        <w:tblLook w:val="04A0" w:firstRow="1" w:lastRow="0" w:firstColumn="1" w:lastColumn="0" w:noHBand="0" w:noVBand="1"/>
      </w:tblPr>
      <w:tblGrid>
        <w:gridCol w:w="712"/>
        <w:gridCol w:w="3374"/>
        <w:gridCol w:w="661"/>
        <w:gridCol w:w="650"/>
        <w:gridCol w:w="956"/>
        <w:gridCol w:w="1056"/>
        <w:gridCol w:w="1067"/>
      </w:tblGrid>
      <w:tr w:rsidR="00523531" w:rsidRPr="00571BA6" w14:paraId="2DC94B96" w14:textId="77777777" w:rsidTr="005B48AD">
        <w:trPr>
          <w:trHeight w:val="1701"/>
          <w:jc w:val="center"/>
        </w:trPr>
        <w:tc>
          <w:tcPr>
            <w:tcW w:w="712" w:type="dxa"/>
            <w:shd w:val="clear" w:color="auto" w:fill="1B365D"/>
            <w:tcMar>
              <w:top w:w="100" w:type="dxa"/>
              <w:left w:w="150" w:type="dxa"/>
              <w:bottom w:w="100" w:type="dxa"/>
              <w:right w:w="150" w:type="dxa"/>
            </w:tcMar>
          </w:tcPr>
          <w:p w14:paraId="381C9EC7" w14:textId="77777777" w:rsidR="00523531" w:rsidRPr="00571BA6" w:rsidRDefault="000E0075" w:rsidP="005B48AD">
            <w:pPr>
              <w:spacing w:line="360" w:lineRule="auto"/>
              <w:rPr>
                <w:rFonts w:ascii="Times New Roman" w:hAnsi="Times New Roman" w:cs="Times New Roman"/>
                <w:sz w:val="20"/>
                <w:szCs w:val="20"/>
                <w:lang w:val="tr-TR"/>
              </w:rPr>
            </w:pPr>
            <w:r w:rsidRPr="00571BA6">
              <w:rPr>
                <w:rFonts w:ascii="Times New Roman" w:hAnsi="Times New Roman" w:cs="Times New Roman"/>
                <w:b/>
                <w:color w:val="FFFFFF"/>
                <w:sz w:val="20"/>
                <w:szCs w:val="20"/>
                <w:lang w:val="tr-TR"/>
              </w:rPr>
              <w:t>Soru No</w:t>
            </w:r>
          </w:p>
        </w:tc>
        <w:tc>
          <w:tcPr>
            <w:tcW w:w="3374" w:type="dxa"/>
            <w:shd w:val="clear" w:color="auto" w:fill="1B365D"/>
            <w:tcMar>
              <w:top w:w="100" w:type="dxa"/>
              <w:left w:w="150" w:type="dxa"/>
              <w:bottom w:w="100" w:type="dxa"/>
              <w:right w:w="150" w:type="dxa"/>
            </w:tcMar>
          </w:tcPr>
          <w:p w14:paraId="3D0401A6" w14:textId="77777777" w:rsidR="00523531" w:rsidRPr="00571BA6" w:rsidRDefault="000E0075" w:rsidP="005B48AD">
            <w:pPr>
              <w:spacing w:line="360" w:lineRule="auto"/>
              <w:rPr>
                <w:rFonts w:ascii="Times New Roman" w:hAnsi="Times New Roman" w:cs="Times New Roman"/>
                <w:sz w:val="12"/>
                <w:szCs w:val="12"/>
                <w:lang w:val="tr-TR"/>
              </w:rPr>
            </w:pPr>
            <w:r w:rsidRPr="00571BA6">
              <w:rPr>
                <w:rFonts w:ascii="Times New Roman" w:hAnsi="Times New Roman" w:cs="Times New Roman"/>
                <w:b/>
                <w:color w:val="FFFFFF"/>
                <w:sz w:val="12"/>
                <w:szCs w:val="12"/>
                <w:lang w:val="tr-TR"/>
              </w:rPr>
              <w:t>Anket Maddesi</w:t>
            </w:r>
          </w:p>
        </w:tc>
        <w:tc>
          <w:tcPr>
            <w:tcW w:w="661" w:type="dxa"/>
            <w:shd w:val="clear" w:color="auto" w:fill="1B365D"/>
            <w:tcMar>
              <w:top w:w="100" w:type="dxa"/>
              <w:left w:w="150" w:type="dxa"/>
              <w:bottom w:w="100" w:type="dxa"/>
              <w:right w:w="150" w:type="dxa"/>
            </w:tcMar>
          </w:tcPr>
          <w:p w14:paraId="5DC01079" w14:textId="77777777" w:rsidR="00523531" w:rsidRPr="00571BA6" w:rsidRDefault="000E0075" w:rsidP="005B48AD">
            <w:pPr>
              <w:spacing w:line="360" w:lineRule="auto"/>
              <w:rPr>
                <w:rFonts w:ascii="Times New Roman" w:hAnsi="Times New Roman" w:cs="Times New Roman"/>
                <w:sz w:val="20"/>
                <w:szCs w:val="20"/>
                <w:lang w:val="tr-TR"/>
              </w:rPr>
            </w:pPr>
            <w:r w:rsidRPr="00571BA6">
              <w:rPr>
                <w:rFonts w:ascii="Times New Roman" w:hAnsi="Times New Roman" w:cs="Times New Roman"/>
                <w:b/>
                <w:color w:val="FFFFFF"/>
                <w:sz w:val="20"/>
                <w:szCs w:val="20"/>
                <w:lang w:val="tr-TR"/>
              </w:rPr>
              <w:t>Ort. (X̄)</w:t>
            </w:r>
          </w:p>
        </w:tc>
        <w:tc>
          <w:tcPr>
            <w:tcW w:w="650" w:type="dxa"/>
            <w:shd w:val="clear" w:color="auto" w:fill="1B365D"/>
            <w:tcMar>
              <w:top w:w="100" w:type="dxa"/>
              <w:left w:w="150" w:type="dxa"/>
              <w:bottom w:w="100" w:type="dxa"/>
              <w:right w:w="150" w:type="dxa"/>
            </w:tcMar>
          </w:tcPr>
          <w:p w14:paraId="2C44E3A0" w14:textId="77777777" w:rsidR="00523531" w:rsidRPr="00571BA6" w:rsidRDefault="000E0075" w:rsidP="005B48AD">
            <w:pPr>
              <w:spacing w:line="360" w:lineRule="auto"/>
              <w:rPr>
                <w:rFonts w:ascii="Times New Roman" w:hAnsi="Times New Roman" w:cs="Times New Roman"/>
                <w:sz w:val="20"/>
                <w:szCs w:val="20"/>
                <w:lang w:val="tr-TR"/>
              </w:rPr>
            </w:pPr>
            <w:r w:rsidRPr="00571BA6">
              <w:rPr>
                <w:rFonts w:ascii="Times New Roman" w:hAnsi="Times New Roman" w:cs="Times New Roman"/>
                <w:b/>
                <w:color w:val="FFFFFF"/>
                <w:sz w:val="20"/>
                <w:szCs w:val="20"/>
                <w:lang w:val="tr-TR"/>
              </w:rPr>
              <w:t>SS</w:t>
            </w:r>
          </w:p>
        </w:tc>
        <w:tc>
          <w:tcPr>
            <w:tcW w:w="956" w:type="dxa"/>
            <w:shd w:val="clear" w:color="auto" w:fill="1B365D"/>
            <w:tcMar>
              <w:top w:w="100" w:type="dxa"/>
              <w:left w:w="150" w:type="dxa"/>
              <w:bottom w:w="100" w:type="dxa"/>
              <w:right w:w="150" w:type="dxa"/>
            </w:tcMar>
          </w:tcPr>
          <w:p w14:paraId="69DD39A7" w14:textId="77777777" w:rsidR="00523531" w:rsidRPr="00571BA6" w:rsidRDefault="000E0075" w:rsidP="005B48AD">
            <w:pPr>
              <w:spacing w:line="360" w:lineRule="auto"/>
              <w:rPr>
                <w:rFonts w:ascii="Times New Roman" w:hAnsi="Times New Roman" w:cs="Times New Roman"/>
                <w:sz w:val="20"/>
                <w:szCs w:val="20"/>
                <w:lang w:val="tr-TR"/>
              </w:rPr>
            </w:pPr>
            <w:r w:rsidRPr="00571BA6">
              <w:rPr>
                <w:rFonts w:ascii="Times New Roman" w:hAnsi="Times New Roman" w:cs="Times New Roman"/>
                <w:b/>
                <w:color w:val="FFFFFF"/>
                <w:sz w:val="20"/>
                <w:szCs w:val="20"/>
                <w:lang w:val="tr-TR"/>
              </w:rPr>
              <w:t>Olumlu (%)</w:t>
            </w:r>
          </w:p>
        </w:tc>
        <w:tc>
          <w:tcPr>
            <w:tcW w:w="1056" w:type="dxa"/>
            <w:shd w:val="clear" w:color="auto" w:fill="1B365D"/>
            <w:tcMar>
              <w:top w:w="100" w:type="dxa"/>
              <w:left w:w="150" w:type="dxa"/>
              <w:bottom w:w="100" w:type="dxa"/>
              <w:right w:w="150" w:type="dxa"/>
            </w:tcMar>
          </w:tcPr>
          <w:p w14:paraId="66F9B546" w14:textId="77777777" w:rsidR="00523531" w:rsidRPr="00571BA6" w:rsidRDefault="000E0075" w:rsidP="005B48AD">
            <w:pPr>
              <w:spacing w:line="360" w:lineRule="auto"/>
              <w:rPr>
                <w:rFonts w:ascii="Times New Roman" w:hAnsi="Times New Roman" w:cs="Times New Roman"/>
                <w:sz w:val="20"/>
                <w:szCs w:val="20"/>
                <w:lang w:val="tr-TR"/>
              </w:rPr>
            </w:pPr>
            <w:r w:rsidRPr="00571BA6">
              <w:rPr>
                <w:rFonts w:ascii="Times New Roman" w:hAnsi="Times New Roman" w:cs="Times New Roman"/>
                <w:b/>
                <w:color w:val="FFFFFF"/>
                <w:sz w:val="20"/>
                <w:szCs w:val="20"/>
                <w:lang w:val="tr-TR"/>
              </w:rPr>
              <w:t>Kararsız (%)</w:t>
            </w:r>
          </w:p>
        </w:tc>
        <w:tc>
          <w:tcPr>
            <w:tcW w:w="1067" w:type="dxa"/>
            <w:shd w:val="clear" w:color="auto" w:fill="1B365D"/>
            <w:tcMar>
              <w:top w:w="100" w:type="dxa"/>
              <w:left w:w="150" w:type="dxa"/>
              <w:bottom w:w="100" w:type="dxa"/>
              <w:right w:w="150" w:type="dxa"/>
            </w:tcMar>
          </w:tcPr>
          <w:p w14:paraId="14AC3711" w14:textId="77777777" w:rsidR="00523531" w:rsidRPr="00571BA6" w:rsidRDefault="000E0075" w:rsidP="005B48AD">
            <w:pPr>
              <w:spacing w:line="360" w:lineRule="auto"/>
              <w:rPr>
                <w:rFonts w:ascii="Times New Roman" w:hAnsi="Times New Roman" w:cs="Times New Roman"/>
                <w:sz w:val="20"/>
                <w:szCs w:val="20"/>
                <w:lang w:val="tr-TR"/>
              </w:rPr>
            </w:pPr>
            <w:r w:rsidRPr="00571BA6">
              <w:rPr>
                <w:rFonts w:ascii="Times New Roman" w:hAnsi="Times New Roman" w:cs="Times New Roman"/>
                <w:b/>
                <w:color w:val="FFFFFF"/>
                <w:sz w:val="20"/>
                <w:szCs w:val="20"/>
                <w:lang w:val="tr-TR"/>
              </w:rPr>
              <w:t>Olumsuz (%)</w:t>
            </w:r>
          </w:p>
        </w:tc>
      </w:tr>
      <w:tr w:rsidR="005B48AD" w:rsidRPr="00571BA6" w14:paraId="22276DC3" w14:textId="77777777" w:rsidTr="005B48AD">
        <w:trPr>
          <w:trHeight w:val="1701"/>
          <w:jc w:val="center"/>
        </w:trPr>
        <w:tc>
          <w:tcPr>
            <w:tcW w:w="712" w:type="dxa"/>
            <w:shd w:val="clear" w:color="auto" w:fill="FFFFFF"/>
            <w:tcMar>
              <w:top w:w="100" w:type="dxa"/>
              <w:left w:w="150" w:type="dxa"/>
              <w:bottom w:w="100" w:type="dxa"/>
              <w:right w:w="150" w:type="dxa"/>
            </w:tcMar>
          </w:tcPr>
          <w:p w14:paraId="1E658D1D"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S1</w:t>
            </w:r>
          </w:p>
        </w:tc>
        <w:tc>
          <w:tcPr>
            <w:tcW w:w="3374" w:type="dxa"/>
            <w:shd w:val="clear" w:color="auto" w:fill="FFFFFF"/>
            <w:tcMar>
              <w:top w:w="100" w:type="dxa"/>
              <w:left w:w="150" w:type="dxa"/>
              <w:bottom w:w="100" w:type="dxa"/>
              <w:right w:w="150" w:type="dxa"/>
            </w:tcMar>
            <w:vAlign w:val="center"/>
          </w:tcPr>
          <w:p w14:paraId="38E36049" w14:textId="74CE1A8B"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 dersliklerinin fiziksel donanımını nasıl buluyorsunuz?</w:t>
            </w:r>
          </w:p>
        </w:tc>
        <w:tc>
          <w:tcPr>
            <w:tcW w:w="661" w:type="dxa"/>
            <w:shd w:val="clear" w:color="auto" w:fill="FFFFFF"/>
            <w:tcMar>
              <w:top w:w="100" w:type="dxa"/>
              <w:left w:w="150" w:type="dxa"/>
              <w:bottom w:w="100" w:type="dxa"/>
              <w:right w:w="150" w:type="dxa"/>
            </w:tcMar>
          </w:tcPr>
          <w:p w14:paraId="05F1A6B1"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3.41</w:t>
            </w:r>
          </w:p>
        </w:tc>
        <w:tc>
          <w:tcPr>
            <w:tcW w:w="650" w:type="dxa"/>
            <w:shd w:val="clear" w:color="auto" w:fill="FFFFFF"/>
            <w:tcMar>
              <w:top w:w="100" w:type="dxa"/>
              <w:left w:w="150" w:type="dxa"/>
              <w:bottom w:w="100" w:type="dxa"/>
              <w:right w:w="150" w:type="dxa"/>
            </w:tcMar>
          </w:tcPr>
          <w:p w14:paraId="2294836F"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1.11</w:t>
            </w:r>
          </w:p>
        </w:tc>
        <w:tc>
          <w:tcPr>
            <w:tcW w:w="956" w:type="dxa"/>
            <w:shd w:val="clear" w:color="auto" w:fill="FFFFFF"/>
            <w:tcMar>
              <w:top w:w="100" w:type="dxa"/>
              <w:left w:w="150" w:type="dxa"/>
              <w:bottom w:w="100" w:type="dxa"/>
              <w:right w:w="150" w:type="dxa"/>
            </w:tcMar>
          </w:tcPr>
          <w:p w14:paraId="3682F677"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%50.3</w:t>
            </w:r>
            <w:proofErr w:type="gramEnd"/>
          </w:p>
        </w:tc>
        <w:tc>
          <w:tcPr>
            <w:tcW w:w="1056" w:type="dxa"/>
            <w:shd w:val="clear" w:color="auto" w:fill="FFFFFF"/>
            <w:tcMar>
              <w:top w:w="100" w:type="dxa"/>
              <w:left w:w="150" w:type="dxa"/>
              <w:bottom w:w="100" w:type="dxa"/>
              <w:right w:w="150" w:type="dxa"/>
            </w:tcMar>
          </w:tcPr>
          <w:p w14:paraId="59361576"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%32.3</w:t>
            </w:r>
            <w:proofErr w:type="gramEnd"/>
          </w:p>
        </w:tc>
        <w:tc>
          <w:tcPr>
            <w:tcW w:w="1067" w:type="dxa"/>
            <w:shd w:val="clear" w:color="auto" w:fill="FFFFFF"/>
            <w:tcMar>
              <w:top w:w="100" w:type="dxa"/>
              <w:left w:w="150" w:type="dxa"/>
              <w:bottom w:w="100" w:type="dxa"/>
              <w:right w:w="150" w:type="dxa"/>
            </w:tcMar>
          </w:tcPr>
          <w:p w14:paraId="0AE22EBB"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%17.3</w:t>
            </w:r>
            <w:proofErr w:type="gramEnd"/>
          </w:p>
        </w:tc>
      </w:tr>
      <w:tr w:rsidR="005B48AD" w:rsidRPr="00571BA6" w14:paraId="169F5CA6" w14:textId="77777777" w:rsidTr="005B48AD">
        <w:trPr>
          <w:trHeight w:val="1701"/>
          <w:jc w:val="center"/>
        </w:trPr>
        <w:tc>
          <w:tcPr>
            <w:tcW w:w="712" w:type="dxa"/>
            <w:shd w:val="clear" w:color="auto" w:fill="F9FAFB"/>
            <w:tcMar>
              <w:top w:w="100" w:type="dxa"/>
              <w:left w:w="150" w:type="dxa"/>
              <w:bottom w:w="100" w:type="dxa"/>
              <w:right w:w="150" w:type="dxa"/>
            </w:tcMar>
          </w:tcPr>
          <w:p w14:paraId="5DAAA3A9"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S2</w:t>
            </w:r>
          </w:p>
        </w:tc>
        <w:tc>
          <w:tcPr>
            <w:tcW w:w="3374" w:type="dxa"/>
            <w:shd w:val="clear" w:color="auto" w:fill="F9FAFB"/>
            <w:tcMar>
              <w:top w:w="100" w:type="dxa"/>
              <w:left w:w="150" w:type="dxa"/>
              <w:bottom w:w="100" w:type="dxa"/>
              <w:right w:w="150" w:type="dxa"/>
            </w:tcMar>
            <w:vAlign w:val="center"/>
          </w:tcPr>
          <w:p w14:paraId="765571B8" w14:textId="3F92427F"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      dersliklerinin     öğrenci kapasitesini       nasıl değerlendiriyorsunuz?</w:t>
            </w:r>
          </w:p>
        </w:tc>
        <w:tc>
          <w:tcPr>
            <w:tcW w:w="661" w:type="dxa"/>
            <w:shd w:val="clear" w:color="auto" w:fill="F9FAFB"/>
            <w:tcMar>
              <w:top w:w="100" w:type="dxa"/>
              <w:left w:w="150" w:type="dxa"/>
              <w:bottom w:w="100" w:type="dxa"/>
              <w:right w:w="150" w:type="dxa"/>
            </w:tcMar>
          </w:tcPr>
          <w:p w14:paraId="46F88C31"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3.47</w:t>
            </w:r>
          </w:p>
        </w:tc>
        <w:tc>
          <w:tcPr>
            <w:tcW w:w="650" w:type="dxa"/>
            <w:shd w:val="clear" w:color="auto" w:fill="F9FAFB"/>
            <w:tcMar>
              <w:top w:w="100" w:type="dxa"/>
              <w:left w:w="150" w:type="dxa"/>
              <w:bottom w:w="100" w:type="dxa"/>
              <w:right w:w="150" w:type="dxa"/>
            </w:tcMar>
          </w:tcPr>
          <w:p w14:paraId="48270074"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1.01</w:t>
            </w:r>
          </w:p>
        </w:tc>
        <w:tc>
          <w:tcPr>
            <w:tcW w:w="956" w:type="dxa"/>
            <w:shd w:val="clear" w:color="auto" w:fill="F9FAFB"/>
            <w:tcMar>
              <w:top w:w="100" w:type="dxa"/>
              <w:left w:w="150" w:type="dxa"/>
              <w:bottom w:w="100" w:type="dxa"/>
              <w:right w:w="150" w:type="dxa"/>
            </w:tcMar>
          </w:tcPr>
          <w:p w14:paraId="1B493504"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%48.0</w:t>
            </w:r>
            <w:proofErr w:type="gramEnd"/>
          </w:p>
        </w:tc>
        <w:tc>
          <w:tcPr>
            <w:tcW w:w="1056" w:type="dxa"/>
            <w:shd w:val="clear" w:color="auto" w:fill="F9FAFB"/>
            <w:tcMar>
              <w:top w:w="100" w:type="dxa"/>
              <w:left w:w="150" w:type="dxa"/>
              <w:bottom w:w="100" w:type="dxa"/>
              <w:right w:w="150" w:type="dxa"/>
            </w:tcMar>
          </w:tcPr>
          <w:p w14:paraId="628389E2"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%39.4</w:t>
            </w:r>
            <w:proofErr w:type="gramEnd"/>
          </w:p>
        </w:tc>
        <w:tc>
          <w:tcPr>
            <w:tcW w:w="1067" w:type="dxa"/>
            <w:shd w:val="clear" w:color="auto" w:fill="F9FAFB"/>
            <w:tcMar>
              <w:top w:w="100" w:type="dxa"/>
              <w:left w:w="150" w:type="dxa"/>
              <w:bottom w:w="100" w:type="dxa"/>
              <w:right w:w="150" w:type="dxa"/>
            </w:tcMar>
          </w:tcPr>
          <w:p w14:paraId="6B4D7C1D"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%12.6</w:t>
            </w:r>
            <w:proofErr w:type="gramEnd"/>
          </w:p>
        </w:tc>
      </w:tr>
      <w:tr w:rsidR="005B48AD" w:rsidRPr="00571BA6" w14:paraId="22A8D7DC" w14:textId="77777777" w:rsidTr="005B48AD">
        <w:trPr>
          <w:trHeight w:val="1701"/>
          <w:jc w:val="center"/>
        </w:trPr>
        <w:tc>
          <w:tcPr>
            <w:tcW w:w="712" w:type="dxa"/>
            <w:shd w:val="clear" w:color="auto" w:fill="FFFFFF"/>
            <w:tcMar>
              <w:top w:w="100" w:type="dxa"/>
              <w:left w:w="150" w:type="dxa"/>
              <w:bottom w:w="100" w:type="dxa"/>
              <w:right w:w="150" w:type="dxa"/>
            </w:tcMar>
          </w:tcPr>
          <w:p w14:paraId="7AB2065F"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S3</w:t>
            </w:r>
          </w:p>
        </w:tc>
        <w:tc>
          <w:tcPr>
            <w:tcW w:w="3374" w:type="dxa"/>
            <w:shd w:val="clear" w:color="auto" w:fill="FFFFFF"/>
            <w:tcMar>
              <w:top w:w="100" w:type="dxa"/>
              <w:left w:w="150" w:type="dxa"/>
              <w:bottom w:w="100" w:type="dxa"/>
              <w:right w:w="150" w:type="dxa"/>
            </w:tcMar>
            <w:vAlign w:val="center"/>
          </w:tcPr>
          <w:p w14:paraId="1AAB61F3" w14:textId="55BF6058"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Bölümümüzün bilgisayar laboratuvarlarını donanım açısından nasıl buluyorsunuz?</w:t>
            </w:r>
          </w:p>
        </w:tc>
        <w:tc>
          <w:tcPr>
            <w:tcW w:w="661" w:type="dxa"/>
            <w:shd w:val="clear" w:color="auto" w:fill="FFFFFF"/>
            <w:tcMar>
              <w:top w:w="100" w:type="dxa"/>
              <w:left w:w="150" w:type="dxa"/>
              <w:bottom w:w="100" w:type="dxa"/>
              <w:right w:w="150" w:type="dxa"/>
            </w:tcMar>
          </w:tcPr>
          <w:p w14:paraId="3BD96F6F"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2.37</w:t>
            </w:r>
          </w:p>
        </w:tc>
        <w:tc>
          <w:tcPr>
            <w:tcW w:w="650" w:type="dxa"/>
            <w:shd w:val="clear" w:color="auto" w:fill="FFFFFF"/>
            <w:tcMar>
              <w:top w:w="100" w:type="dxa"/>
              <w:left w:w="150" w:type="dxa"/>
              <w:bottom w:w="100" w:type="dxa"/>
              <w:right w:w="150" w:type="dxa"/>
            </w:tcMar>
          </w:tcPr>
          <w:p w14:paraId="1F94CC18"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1.28</w:t>
            </w:r>
          </w:p>
        </w:tc>
        <w:tc>
          <w:tcPr>
            <w:tcW w:w="956" w:type="dxa"/>
            <w:shd w:val="clear" w:color="auto" w:fill="FFFFFF"/>
            <w:tcMar>
              <w:top w:w="100" w:type="dxa"/>
              <w:left w:w="150" w:type="dxa"/>
              <w:bottom w:w="100" w:type="dxa"/>
              <w:right w:w="150" w:type="dxa"/>
            </w:tcMar>
          </w:tcPr>
          <w:p w14:paraId="2A66753C"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%18.9</w:t>
            </w:r>
            <w:proofErr w:type="gramEnd"/>
          </w:p>
        </w:tc>
        <w:tc>
          <w:tcPr>
            <w:tcW w:w="1056" w:type="dxa"/>
            <w:shd w:val="clear" w:color="auto" w:fill="FFFFFF"/>
            <w:tcMar>
              <w:top w:w="100" w:type="dxa"/>
              <w:left w:w="150" w:type="dxa"/>
              <w:bottom w:w="100" w:type="dxa"/>
              <w:right w:w="150" w:type="dxa"/>
            </w:tcMar>
          </w:tcPr>
          <w:p w14:paraId="37AC4156"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%23.6</w:t>
            </w:r>
            <w:proofErr w:type="gramEnd"/>
          </w:p>
        </w:tc>
        <w:tc>
          <w:tcPr>
            <w:tcW w:w="1067" w:type="dxa"/>
            <w:shd w:val="clear" w:color="auto" w:fill="FFFFFF"/>
            <w:tcMar>
              <w:top w:w="100" w:type="dxa"/>
              <w:left w:w="150" w:type="dxa"/>
              <w:bottom w:w="100" w:type="dxa"/>
              <w:right w:w="150" w:type="dxa"/>
            </w:tcMar>
          </w:tcPr>
          <w:p w14:paraId="66533F1B"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%57.5</w:t>
            </w:r>
            <w:proofErr w:type="gramEnd"/>
          </w:p>
        </w:tc>
      </w:tr>
      <w:tr w:rsidR="005B48AD" w:rsidRPr="00571BA6" w14:paraId="50DD3DC8" w14:textId="77777777" w:rsidTr="005B48AD">
        <w:trPr>
          <w:trHeight w:val="1701"/>
          <w:jc w:val="center"/>
        </w:trPr>
        <w:tc>
          <w:tcPr>
            <w:tcW w:w="712" w:type="dxa"/>
            <w:shd w:val="clear" w:color="auto" w:fill="F9FAFB"/>
            <w:tcMar>
              <w:top w:w="100" w:type="dxa"/>
              <w:left w:w="150" w:type="dxa"/>
              <w:bottom w:w="100" w:type="dxa"/>
              <w:right w:w="150" w:type="dxa"/>
            </w:tcMar>
          </w:tcPr>
          <w:p w14:paraId="426DDFB9"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S4</w:t>
            </w:r>
          </w:p>
        </w:tc>
        <w:tc>
          <w:tcPr>
            <w:tcW w:w="3374" w:type="dxa"/>
            <w:shd w:val="clear" w:color="auto" w:fill="F9FAFB"/>
            <w:tcMar>
              <w:top w:w="100" w:type="dxa"/>
              <w:left w:w="150" w:type="dxa"/>
              <w:bottom w:w="100" w:type="dxa"/>
              <w:right w:w="150" w:type="dxa"/>
            </w:tcMar>
            <w:vAlign w:val="center"/>
          </w:tcPr>
          <w:p w14:paraId="0C2C9D05" w14:textId="0CB7EBC8"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Bölümümüzün bilgisayar laboratuvarlarını yazılım açısından nasıl buluyorsunuz?</w:t>
            </w:r>
          </w:p>
        </w:tc>
        <w:tc>
          <w:tcPr>
            <w:tcW w:w="661" w:type="dxa"/>
            <w:shd w:val="clear" w:color="auto" w:fill="F9FAFB"/>
            <w:tcMar>
              <w:top w:w="100" w:type="dxa"/>
              <w:left w:w="150" w:type="dxa"/>
              <w:bottom w:w="100" w:type="dxa"/>
              <w:right w:w="150" w:type="dxa"/>
            </w:tcMar>
          </w:tcPr>
          <w:p w14:paraId="26907001"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2.39</w:t>
            </w:r>
          </w:p>
        </w:tc>
        <w:tc>
          <w:tcPr>
            <w:tcW w:w="650" w:type="dxa"/>
            <w:shd w:val="clear" w:color="auto" w:fill="F9FAFB"/>
            <w:tcMar>
              <w:top w:w="100" w:type="dxa"/>
              <w:left w:w="150" w:type="dxa"/>
              <w:bottom w:w="100" w:type="dxa"/>
              <w:right w:w="150" w:type="dxa"/>
            </w:tcMar>
          </w:tcPr>
          <w:p w14:paraId="0E25B021"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1.28</w:t>
            </w:r>
          </w:p>
        </w:tc>
        <w:tc>
          <w:tcPr>
            <w:tcW w:w="956" w:type="dxa"/>
            <w:shd w:val="clear" w:color="auto" w:fill="F9FAFB"/>
            <w:tcMar>
              <w:top w:w="100" w:type="dxa"/>
              <w:left w:w="150" w:type="dxa"/>
              <w:bottom w:w="100" w:type="dxa"/>
              <w:right w:w="150" w:type="dxa"/>
            </w:tcMar>
          </w:tcPr>
          <w:p w14:paraId="56E2ACB1"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%19.7</w:t>
            </w:r>
            <w:proofErr w:type="gramEnd"/>
          </w:p>
        </w:tc>
        <w:tc>
          <w:tcPr>
            <w:tcW w:w="1056" w:type="dxa"/>
            <w:shd w:val="clear" w:color="auto" w:fill="F9FAFB"/>
            <w:tcMar>
              <w:top w:w="100" w:type="dxa"/>
              <w:left w:w="150" w:type="dxa"/>
              <w:bottom w:w="100" w:type="dxa"/>
              <w:right w:w="150" w:type="dxa"/>
            </w:tcMar>
          </w:tcPr>
          <w:p w14:paraId="5107DFD0"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%23.6</w:t>
            </w:r>
            <w:proofErr w:type="gramEnd"/>
          </w:p>
        </w:tc>
        <w:tc>
          <w:tcPr>
            <w:tcW w:w="1067" w:type="dxa"/>
            <w:shd w:val="clear" w:color="auto" w:fill="F9FAFB"/>
            <w:tcMar>
              <w:top w:w="100" w:type="dxa"/>
              <w:left w:w="150" w:type="dxa"/>
              <w:bottom w:w="100" w:type="dxa"/>
              <w:right w:w="150" w:type="dxa"/>
            </w:tcMar>
          </w:tcPr>
          <w:p w14:paraId="3621FC6A"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%56.7</w:t>
            </w:r>
            <w:proofErr w:type="gramEnd"/>
          </w:p>
        </w:tc>
      </w:tr>
      <w:tr w:rsidR="005B48AD" w:rsidRPr="00571BA6" w14:paraId="0106CAE8" w14:textId="77777777" w:rsidTr="005B48AD">
        <w:trPr>
          <w:trHeight w:val="1701"/>
          <w:jc w:val="center"/>
        </w:trPr>
        <w:tc>
          <w:tcPr>
            <w:tcW w:w="712" w:type="dxa"/>
            <w:shd w:val="clear" w:color="auto" w:fill="FFFFFF"/>
            <w:tcMar>
              <w:top w:w="100" w:type="dxa"/>
              <w:left w:w="150" w:type="dxa"/>
              <w:bottom w:w="100" w:type="dxa"/>
              <w:right w:w="150" w:type="dxa"/>
            </w:tcMar>
          </w:tcPr>
          <w:p w14:paraId="5298023D"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lastRenderedPageBreak/>
              <w:t>S5</w:t>
            </w:r>
          </w:p>
        </w:tc>
        <w:tc>
          <w:tcPr>
            <w:tcW w:w="3374" w:type="dxa"/>
            <w:shd w:val="clear" w:color="auto" w:fill="FFFFFF"/>
            <w:tcMar>
              <w:top w:w="100" w:type="dxa"/>
              <w:left w:w="150" w:type="dxa"/>
              <w:bottom w:w="100" w:type="dxa"/>
              <w:right w:w="150" w:type="dxa"/>
            </w:tcMar>
            <w:vAlign w:val="center"/>
          </w:tcPr>
          <w:p w14:paraId="2C9ABD2C" w14:textId="6A28FBB3"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Bölümümüzün bilgisayar laboratuvarlarını internet hızı açısından nasıl buluyorsunuz?</w:t>
            </w:r>
          </w:p>
        </w:tc>
        <w:tc>
          <w:tcPr>
            <w:tcW w:w="661" w:type="dxa"/>
            <w:shd w:val="clear" w:color="auto" w:fill="FFFFFF"/>
            <w:tcMar>
              <w:top w:w="100" w:type="dxa"/>
              <w:left w:w="150" w:type="dxa"/>
              <w:bottom w:w="100" w:type="dxa"/>
              <w:right w:w="150" w:type="dxa"/>
            </w:tcMar>
          </w:tcPr>
          <w:p w14:paraId="475800C0"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2.52</w:t>
            </w:r>
          </w:p>
        </w:tc>
        <w:tc>
          <w:tcPr>
            <w:tcW w:w="650" w:type="dxa"/>
            <w:shd w:val="clear" w:color="auto" w:fill="FFFFFF"/>
            <w:tcMar>
              <w:top w:w="100" w:type="dxa"/>
              <w:left w:w="150" w:type="dxa"/>
              <w:bottom w:w="100" w:type="dxa"/>
              <w:right w:w="150" w:type="dxa"/>
            </w:tcMar>
          </w:tcPr>
          <w:p w14:paraId="16218F55"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1.33</w:t>
            </w:r>
          </w:p>
        </w:tc>
        <w:tc>
          <w:tcPr>
            <w:tcW w:w="956" w:type="dxa"/>
            <w:shd w:val="clear" w:color="auto" w:fill="FFFFFF"/>
            <w:tcMar>
              <w:top w:w="100" w:type="dxa"/>
              <w:left w:w="150" w:type="dxa"/>
              <w:bottom w:w="100" w:type="dxa"/>
              <w:right w:w="150" w:type="dxa"/>
            </w:tcMar>
          </w:tcPr>
          <w:p w14:paraId="20847198"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%22.0</w:t>
            </w:r>
            <w:proofErr w:type="gramEnd"/>
          </w:p>
        </w:tc>
        <w:tc>
          <w:tcPr>
            <w:tcW w:w="1056" w:type="dxa"/>
            <w:shd w:val="clear" w:color="auto" w:fill="FFFFFF"/>
            <w:tcMar>
              <w:top w:w="100" w:type="dxa"/>
              <w:left w:w="150" w:type="dxa"/>
              <w:bottom w:w="100" w:type="dxa"/>
              <w:right w:w="150" w:type="dxa"/>
            </w:tcMar>
          </w:tcPr>
          <w:p w14:paraId="14069329"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%25.2</w:t>
            </w:r>
            <w:proofErr w:type="gramEnd"/>
          </w:p>
        </w:tc>
        <w:tc>
          <w:tcPr>
            <w:tcW w:w="1067" w:type="dxa"/>
            <w:shd w:val="clear" w:color="auto" w:fill="FFFFFF"/>
            <w:tcMar>
              <w:top w:w="100" w:type="dxa"/>
              <w:left w:w="150" w:type="dxa"/>
              <w:bottom w:w="100" w:type="dxa"/>
              <w:right w:w="150" w:type="dxa"/>
            </w:tcMar>
          </w:tcPr>
          <w:p w14:paraId="5B48558C"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%52.7</w:t>
            </w:r>
            <w:proofErr w:type="gramEnd"/>
          </w:p>
        </w:tc>
      </w:tr>
      <w:tr w:rsidR="005B48AD" w:rsidRPr="00571BA6" w14:paraId="11035A61" w14:textId="77777777" w:rsidTr="005B48AD">
        <w:trPr>
          <w:trHeight w:val="1701"/>
          <w:jc w:val="center"/>
        </w:trPr>
        <w:tc>
          <w:tcPr>
            <w:tcW w:w="712" w:type="dxa"/>
            <w:shd w:val="clear" w:color="auto" w:fill="F9FAFB"/>
            <w:tcMar>
              <w:top w:w="100" w:type="dxa"/>
              <w:left w:w="150" w:type="dxa"/>
              <w:bottom w:w="100" w:type="dxa"/>
              <w:right w:w="150" w:type="dxa"/>
            </w:tcMar>
          </w:tcPr>
          <w:p w14:paraId="7CA2E119"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S6</w:t>
            </w:r>
          </w:p>
        </w:tc>
        <w:tc>
          <w:tcPr>
            <w:tcW w:w="3374" w:type="dxa"/>
            <w:shd w:val="clear" w:color="auto" w:fill="F9FAFB"/>
            <w:tcMar>
              <w:top w:w="100" w:type="dxa"/>
              <w:left w:w="150" w:type="dxa"/>
              <w:bottom w:w="100" w:type="dxa"/>
              <w:right w:w="150" w:type="dxa"/>
            </w:tcMar>
            <w:vAlign w:val="center"/>
          </w:tcPr>
          <w:p w14:paraId="0FA26C7B" w14:textId="41EB4826"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Bölümümüzün   bilgisayar          laboratuvarlarını etkin     kullanımınız açısından nasıl buluyorsunuz?</w:t>
            </w:r>
          </w:p>
        </w:tc>
        <w:tc>
          <w:tcPr>
            <w:tcW w:w="661" w:type="dxa"/>
            <w:shd w:val="clear" w:color="auto" w:fill="F9FAFB"/>
            <w:tcMar>
              <w:top w:w="100" w:type="dxa"/>
              <w:left w:w="150" w:type="dxa"/>
              <w:bottom w:w="100" w:type="dxa"/>
              <w:right w:w="150" w:type="dxa"/>
            </w:tcMar>
          </w:tcPr>
          <w:p w14:paraId="65285504"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2.31</w:t>
            </w:r>
          </w:p>
        </w:tc>
        <w:tc>
          <w:tcPr>
            <w:tcW w:w="650" w:type="dxa"/>
            <w:shd w:val="clear" w:color="auto" w:fill="F9FAFB"/>
            <w:tcMar>
              <w:top w:w="100" w:type="dxa"/>
              <w:left w:w="150" w:type="dxa"/>
              <w:bottom w:w="100" w:type="dxa"/>
              <w:right w:w="150" w:type="dxa"/>
            </w:tcMar>
          </w:tcPr>
          <w:p w14:paraId="57526C58"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1.25</w:t>
            </w:r>
          </w:p>
        </w:tc>
        <w:tc>
          <w:tcPr>
            <w:tcW w:w="956" w:type="dxa"/>
            <w:shd w:val="clear" w:color="auto" w:fill="F9FAFB"/>
            <w:tcMar>
              <w:top w:w="100" w:type="dxa"/>
              <w:left w:w="150" w:type="dxa"/>
              <w:bottom w:w="100" w:type="dxa"/>
              <w:right w:w="150" w:type="dxa"/>
            </w:tcMar>
          </w:tcPr>
          <w:p w14:paraId="10134968"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%18.9</w:t>
            </w:r>
            <w:proofErr w:type="gramEnd"/>
          </w:p>
        </w:tc>
        <w:tc>
          <w:tcPr>
            <w:tcW w:w="1056" w:type="dxa"/>
            <w:shd w:val="clear" w:color="auto" w:fill="F9FAFB"/>
            <w:tcMar>
              <w:top w:w="100" w:type="dxa"/>
              <w:left w:w="150" w:type="dxa"/>
              <w:bottom w:w="100" w:type="dxa"/>
              <w:right w:w="150" w:type="dxa"/>
            </w:tcMar>
          </w:tcPr>
          <w:p w14:paraId="4EF3E1AA"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%20.5</w:t>
            </w:r>
            <w:proofErr w:type="gramEnd"/>
          </w:p>
        </w:tc>
        <w:tc>
          <w:tcPr>
            <w:tcW w:w="1067" w:type="dxa"/>
            <w:shd w:val="clear" w:color="auto" w:fill="F9FAFB"/>
            <w:tcMar>
              <w:top w:w="100" w:type="dxa"/>
              <w:left w:w="150" w:type="dxa"/>
              <w:bottom w:w="100" w:type="dxa"/>
              <w:right w:w="150" w:type="dxa"/>
            </w:tcMar>
          </w:tcPr>
          <w:p w14:paraId="7D250A26"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%60.7</w:t>
            </w:r>
            <w:proofErr w:type="gramEnd"/>
          </w:p>
        </w:tc>
      </w:tr>
      <w:tr w:rsidR="005B48AD" w:rsidRPr="00571BA6" w14:paraId="002F6DDF" w14:textId="77777777" w:rsidTr="005B48AD">
        <w:trPr>
          <w:trHeight w:val="1701"/>
          <w:jc w:val="center"/>
        </w:trPr>
        <w:tc>
          <w:tcPr>
            <w:tcW w:w="712" w:type="dxa"/>
            <w:shd w:val="clear" w:color="auto" w:fill="FFFFFF"/>
            <w:tcMar>
              <w:top w:w="100" w:type="dxa"/>
              <w:left w:w="150" w:type="dxa"/>
              <w:bottom w:w="100" w:type="dxa"/>
              <w:right w:w="150" w:type="dxa"/>
            </w:tcMar>
          </w:tcPr>
          <w:p w14:paraId="48AEF768"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S7</w:t>
            </w:r>
          </w:p>
        </w:tc>
        <w:tc>
          <w:tcPr>
            <w:tcW w:w="3374" w:type="dxa"/>
            <w:shd w:val="clear" w:color="auto" w:fill="FFFFFF"/>
            <w:tcMar>
              <w:top w:w="100" w:type="dxa"/>
              <w:left w:w="150" w:type="dxa"/>
              <w:bottom w:w="100" w:type="dxa"/>
              <w:right w:w="150" w:type="dxa"/>
            </w:tcMar>
            <w:vAlign w:val="center"/>
          </w:tcPr>
          <w:p w14:paraId="7B562526" w14:textId="606D26D8"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Bölümümüzdeki bilgisayar laboratuvarlarının öğrenci kapasitesini nasıl değerlendiriyorsunuz?</w:t>
            </w:r>
          </w:p>
        </w:tc>
        <w:tc>
          <w:tcPr>
            <w:tcW w:w="661" w:type="dxa"/>
            <w:shd w:val="clear" w:color="auto" w:fill="FFFFFF"/>
            <w:tcMar>
              <w:top w:w="100" w:type="dxa"/>
              <w:left w:w="150" w:type="dxa"/>
              <w:bottom w:w="100" w:type="dxa"/>
              <w:right w:w="150" w:type="dxa"/>
            </w:tcMar>
          </w:tcPr>
          <w:p w14:paraId="32DC10E0"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2.45</w:t>
            </w:r>
          </w:p>
        </w:tc>
        <w:tc>
          <w:tcPr>
            <w:tcW w:w="650" w:type="dxa"/>
            <w:shd w:val="clear" w:color="auto" w:fill="FFFFFF"/>
            <w:tcMar>
              <w:top w:w="100" w:type="dxa"/>
              <w:left w:w="150" w:type="dxa"/>
              <w:bottom w:w="100" w:type="dxa"/>
              <w:right w:w="150" w:type="dxa"/>
            </w:tcMar>
          </w:tcPr>
          <w:p w14:paraId="3F8034C5"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1.24</w:t>
            </w:r>
          </w:p>
        </w:tc>
        <w:tc>
          <w:tcPr>
            <w:tcW w:w="956" w:type="dxa"/>
            <w:shd w:val="clear" w:color="auto" w:fill="FFFFFF"/>
            <w:tcMar>
              <w:top w:w="100" w:type="dxa"/>
              <w:left w:w="150" w:type="dxa"/>
              <w:bottom w:w="100" w:type="dxa"/>
              <w:right w:w="150" w:type="dxa"/>
            </w:tcMar>
          </w:tcPr>
          <w:p w14:paraId="347549C6"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%16.6</w:t>
            </w:r>
            <w:proofErr w:type="gramEnd"/>
          </w:p>
        </w:tc>
        <w:tc>
          <w:tcPr>
            <w:tcW w:w="1056" w:type="dxa"/>
            <w:shd w:val="clear" w:color="auto" w:fill="FFFFFF"/>
            <w:tcMar>
              <w:top w:w="100" w:type="dxa"/>
              <w:left w:w="150" w:type="dxa"/>
              <w:bottom w:w="100" w:type="dxa"/>
              <w:right w:w="150" w:type="dxa"/>
            </w:tcMar>
          </w:tcPr>
          <w:p w14:paraId="129C1377"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%33.1</w:t>
            </w:r>
            <w:proofErr w:type="gramEnd"/>
          </w:p>
        </w:tc>
        <w:tc>
          <w:tcPr>
            <w:tcW w:w="1067" w:type="dxa"/>
            <w:shd w:val="clear" w:color="auto" w:fill="FFFFFF"/>
            <w:tcMar>
              <w:top w:w="100" w:type="dxa"/>
              <w:left w:w="150" w:type="dxa"/>
              <w:bottom w:w="100" w:type="dxa"/>
              <w:right w:w="150" w:type="dxa"/>
            </w:tcMar>
          </w:tcPr>
          <w:p w14:paraId="08A36A3D"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%50.4</w:t>
            </w:r>
            <w:proofErr w:type="gramEnd"/>
          </w:p>
        </w:tc>
      </w:tr>
      <w:tr w:rsidR="005B48AD" w:rsidRPr="00571BA6" w14:paraId="64CB3762" w14:textId="77777777" w:rsidTr="005B48AD">
        <w:trPr>
          <w:trHeight w:val="1701"/>
          <w:jc w:val="center"/>
        </w:trPr>
        <w:tc>
          <w:tcPr>
            <w:tcW w:w="712" w:type="dxa"/>
            <w:shd w:val="clear" w:color="auto" w:fill="F9FAFB"/>
            <w:tcMar>
              <w:top w:w="100" w:type="dxa"/>
              <w:left w:w="150" w:type="dxa"/>
              <w:bottom w:w="100" w:type="dxa"/>
              <w:right w:w="150" w:type="dxa"/>
            </w:tcMar>
          </w:tcPr>
          <w:p w14:paraId="3696B0F8"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S8</w:t>
            </w:r>
          </w:p>
        </w:tc>
        <w:tc>
          <w:tcPr>
            <w:tcW w:w="3374" w:type="dxa"/>
            <w:shd w:val="clear" w:color="auto" w:fill="F9FAFB"/>
            <w:tcMar>
              <w:top w:w="100" w:type="dxa"/>
              <w:left w:w="150" w:type="dxa"/>
              <w:bottom w:w="100" w:type="dxa"/>
              <w:right w:w="150" w:type="dxa"/>
            </w:tcMar>
            <w:vAlign w:val="center"/>
          </w:tcPr>
          <w:p w14:paraId="4E0FF356" w14:textId="56D30825"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Bölümümüzdeki bilgisayar laboratuvarlarında bulunan teknik eleman desteğini nasıl buluyorsunuz?</w:t>
            </w:r>
          </w:p>
        </w:tc>
        <w:tc>
          <w:tcPr>
            <w:tcW w:w="661" w:type="dxa"/>
            <w:shd w:val="clear" w:color="auto" w:fill="F9FAFB"/>
            <w:tcMar>
              <w:top w:w="100" w:type="dxa"/>
              <w:left w:w="150" w:type="dxa"/>
              <w:bottom w:w="100" w:type="dxa"/>
              <w:right w:w="150" w:type="dxa"/>
            </w:tcMar>
          </w:tcPr>
          <w:p w14:paraId="54F6F8EA"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2.56</w:t>
            </w:r>
          </w:p>
        </w:tc>
        <w:tc>
          <w:tcPr>
            <w:tcW w:w="650" w:type="dxa"/>
            <w:shd w:val="clear" w:color="auto" w:fill="F9FAFB"/>
            <w:tcMar>
              <w:top w:w="100" w:type="dxa"/>
              <w:left w:w="150" w:type="dxa"/>
              <w:bottom w:w="100" w:type="dxa"/>
              <w:right w:w="150" w:type="dxa"/>
            </w:tcMar>
          </w:tcPr>
          <w:p w14:paraId="21B81E93"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1.29</w:t>
            </w:r>
          </w:p>
        </w:tc>
        <w:tc>
          <w:tcPr>
            <w:tcW w:w="956" w:type="dxa"/>
            <w:shd w:val="clear" w:color="auto" w:fill="F9FAFB"/>
            <w:tcMar>
              <w:top w:w="100" w:type="dxa"/>
              <w:left w:w="150" w:type="dxa"/>
              <w:bottom w:w="100" w:type="dxa"/>
              <w:right w:w="150" w:type="dxa"/>
            </w:tcMar>
          </w:tcPr>
          <w:p w14:paraId="2F79A0A8"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%23.7</w:t>
            </w:r>
            <w:proofErr w:type="gramEnd"/>
          </w:p>
        </w:tc>
        <w:tc>
          <w:tcPr>
            <w:tcW w:w="1056" w:type="dxa"/>
            <w:shd w:val="clear" w:color="auto" w:fill="F9FAFB"/>
            <w:tcMar>
              <w:top w:w="100" w:type="dxa"/>
              <w:left w:w="150" w:type="dxa"/>
              <w:bottom w:w="100" w:type="dxa"/>
              <w:right w:w="150" w:type="dxa"/>
            </w:tcMar>
          </w:tcPr>
          <w:p w14:paraId="681509CC"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%29.1</w:t>
            </w:r>
            <w:proofErr w:type="gramEnd"/>
          </w:p>
        </w:tc>
        <w:tc>
          <w:tcPr>
            <w:tcW w:w="1067" w:type="dxa"/>
            <w:shd w:val="clear" w:color="auto" w:fill="F9FAFB"/>
            <w:tcMar>
              <w:top w:w="100" w:type="dxa"/>
              <w:left w:w="150" w:type="dxa"/>
              <w:bottom w:w="100" w:type="dxa"/>
              <w:right w:w="150" w:type="dxa"/>
            </w:tcMar>
          </w:tcPr>
          <w:p w14:paraId="0A25BCDE"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%47.2</w:t>
            </w:r>
            <w:proofErr w:type="gramEnd"/>
          </w:p>
        </w:tc>
      </w:tr>
      <w:tr w:rsidR="005B48AD" w:rsidRPr="00571BA6" w14:paraId="34CB02EB" w14:textId="77777777" w:rsidTr="005B48AD">
        <w:trPr>
          <w:trHeight w:val="1701"/>
          <w:jc w:val="center"/>
        </w:trPr>
        <w:tc>
          <w:tcPr>
            <w:tcW w:w="712" w:type="dxa"/>
            <w:shd w:val="clear" w:color="auto" w:fill="FFFFFF"/>
            <w:tcMar>
              <w:top w:w="100" w:type="dxa"/>
              <w:left w:w="150" w:type="dxa"/>
              <w:bottom w:w="100" w:type="dxa"/>
              <w:right w:w="150" w:type="dxa"/>
            </w:tcMar>
          </w:tcPr>
          <w:p w14:paraId="6318A748"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S9</w:t>
            </w:r>
          </w:p>
        </w:tc>
        <w:tc>
          <w:tcPr>
            <w:tcW w:w="3374" w:type="dxa"/>
            <w:shd w:val="clear" w:color="auto" w:fill="FFFFFF"/>
            <w:tcMar>
              <w:top w:w="100" w:type="dxa"/>
              <w:left w:w="150" w:type="dxa"/>
              <w:bottom w:w="100" w:type="dxa"/>
              <w:right w:w="150" w:type="dxa"/>
            </w:tcMar>
            <w:vAlign w:val="center"/>
          </w:tcPr>
          <w:p w14:paraId="43D65896" w14:textId="1D5A8973"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 derslerimizi içerikleri açısından nasıl buluyorsunuz?</w:t>
            </w:r>
          </w:p>
        </w:tc>
        <w:tc>
          <w:tcPr>
            <w:tcW w:w="661" w:type="dxa"/>
            <w:shd w:val="clear" w:color="auto" w:fill="FFFFFF"/>
            <w:tcMar>
              <w:top w:w="100" w:type="dxa"/>
              <w:left w:w="150" w:type="dxa"/>
              <w:bottom w:w="100" w:type="dxa"/>
              <w:right w:w="150" w:type="dxa"/>
            </w:tcMar>
          </w:tcPr>
          <w:p w14:paraId="11114DC2"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3.81</w:t>
            </w:r>
          </w:p>
        </w:tc>
        <w:tc>
          <w:tcPr>
            <w:tcW w:w="650" w:type="dxa"/>
            <w:shd w:val="clear" w:color="auto" w:fill="FFFFFF"/>
            <w:tcMar>
              <w:top w:w="100" w:type="dxa"/>
              <w:left w:w="150" w:type="dxa"/>
              <w:bottom w:w="100" w:type="dxa"/>
              <w:right w:w="150" w:type="dxa"/>
            </w:tcMar>
          </w:tcPr>
          <w:p w14:paraId="5FE0C818"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0.97</w:t>
            </w:r>
          </w:p>
        </w:tc>
        <w:tc>
          <w:tcPr>
            <w:tcW w:w="956" w:type="dxa"/>
            <w:shd w:val="clear" w:color="auto" w:fill="FFFFFF"/>
            <w:tcMar>
              <w:top w:w="100" w:type="dxa"/>
              <w:left w:w="150" w:type="dxa"/>
              <w:bottom w:w="100" w:type="dxa"/>
              <w:right w:w="150" w:type="dxa"/>
            </w:tcMar>
          </w:tcPr>
          <w:p w14:paraId="4D691889"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%66.9</w:t>
            </w:r>
            <w:proofErr w:type="gramEnd"/>
          </w:p>
        </w:tc>
        <w:tc>
          <w:tcPr>
            <w:tcW w:w="1056" w:type="dxa"/>
            <w:shd w:val="clear" w:color="auto" w:fill="FFFFFF"/>
            <w:tcMar>
              <w:top w:w="100" w:type="dxa"/>
              <w:left w:w="150" w:type="dxa"/>
              <w:bottom w:w="100" w:type="dxa"/>
              <w:right w:w="150" w:type="dxa"/>
            </w:tcMar>
          </w:tcPr>
          <w:p w14:paraId="53DF151D"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%26.8</w:t>
            </w:r>
            <w:proofErr w:type="gramEnd"/>
          </w:p>
        </w:tc>
        <w:tc>
          <w:tcPr>
            <w:tcW w:w="1067" w:type="dxa"/>
            <w:shd w:val="clear" w:color="auto" w:fill="FFFFFF"/>
            <w:tcMar>
              <w:top w:w="100" w:type="dxa"/>
              <w:left w:w="150" w:type="dxa"/>
              <w:bottom w:w="100" w:type="dxa"/>
              <w:right w:w="150" w:type="dxa"/>
            </w:tcMar>
          </w:tcPr>
          <w:p w14:paraId="3039CF1B"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%6.3</w:t>
            </w:r>
            <w:proofErr w:type="gramEnd"/>
          </w:p>
        </w:tc>
      </w:tr>
      <w:tr w:rsidR="005B48AD" w:rsidRPr="00571BA6" w14:paraId="60121DBA" w14:textId="77777777" w:rsidTr="005B48AD">
        <w:trPr>
          <w:trHeight w:val="1701"/>
          <w:jc w:val="center"/>
        </w:trPr>
        <w:tc>
          <w:tcPr>
            <w:tcW w:w="712" w:type="dxa"/>
            <w:shd w:val="clear" w:color="auto" w:fill="F9FAFB"/>
            <w:tcMar>
              <w:top w:w="100" w:type="dxa"/>
              <w:left w:w="150" w:type="dxa"/>
              <w:bottom w:w="100" w:type="dxa"/>
              <w:right w:w="150" w:type="dxa"/>
            </w:tcMar>
          </w:tcPr>
          <w:p w14:paraId="6B3BCF7B"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S10</w:t>
            </w:r>
          </w:p>
        </w:tc>
        <w:tc>
          <w:tcPr>
            <w:tcW w:w="3374" w:type="dxa"/>
            <w:shd w:val="clear" w:color="auto" w:fill="F9FAFB"/>
            <w:tcMar>
              <w:top w:w="100" w:type="dxa"/>
              <w:left w:w="150" w:type="dxa"/>
              <w:bottom w:w="100" w:type="dxa"/>
              <w:right w:w="150" w:type="dxa"/>
            </w:tcMar>
            <w:vAlign w:val="center"/>
          </w:tcPr>
          <w:p w14:paraId="709380EA" w14:textId="03C44F98"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 xml:space="preserve">Bölüm derslerimizle ilgili </w:t>
            </w:r>
            <w:proofErr w:type="gramStart"/>
            <w:r w:rsidRPr="00571BA6">
              <w:rPr>
                <w:rFonts w:cs="Arial"/>
                <w:color w:val="000000"/>
                <w:sz w:val="20"/>
                <w:szCs w:val="20"/>
                <w:lang w:val="tr-TR"/>
              </w:rPr>
              <w:t>dokümanların</w:t>
            </w:r>
            <w:proofErr w:type="gramEnd"/>
            <w:r w:rsidRPr="00571BA6">
              <w:rPr>
                <w:rFonts w:cs="Arial"/>
                <w:color w:val="000000"/>
                <w:sz w:val="20"/>
                <w:szCs w:val="20"/>
                <w:lang w:val="tr-TR"/>
              </w:rPr>
              <w:t xml:space="preserve"> (ders notu, kitap vb.) yeterliliği konusunda ne düşünüyorsunuz?</w:t>
            </w:r>
          </w:p>
        </w:tc>
        <w:tc>
          <w:tcPr>
            <w:tcW w:w="661" w:type="dxa"/>
            <w:shd w:val="clear" w:color="auto" w:fill="F9FAFB"/>
            <w:tcMar>
              <w:top w:w="100" w:type="dxa"/>
              <w:left w:w="150" w:type="dxa"/>
              <w:bottom w:w="100" w:type="dxa"/>
              <w:right w:w="150" w:type="dxa"/>
            </w:tcMar>
          </w:tcPr>
          <w:p w14:paraId="65C58C1D"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3.63</w:t>
            </w:r>
          </w:p>
        </w:tc>
        <w:tc>
          <w:tcPr>
            <w:tcW w:w="650" w:type="dxa"/>
            <w:shd w:val="clear" w:color="auto" w:fill="F9FAFB"/>
            <w:tcMar>
              <w:top w:w="100" w:type="dxa"/>
              <w:left w:w="150" w:type="dxa"/>
              <w:bottom w:w="100" w:type="dxa"/>
              <w:right w:w="150" w:type="dxa"/>
            </w:tcMar>
          </w:tcPr>
          <w:p w14:paraId="669D1F28"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1.07</w:t>
            </w:r>
          </w:p>
        </w:tc>
        <w:tc>
          <w:tcPr>
            <w:tcW w:w="956" w:type="dxa"/>
            <w:shd w:val="clear" w:color="auto" w:fill="F9FAFB"/>
            <w:tcMar>
              <w:top w:w="100" w:type="dxa"/>
              <w:left w:w="150" w:type="dxa"/>
              <w:bottom w:w="100" w:type="dxa"/>
              <w:right w:w="150" w:type="dxa"/>
            </w:tcMar>
          </w:tcPr>
          <w:p w14:paraId="34C12D94"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%55.1</w:t>
            </w:r>
            <w:proofErr w:type="gramEnd"/>
          </w:p>
        </w:tc>
        <w:tc>
          <w:tcPr>
            <w:tcW w:w="1056" w:type="dxa"/>
            <w:shd w:val="clear" w:color="auto" w:fill="F9FAFB"/>
            <w:tcMar>
              <w:top w:w="100" w:type="dxa"/>
              <w:left w:w="150" w:type="dxa"/>
              <w:bottom w:w="100" w:type="dxa"/>
              <w:right w:w="150" w:type="dxa"/>
            </w:tcMar>
          </w:tcPr>
          <w:p w14:paraId="71FE5DC1"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%34.6</w:t>
            </w:r>
            <w:proofErr w:type="gramEnd"/>
          </w:p>
        </w:tc>
        <w:tc>
          <w:tcPr>
            <w:tcW w:w="1067" w:type="dxa"/>
            <w:shd w:val="clear" w:color="auto" w:fill="F9FAFB"/>
            <w:tcMar>
              <w:top w:w="100" w:type="dxa"/>
              <w:left w:w="150" w:type="dxa"/>
              <w:bottom w:w="100" w:type="dxa"/>
              <w:right w:w="150" w:type="dxa"/>
            </w:tcMar>
          </w:tcPr>
          <w:p w14:paraId="465FB0E5"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%10.2</w:t>
            </w:r>
            <w:proofErr w:type="gramEnd"/>
          </w:p>
        </w:tc>
      </w:tr>
      <w:tr w:rsidR="005B48AD" w:rsidRPr="00571BA6" w14:paraId="5CA78F6B" w14:textId="77777777" w:rsidTr="005B48AD">
        <w:trPr>
          <w:trHeight w:val="1701"/>
          <w:jc w:val="center"/>
        </w:trPr>
        <w:tc>
          <w:tcPr>
            <w:tcW w:w="712" w:type="dxa"/>
            <w:shd w:val="clear" w:color="auto" w:fill="FFFFFF"/>
            <w:tcMar>
              <w:top w:w="100" w:type="dxa"/>
              <w:left w:w="150" w:type="dxa"/>
              <w:bottom w:w="100" w:type="dxa"/>
              <w:right w:w="150" w:type="dxa"/>
            </w:tcMar>
          </w:tcPr>
          <w:p w14:paraId="320B4EEC"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lastRenderedPageBreak/>
              <w:t>S11</w:t>
            </w:r>
          </w:p>
        </w:tc>
        <w:tc>
          <w:tcPr>
            <w:tcW w:w="3374" w:type="dxa"/>
            <w:shd w:val="clear" w:color="auto" w:fill="FFFFFF"/>
            <w:tcMar>
              <w:top w:w="100" w:type="dxa"/>
              <w:left w:w="150" w:type="dxa"/>
              <w:bottom w:w="100" w:type="dxa"/>
              <w:right w:w="150" w:type="dxa"/>
            </w:tcMar>
            <w:vAlign w:val="center"/>
          </w:tcPr>
          <w:p w14:paraId="76DF9237" w14:textId="119000D6"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Bölümümüzün akademik kadrosunu eğitim ve öğretimi yürütme açısından ne derece yeterli buluyorsunuz?</w:t>
            </w:r>
          </w:p>
        </w:tc>
        <w:tc>
          <w:tcPr>
            <w:tcW w:w="661" w:type="dxa"/>
            <w:shd w:val="clear" w:color="auto" w:fill="FFFFFF"/>
            <w:tcMar>
              <w:top w:w="100" w:type="dxa"/>
              <w:left w:w="150" w:type="dxa"/>
              <w:bottom w:w="100" w:type="dxa"/>
              <w:right w:w="150" w:type="dxa"/>
            </w:tcMar>
          </w:tcPr>
          <w:p w14:paraId="79F94A0E"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4.05</w:t>
            </w:r>
          </w:p>
        </w:tc>
        <w:tc>
          <w:tcPr>
            <w:tcW w:w="650" w:type="dxa"/>
            <w:shd w:val="clear" w:color="auto" w:fill="FFFFFF"/>
            <w:tcMar>
              <w:top w:w="100" w:type="dxa"/>
              <w:left w:w="150" w:type="dxa"/>
              <w:bottom w:w="100" w:type="dxa"/>
              <w:right w:w="150" w:type="dxa"/>
            </w:tcMar>
          </w:tcPr>
          <w:p w14:paraId="6B9AE183"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1.03</w:t>
            </w:r>
          </w:p>
        </w:tc>
        <w:tc>
          <w:tcPr>
            <w:tcW w:w="956" w:type="dxa"/>
            <w:shd w:val="clear" w:color="auto" w:fill="FFFFFF"/>
            <w:tcMar>
              <w:top w:w="100" w:type="dxa"/>
              <w:left w:w="150" w:type="dxa"/>
              <w:bottom w:w="100" w:type="dxa"/>
              <w:right w:w="150" w:type="dxa"/>
            </w:tcMar>
          </w:tcPr>
          <w:p w14:paraId="2FCA441E"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%76.4</w:t>
            </w:r>
            <w:proofErr w:type="gramEnd"/>
          </w:p>
        </w:tc>
        <w:tc>
          <w:tcPr>
            <w:tcW w:w="1056" w:type="dxa"/>
            <w:shd w:val="clear" w:color="auto" w:fill="FFFFFF"/>
            <w:tcMar>
              <w:top w:w="100" w:type="dxa"/>
              <w:left w:w="150" w:type="dxa"/>
              <w:bottom w:w="100" w:type="dxa"/>
              <w:right w:w="150" w:type="dxa"/>
            </w:tcMar>
          </w:tcPr>
          <w:p w14:paraId="7DA41188"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%17.3</w:t>
            </w:r>
            <w:proofErr w:type="gramEnd"/>
          </w:p>
        </w:tc>
        <w:tc>
          <w:tcPr>
            <w:tcW w:w="1067" w:type="dxa"/>
            <w:shd w:val="clear" w:color="auto" w:fill="FFFFFF"/>
            <w:tcMar>
              <w:top w:w="100" w:type="dxa"/>
              <w:left w:w="150" w:type="dxa"/>
              <w:bottom w:w="100" w:type="dxa"/>
              <w:right w:w="150" w:type="dxa"/>
            </w:tcMar>
          </w:tcPr>
          <w:p w14:paraId="1A41780F"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%6.3</w:t>
            </w:r>
            <w:proofErr w:type="gramEnd"/>
          </w:p>
        </w:tc>
      </w:tr>
      <w:tr w:rsidR="005B48AD" w:rsidRPr="00571BA6" w14:paraId="4918478C" w14:textId="77777777" w:rsidTr="005B48AD">
        <w:trPr>
          <w:trHeight w:val="1701"/>
          <w:jc w:val="center"/>
        </w:trPr>
        <w:tc>
          <w:tcPr>
            <w:tcW w:w="712" w:type="dxa"/>
            <w:shd w:val="clear" w:color="auto" w:fill="F9FAFB"/>
            <w:tcMar>
              <w:top w:w="100" w:type="dxa"/>
              <w:left w:w="150" w:type="dxa"/>
              <w:bottom w:w="100" w:type="dxa"/>
              <w:right w:w="150" w:type="dxa"/>
            </w:tcMar>
          </w:tcPr>
          <w:p w14:paraId="2335F003"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S12</w:t>
            </w:r>
          </w:p>
        </w:tc>
        <w:tc>
          <w:tcPr>
            <w:tcW w:w="3374" w:type="dxa"/>
            <w:shd w:val="clear" w:color="auto" w:fill="F9FAFB"/>
            <w:tcMar>
              <w:top w:w="100" w:type="dxa"/>
              <w:left w:w="150" w:type="dxa"/>
              <w:bottom w:w="100" w:type="dxa"/>
              <w:right w:w="150" w:type="dxa"/>
            </w:tcMar>
            <w:vAlign w:val="center"/>
          </w:tcPr>
          <w:p w14:paraId="67456B65" w14:textId="3B5BB35C"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 öğretim elemanlarının size olan yaklaşımlarını nasıl değerlendiriyorsunuz?</w:t>
            </w:r>
          </w:p>
        </w:tc>
        <w:tc>
          <w:tcPr>
            <w:tcW w:w="661" w:type="dxa"/>
            <w:shd w:val="clear" w:color="auto" w:fill="F9FAFB"/>
            <w:tcMar>
              <w:top w:w="100" w:type="dxa"/>
              <w:left w:w="150" w:type="dxa"/>
              <w:bottom w:w="100" w:type="dxa"/>
              <w:right w:w="150" w:type="dxa"/>
            </w:tcMar>
          </w:tcPr>
          <w:p w14:paraId="6D35E665"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4.04</w:t>
            </w:r>
          </w:p>
        </w:tc>
        <w:tc>
          <w:tcPr>
            <w:tcW w:w="650" w:type="dxa"/>
            <w:shd w:val="clear" w:color="auto" w:fill="F9FAFB"/>
            <w:tcMar>
              <w:top w:w="100" w:type="dxa"/>
              <w:left w:w="150" w:type="dxa"/>
              <w:bottom w:w="100" w:type="dxa"/>
              <w:right w:w="150" w:type="dxa"/>
            </w:tcMar>
          </w:tcPr>
          <w:p w14:paraId="47D48F53"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0.92</w:t>
            </w:r>
          </w:p>
        </w:tc>
        <w:tc>
          <w:tcPr>
            <w:tcW w:w="956" w:type="dxa"/>
            <w:shd w:val="clear" w:color="auto" w:fill="F9FAFB"/>
            <w:tcMar>
              <w:top w:w="100" w:type="dxa"/>
              <w:left w:w="150" w:type="dxa"/>
              <w:bottom w:w="100" w:type="dxa"/>
              <w:right w:w="150" w:type="dxa"/>
            </w:tcMar>
          </w:tcPr>
          <w:p w14:paraId="408B4CE0"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%76.3</w:t>
            </w:r>
            <w:proofErr w:type="gramEnd"/>
          </w:p>
        </w:tc>
        <w:tc>
          <w:tcPr>
            <w:tcW w:w="1056" w:type="dxa"/>
            <w:shd w:val="clear" w:color="auto" w:fill="F9FAFB"/>
            <w:tcMar>
              <w:top w:w="100" w:type="dxa"/>
              <w:left w:w="150" w:type="dxa"/>
              <w:bottom w:w="100" w:type="dxa"/>
              <w:right w:w="150" w:type="dxa"/>
            </w:tcMar>
          </w:tcPr>
          <w:p w14:paraId="3B111287"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%18.9</w:t>
            </w:r>
            <w:proofErr w:type="gramEnd"/>
          </w:p>
        </w:tc>
        <w:tc>
          <w:tcPr>
            <w:tcW w:w="1067" w:type="dxa"/>
            <w:shd w:val="clear" w:color="auto" w:fill="F9FAFB"/>
            <w:tcMar>
              <w:top w:w="100" w:type="dxa"/>
              <w:left w:w="150" w:type="dxa"/>
              <w:bottom w:w="100" w:type="dxa"/>
              <w:right w:w="150" w:type="dxa"/>
            </w:tcMar>
          </w:tcPr>
          <w:p w14:paraId="1900A720"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%4.8</w:t>
            </w:r>
            <w:proofErr w:type="gramEnd"/>
          </w:p>
        </w:tc>
      </w:tr>
      <w:tr w:rsidR="005B48AD" w:rsidRPr="00571BA6" w14:paraId="67B05F5C" w14:textId="77777777" w:rsidTr="005B48AD">
        <w:trPr>
          <w:trHeight w:val="1701"/>
          <w:jc w:val="center"/>
        </w:trPr>
        <w:tc>
          <w:tcPr>
            <w:tcW w:w="712" w:type="dxa"/>
            <w:shd w:val="clear" w:color="auto" w:fill="FFFFFF"/>
            <w:tcMar>
              <w:top w:w="100" w:type="dxa"/>
              <w:left w:w="150" w:type="dxa"/>
              <w:bottom w:w="100" w:type="dxa"/>
              <w:right w:w="150" w:type="dxa"/>
            </w:tcMar>
          </w:tcPr>
          <w:p w14:paraId="437DA64B"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S13</w:t>
            </w:r>
          </w:p>
        </w:tc>
        <w:tc>
          <w:tcPr>
            <w:tcW w:w="3374" w:type="dxa"/>
            <w:shd w:val="clear" w:color="auto" w:fill="FFFFFF"/>
            <w:tcMar>
              <w:top w:w="100" w:type="dxa"/>
              <w:left w:w="150" w:type="dxa"/>
              <w:bottom w:w="100" w:type="dxa"/>
              <w:right w:w="150" w:type="dxa"/>
            </w:tcMar>
            <w:vAlign w:val="center"/>
          </w:tcPr>
          <w:p w14:paraId="46615C52" w14:textId="41287484"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Danışmanınızı sizi yönlendirme ve sorunlarınızı çözme açısından nasıl değerlendiriyorsunuz?</w:t>
            </w:r>
          </w:p>
        </w:tc>
        <w:tc>
          <w:tcPr>
            <w:tcW w:w="661" w:type="dxa"/>
            <w:shd w:val="clear" w:color="auto" w:fill="FFFFFF"/>
            <w:tcMar>
              <w:top w:w="100" w:type="dxa"/>
              <w:left w:w="150" w:type="dxa"/>
              <w:bottom w:w="100" w:type="dxa"/>
              <w:right w:w="150" w:type="dxa"/>
            </w:tcMar>
          </w:tcPr>
          <w:p w14:paraId="201F7DCC"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4.08</w:t>
            </w:r>
          </w:p>
        </w:tc>
        <w:tc>
          <w:tcPr>
            <w:tcW w:w="650" w:type="dxa"/>
            <w:shd w:val="clear" w:color="auto" w:fill="FFFFFF"/>
            <w:tcMar>
              <w:top w:w="100" w:type="dxa"/>
              <w:left w:w="150" w:type="dxa"/>
              <w:bottom w:w="100" w:type="dxa"/>
              <w:right w:w="150" w:type="dxa"/>
            </w:tcMar>
          </w:tcPr>
          <w:p w14:paraId="7329C3F0"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0.99</w:t>
            </w:r>
          </w:p>
        </w:tc>
        <w:tc>
          <w:tcPr>
            <w:tcW w:w="956" w:type="dxa"/>
            <w:shd w:val="clear" w:color="auto" w:fill="FFFFFF"/>
            <w:tcMar>
              <w:top w:w="100" w:type="dxa"/>
              <w:left w:w="150" w:type="dxa"/>
              <w:bottom w:w="100" w:type="dxa"/>
              <w:right w:w="150" w:type="dxa"/>
            </w:tcMar>
          </w:tcPr>
          <w:p w14:paraId="244EBD4F"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%72.4</w:t>
            </w:r>
            <w:proofErr w:type="gramEnd"/>
          </w:p>
        </w:tc>
        <w:tc>
          <w:tcPr>
            <w:tcW w:w="1056" w:type="dxa"/>
            <w:shd w:val="clear" w:color="auto" w:fill="FFFFFF"/>
            <w:tcMar>
              <w:top w:w="100" w:type="dxa"/>
              <w:left w:w="150" w:type="dxa"/>
              <w:bottom w:w="100" w:type="dxa"/>
              <w:right w:w="150" w:type="dxa"/>
            </w:tcMar>
          </w:tcPr>
          <w:p w14:paraId="7BC1418F"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%23.6</w:t>
            </w:r>
            <w:proofErr w:type="gramEnd"/>
          </w:p>
        </w:tc>
        <w:tc>
          <w:tcPr>
            <w:tcW w:w="1067" w:type="dxa"/>
            <w:shd w:val="clear" w:color="auto" w:fill="FFFFFF"/>
            <w:tcMar>
              <w:top w:w="100" w:type="dxa"/>
              <w:left w:w="150" w:type="dxa"/>
              <w:bottom w:w="100" w:type="dxa"/>
              <w:right w:w="150" w:type="dxa"/>
            </w:tcMar>
          </w:tcPr>
          <w:p w14:paraId="3FFCFE30"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%3.9</w:t>
            </w:r>
            <w:proofErr w:type="gramEnd"/>
          </w:p>
        </w:tc>
      </w:tr>
      <w:tr w:rsidR="005B48AD" w:rsidRPr="00571BA6" w14:paraId="7670A657" w14:textId="77777777" w:rsidTr="005B48AD">
        <w:trPr>
          <w:trHeight w:val="1701"/>
          <w:jc w:val="center"/>
        </w:trPr>
        <w:tc>
          <w:tcPr>
            <w:tcW w:w="712" w:type="dxa"/>
            <w:shd w:val="clear" w:color="auto" w:fill="F9FAFB"/>
            <w:tcMar>
              <w:top w:w="100" w:type="dxa"/>
              <w:left w:w="150" w:type="dxa"/>
              <w:bottom w:w="100" w:type="dxa"/>
              <w:right w:w="150" w:type="dxa"/>
            </w:tcMar>
          </w:tcPr>
          <w:p w14:paraId="74474A26"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S14</w:t>
            </w:r>
          </w:p>
        </w:tc>
        <w:tc>
          <w:tcPr>
            <w:tcW w:w="3374" w:type="dxa"/>
            <w:shd w:val="clear" w:color="auto" w:fill="F9FAFB"/>
            <w:tcMar>
              <w:top w:w="100" w:type="dxa"/>
              <w:left w:w="150" w:type="dxa"/>
              <w:bottom w:w="100" w:type="dxa"/>
              <w:right w:w="150" w:type="dxa"/>
            </w:tcMar>
            <w:vAlign w:val="center"/>
          </w:tcPr>
          <w:p w14:paraId="6DF48C10" w14:textId="5E7B63A0"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 mesleki seçmeli derslerini sayı ve içerik açısından nasıl değerlendiriyorsunuz?</w:t>
            </w:r>
          </w:p>
        </w:tc>
        <w:tc>
          <w:tcPr>
            <w:tcW w:w="661" w:type="dxa"/>
            <w:shd w:val="clear" w:color="auto" w:fill="F9FAFB"/>
            <w:tcMar>
              <w:top w:w="100" w:type="dxa"/>
              <w:left w:w="150" w:type="dxa"/>
              <w:bottom w:w="100" w:type="dxa"/>
              <w:right w:w="150" w:type="dxa"/>
            </w:tcMar>
          </w:tcPr>
          <w:p w14:paraId="59AE302E"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3.65</w:t>
            </w:r>
          </w:p>
        </w:tc>
        <w:tc>
          <w:tcPr>
            <w:tcW w:w="650" w:type="dxa"/>
            <w:shd w:val="clear" w:color="auto" w:fill="F9FAFB"/>
            <w:tcMar>
              <w:top w:w="100" w:type="dxa"/>
              <w:left w:w="150" w:type="dxa"/>
              <w:bottom w:w="100" w:type="dxa"/>
              <w:right w:w="150" w:type="dxa"/>
            </w:tcMar>
          </w:tcPr>
          <w:p w14:paraId="0A7B43FC"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1.07</w:t>
            </w:r>
          </w:p>
        </w:tc>
        <w:tc>
          <w:tcPr>
            <w:tcW w:w="956" w:type="dxa"/>
            <w:shd w:val="clear" w:color="auto" w:fill="F9FAFB"/>
            <w:tcMar>
              <w:top w:w="100" w:type="dxa"/>
              <w:left w:w="150" w:type="dxa"/>
              <w:bottom w:w="100" w:type="dxa"/>
              <w:right w:w="150" w:type="dxa"/>
            </w:tcMar>
          </w:tcPr>
          <w:p w14:paraId="35EBC3E9"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%55.1</w:t>
            </w:r>
            <w:proofErr w:type="gramEnd"/>
          </w:p>
        </w:tc>
        <w:tc>
          <w:tcPr>
            <w:tcW w:w="1056" w:type="dxa"/>
            <w:shd w:val="clear" w:color="auto" w:fill="F9FAFB"/>
            <w:tcMar>
              <w:top w:w="100" w:type="dxa"/>
              <w:left w:w="150" w:type="dxa"/>
              <w:bottom w:w="100" w:type="dxa"/>
              <w:right w:w="150" w:type="dxa"/>
            </w:tcMar>
          </w:tcPr>
          <w:p w14:paraId="30C77F50"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%35.4</w:t>
            </w:r>
            <w:proofErr w:type="gramEnd"/>
          </w:p>
        </w:tc>
        <w:tc>
          <w:tcPr>
            <w:tcW w:w="1067" w:type="dxa"/>
            <w:shd w:val="clear" w:color="auto" w:fill="F9FAFB"/>
            <w:tcMar>
              <w:top w:w="100" w:type="dxa"/>
              <w:left w:w="150" w:type="dxa"/>
              <w:bottom w:w="100" w:type="dxa"/>
              <w:right w:w="150" w:type="dxa"/>
            </w:tcMar>
          </w:tcPr>
          <w:p w14:paraId="706BE658"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%9.4</w:t>
            </w:r>
            <w:proofErr w:type="gramEnd"/>
          </w:p>
        </w:tc>
      </w:tr>
      <w:tr w:rsidR="005B48AD" w:rsidRPr="00571BA6" w14:paraId="7F727776" w14:textId="77777777" w:rsidTr="005B48AD">
        <w:trPr>
          <w:trHeight w:val="1701"/>
          <w:jc w:val="center"/>
        </w:trPr>
        <w:tc>
          <w:tcPr>
            <w:tcW w:w="712" w:type="dxa"/>
            <w:shd w:val="clear" w:color="auto" w:fill="FFFFFF"/>
            <w:tcMar>
              <w:top w:w="100" w:type="dxa"/>
              <w:left w:w="150" w:type="dxa"/>
              <w:bottom w:w="100" w:type="dxa"/>
              <w:right w:w="150" w:type="dxa"/>
            </w:tcMar>
          </w:tcPr>
          <w:p w14:paraId="5AAA58DB"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S15</w:t>
            </w:r>
          </w:p>
        </w:tc>
        <w:tc>
          <w:tcPr>
            <w:tcW w:w="3374" w:type="dxa"/>
            <w:shd w:val="clear" w:color="auto" w:fill="FFFFFF"/>
            <w:tcMar>
              <w:top w:w="100" w:type="dxa"/>
              <w:left w:w="150" w:type="dxa"/>
              <w:bottom w:w="100" w:type="dxa"/>
              <w:right w:w="150" w:type="dxa"/>
            </w:tcMar>
            <w:vAlign w:val="center"/>
          </w:tcPr>
          <w:p w14:paraId="541FB022" w14:textId="16574F50"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 dışından aldığınız seçmeli dersleri sayı ve içerik açısından nasıl değerlendiriyorsunuz?</w:t>
            </w:r>
          </w:p>
        </w:tc>
        <w:tc>
          <w:tcPr>
            <w:tcW w:w="661" w:type="dxa"/>
            <w:shd w:val="clear" w:color="auto" w:fill="FFFFFF"/>
            <w:tcMar>
              <w:top w:w="100" w:type="dxa"/>
              <w:left w:w="150" w:type="dxa"/>
              <w:bottom w:w="100" w:type="dxa"/>
              <w:right w:w="150" w:type="dxa"/>
            </w:tcMar>
          </w:tcPr>
          <w:p w14:paraId="5EB4FBBD"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3.35</w:t>
            </w:r>
          </w:p>
        </w:tc>
        <w:tc>
          <w:tcPr>
            <w:tcW w:w="650" w:type="dxa"/>
            <w:shd w:val="clear" w:color="auto" w:fill="FFFFFF"/>
            <w:tcMar>
              <w:top w:w="100" w:type="dxa"/>
              <w:left w:w="150" w:type="dxa"/>
              <w:bottom w:w="100" w:type="dxa"/>
              <w:right w:w="150" w:type="dxa"/>
            </w:tcMar>
          </w:tcPr>
          <w:p w14:paraId="602A775F"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1.09</w:t>
            </w:r>
          </w:p>
        </w:tc>
        <w:tc>
          <w:tcPr>
            <w:tcW w:w="956" w:type="dxa"/>
            <w:shd w:val="clear" w:color="auto" w:fill="FFFFFF"/>
            <w:tcMar>
              <w:top w:w="100" w:type="dxa"/>
              <w:left w:w="150" w:type="dxa"/>
              <w:bottom w:w="100" w:type="dxa"/>
              <w:right w:w="150" w:type="dxa"/>
            </w:tcMar>
          </w:tcPr>
          <w:p w14:paraId="58325F10"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%44.0</w:t>
            </w:r>
            <w:proofErr w:type="gramEnd"/>
          </w:p>
        </w:tc>
        <w:tc>
          <w:tcPr>
            <w:tcW w:w="1056" w:type="dxa"/>
            <w:shd w:val="clear" w:color="auto" w:fill="FFFFFF"/>
            <w:tcMar>
              <w:top w:w="100" w:type="dxa"/>
              <w:left w:w="150" w:type="dxa"/>
              <w:bottom w:w="100" w:type="dxa"/>
              <w:right w:w="150" w:type="dxa"/>
            </w:tcMar>
          </w:tcPr>
          <w:p w14:paraId="1F75C3B4"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%38.6</w:t>
            </w:r>
            <w:proofErr w:type="gramEnd"/>
          </w:p>
        </w:tc>
        <w:tc>
          <w:tcPr>
            <w:tcW w:w="1067" w:type="dxa"/>
            <w:shd w:val="clear" w:color="auto" w:fill="FFFFFF"/>
            <w:tcMar>
              <w:top w:w="100" w:type="dxa"/>
              <w:left w:w="150" w:type="dxa"/>
              <w:bottom w:w="100" w:type="dxa"/>
              <w:right w:w="150" w:type="dxa"/>
            </w:tcMar>
          </w:tcPr>
          <w:p w14:paraId="03E19089"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%17.3</w:t>
            </w:r>
            <w:proofErr w:type="gramEnd"/>
          </w:p>
        </w:tc>
      </w:tr>
      <w:tr w:rsidR="005B48AD" w:rsidRPr="00571BA6" w14:paraId="1AD7E49A" w14:textId="77777777" w:rsidTr="005B48AD">
        <w:trPr>
          <w:trHeight w:val="1701"/>
          <w:jc w:val="center"/>
        </w:trPr>
        <w:tc>
          <w:tcPr>
            <w:tcW w:w="712" w:type="dxa"/>
            <w:shd w:val="clear" w:color="auto" w:fill="F9FAFB"/>
            <w:tcMar>
              <w:top w:w="100" w:type="dxa"/>
              <w:left w:w="150" w:type="dxa"/>
              <w:bottom w:w="100" w:type="dxa"/>
              <w:right w:w="150" w:type="dxa"/>
            </w:tcMar>
          </w:tcPr>
          <w:p w14:paraId="655DE3B3"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S16</w:t>
            </w:r>
          </w:p>
        </w:tc>
        <w:tc>
          <w:tcPr>
            <w:tcW w:w="3374" w:type="dxa"/>
            <w:shd w:val="clear" w:color="auto" w:fill="F9FAFB"/>
            <w:tcMar>
              <w:top w:w="100" w:type="dxa"/>
              <w:left w:w="150" w:type="dxa"/>
              <w:bottom w:w="100" w:type="dxa"/>
              <w:right w:w="150" w:type="dxa"/>
            </w:tcMar>
            <w:vAlign w:val="center"/>
          </w:tcPr>
          <w:p w14:paraId="5DF5315A" w14:textId="120D4949"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Yabancı dil öğretimine ilişkin dersleri sayı ve içerik açısından nasıl değerlendiriyorsunuz?</w:t>
            </w:r>
          </w:p>
        </w:tc>
        <w:tc>
          <w:tcPr>
            <w:tcW w:w="661" w:type="dxa"/>
            <w:shd w:val="clear" w:color="auto" w:fill="F9FAFB"/>
            <w:tcMar>
              <w:top w:w="100" w:type="dxa"/>
              <w:left w:w="150" w:type="dxa"/>
              <w:bottom w:w="100" w:type="dxa"/>
              <w:right w:w="150" w:type="dxa"/>
            </w:tcMar>
          </w:tcPr>
          <w:p w14:paraId="2273360B"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3.13</w:t>
            </w:r>
          </w:p>
        </w:tc>
        <w:tc>
          <w:tcPr>
            <w:tcW w:w="650" w:type="dxa"/>
            <w:shd w:val="clear" w:color="auto" w:fill="F9FAFB"/>
            <w:tcMar>
              <w:top w:w="100" w:type="dxa"/>
              <w:left w:w="150" w:type="dxa"/>
              <w:bottom w:w="100" w:type="dxa"/>
              <w:right w:w="150" w:type="dxa"/>
            </w:tcMar>
          </w:tcPr>
          <w:p w14:paraId="38ED1080"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1.21</w:t>
            </w:r>
          </w:p>
        </w:tc>
        <w:tc>
          <w:tcPr>
            <w:tcW w:w="956" w:type="dxa"/>
            <w:shd w:val="clear" w:color="auto" w:fill="F9FAFB"/>
            <w:tcMar>
              <w:top w:w="100" w:type="dxa"/>
              <w:left w:w="150" w:type="dxa"/>
              <w:bottom w:w="100" w:type="dxa"/>
              <w:right w:w="150" w:type="dxa"/>
            </w:tcMar>
          </w:tcPr>
          <w:p w14:paraId="799EC36E"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%38.6</w:t>
            </w:r>
            <w:proofErr w:type="gramEnd"/>
          </w:p>
        </w:tc>
        <w:tc>
          <w:tcPr>
            <w:tcW w:w="1056" w:type="dxa"/>
            <w:shd w:val="clear" w:color="auto" w:fill="F9FAFB"/>
            <w:tcMar>
              <w:top w:w="100" w:type="dxa"/>
              <w:left w:w="150" w:type="dxa"/>
              <w:bottom w:w="100" w:type="dxa"/>
              <w:right w:w="150" w:type="dxa"/>
            </w:tcMar>
          </w:tcPr>
          <w:p w14:paraId="5ABC575C"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%33.9</w:t>
            </w:r>
            <w:proofErr w:type="gramEnd"/>
          </w:p>
        </w:tc>
        <w:tc>
          <w:tcPr>
            <w:tcW w:w="1067" w:type="dxa"/>
            <w:shd w:val="clear" w:color="auto" w:fill="F9FAFB"/>
            <w:tcMar>
              <w:top w:w="100" w:type="dxa"/>
              <w:left w:w="150" w:type="dxa"/>
              <w:bottom w:w="100" w:type="dxa"/>
              <w:right w:w="150" w:type="dxa"/>
            </w:tcMar>
          </w:tcPr>
          <w:p w14:paraId="06703CC4"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%27.6</w:t>
            </w:r>
            <w:proofErr w:type="gramEnd"/>
          </w:p>
        </w:tc>
      </w:tr>
      <w:tr w:rsidR="005B48AD" w:rsidRPr="00571BA6" w14:paraId="631FF3C5" w14:textId="77777777" w:rsidTr="005B48AD">
        <w:trPr>
          <w:trHeight w:val="1701"/>
          <w:jc w:val="center"/>
        </w:trPr>
        <w:tc>
          <w:tcPr>
            <w:tcW w:w="712" w:type="dxa"/>
            <w:shd w:val="clear" w:color="auto" w:fill="FFFFFF"/>
            <w:tcMar>
              <w:top w:w="100" w:type="dxa"/>
              <w:left w:w="150" w:type="dxa"/>
              <w:bottom w:w="100" w:type="dxa"/>
              <w:right w:w="150" w:type="dxa"/>
            </w:tcMar>
          </w:tcPr>
          <w:p w14:paraId="6769A0AA"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lastRenderedPageBreak/>
              <w:t>S17</w:t>
            </w:r>
          </w:p>
        </w:tc>
        <w:tc>
          <w:tcPr>
            <w:tcW w:w="3374" w:type="dxa"/>
            <w:shd w:val="clear" w:color="auto" w:fill="FFFFFF"/>
            <w:tcMar>
              <w:top w:w="100" w:type="dxa"/>
              <w:left w:w="150" w:type="dxa"/>
              <w:bottom w:w="100" w:type="dxa"/>
              <w:right w:w="150" w:type="dxa"/>
            </w:tcMar>
            <w:vAlign w:val="center"/>
          </w:tcPr>
          <w:p w14:paraId="5A4586DA" w14:textId="685144AB"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Bölümümüzden aldığınız dersler bilgisayar yazılımları ile yeterince destekleniyor mu?</w:t>
            </w:r>
          </w:p>
        </w:tc>
        <w:tc>
          <w:tcPr>
            <w:tcW w:w="661" w:type="dxa"/>
            <w:shd w:val="clear" w:color="auto" w:fill="FFFFFF"/>
            <w:tcMar>
              <w:top w:w="100" w:type="dxa"/>
              <w:left w:w="150" w:type="dxa"/>
              <w:bottom w:w="100" w:type="dxa"/>
              <w:right w:w="150" w:type="dxa"/>
            </w:tcMar>
          </w:tcPr>
          <w:p w14:paraId="38534505"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2.72</w:t>
            </w:r>
          </w:p>
        </w:tc>
        <w:tc>
          <w:tcPr>
            <w:tcW w:w="650" w:type="dxa"/>
            <w:shd w:val="clear" w:color="auto" w:fill="FFFFFF"/>
            <w:tcMar>
              <w:top w:w="100" w:type="dxa"/>
              <w:left w:w="150" w:type="dxa"/>
              <w:bottom w:w="100" w:type="dxa"/>
              <w:right w:w="150" w:type="dxa"/>
            </w:tcMar>
          </w:tcPr>
          <w:p w14:paraId="6D8B92E7"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1.26</w:t>
            </w:r>
          </w:p>
        </w:tc>
        <w:tc>
          <w:tcPr>
            <w:tcW w:w="956" w:type="dxa"/>
            <w:shd w:val="clear" w:color="auto" w:fill="FFFFFF"/>
            <w:tcMar>
              <w:top w:w="100" w:type="dxa"/>
              <w:left w:w="150" w:type="dxa"/>
              <w:bottom w:w="100" w:type="dxa"/>
              <w:right w:w="150" w:type="dxa"/>
            </w:tcMar>
          </w:tcPr>
          <w:p w14:paraId="1E8F89B4"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%27.5</w:t>
            </w:r>
            <w:proofErr w:type="gramEnd"/>
          </w:p>
        </w:tc>
        <w:tc>
          <w:tcPr>
            <w:tcW w:w="1056" w:type="dxa"/>
            <w:shd w:val="clear" w:color="auto" w:fill="FFFFFF"/>
            <w:tcMar>
              <w:top w:w="100" w:type="dxa"/>
              <w:left w:w="150" w:type="dxa"/>
              <w:bottom w:w="100" w:type="dxa"/>
              <w:right w:w="150" w:type="dxa"/>
            </w:tcMar>
          </w:tcPr>
          <w:p w14:paraId="03A27385"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%29.9</w:t>
            </w:r>
            <w:proofErr w:type="gramEnd"/>
          </w:p>
        </w:tc>
        <w:tc>
          <w:tcPr>
            <w:tcW w:w="1067" w:type="dxa"/>
            <w:shd w:val="clear" w:color="auto" w:fill="FFFFFF"/>
            <w:tcMar>
              <w:top w:w="100" w:type="dxa"/>
              <w:left w:w="150" w:type="dxa"/>
              <w:bottom w:w="100" w:type="dxa"/>
              <w:right w:w="150" w:type="dxa"/>
            </w:tcMar>
          </w:tcPr>
          <w:p w14:paraId="0A36607B"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%42.5</w:t>
            </w:r>
            <w:proofErr w:type="gramEnd"/>
          </w:p>
        </w:tc>
      </w:tr>
      <w:tr w:rsidR="005B48AD" w:rsidRPr="00571BA6" w14:paraId="30BF3CAC" w14:textId="77777777" w:rsidTr="005B48AD">
        <w:trPr>
          <w:trHeight w:val="1701"/>
          <w:jc w:val="center"/>
        </w:trPr>
        <w:tc>
          <w:tcPr>
            <w:tcW w:w="712" w:type="dxa"/>
            <w:shd w:val="clear" w:color="auto" w:fill="F9FAFB"/>
            <w:tcMar>
              <w:top w:w="100" w:type="dxa"/>
              <w:left w:w="150" w:type="dxa"/>
              <w:bottom w:w="100" w:type="dxa"/>
              <w:right w:w="150" w:type="dxa"/>
            </w:tcMar>
          </w:tcPr>
          <w:p w14:paraId="5BD7C965"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S18</w:t>
            </w:r>
          </w:p>
        </w:tc>
        <w:tc>
          <w:tcPr>
            <w:tcW w:w="3374" w:type="dxa"/>
            <w:shd w:val="clear" w:color="auto" w:fill="F9FAFB"/>
            <w:tcMar>
              <w:top w:w="100" w:type="dxa"/>
              <w:left w:w="150" w:type="dxa"/>
              <w:bottom w:w="100" w:type="dxa"/>
              <w:right w:w="150" w:type="dxa"/>
            </w:tcMar>
            <w:vAlign w:val="center"/>
          </w:tcPr>
          <w:p w14:paraId="00561910" w14:textId="52FB72D4"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Bölümümüzde   aldığınız            matematik         kültürünü          bölüm   dışında aldığınız diğer derslerde kullanma becerinizi nasıl değerlendirirsiniz?</w:t>
            </w:r>
          </w:p>
        </w:tc>
        <w:tc>
          <w:tcPr>
            <w:tcW w:w="661" w:type="dxa"/>
            <w:shd w:val="clear" w:color="auto" w:fill="F9FAFB"/>
            <w:tcMar>
              <w:top w:w="100" w:type="dxa"/>
              <w:left w:w="150" w:type="dxa"/>
              <w:bottom w:w="100" w:type="dxa"/>
              <w:right w:w="150" w:type="dxa"/>
            </w:tcMar>
          </w:tcPr>
          <w:p w14:paraId="020C2779"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3.57</w:t>
            </w:r>
          </w:p>
        </w:tc>
        <w:tc>
          <w:tcPr>
            <w:tcW w:w="650" w:type="dxa"/>
            <w:shd w:val="clear" w:color="auto" w:fill="F9FAFB"/>
            <w:tcMar>
              <w:top w:w="100" w:type="dxa"/>
              <w:left w:w="150" w:type="dxa"/>
              <w:bottom w:w="100" w:type="dxa"/>
              <w:right w:w="150" w:type="dxa"/>
            </w:tcMar>
          </w:tcPr>
          <w:p w14:paraId="27530A54"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1.03</w:t>
            </w:r>
          </w:p>
        </w:tc>
        <w:tc>
          <w:tcPr>
            <w:tcW w:w="956" w:type="dxa"/>
            <w:shd w:val="clear" w:color="auto" w:fill="F9FAFB"/>
            <w:tcMar>
              <w:top w:w="100" w:type="dxa"/>
              <w:left w:w="150" w:type="dxa"/>
              <w:bottom w:w="100" w:type="dxa"/>
              <w:right w:w="150" w:type="dxa"/>
            </w:tcMar>
          </w:tcPr>
          <w:p w14:paraId="37BFF14D"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%55.1</w:t>
            </w:r>
            <w:proofErr w:type="gramEnd"/>
          </w:p>
        </w:tc>
        <w:tc>
          <w:tcPr>
            <w:tcW w:w="1056" w:type="dxa"/>
            <w:shd w:val="clear" w:color="auto" w:fill="F9FAFB"/>
            <w:tcMar>
              <w:top w:w="100" w:type="dxa"/>
              <w:left w:w="150" w:type="dxa"/>
              <w:bottom w:w="100" w:type="dxa"/>
              <w:right w:w="150" w:type="dxa"/>
            </w:tcMar>
          </w:tcPr>
          <w:p w14:paraId="5998E4C9"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%33.1</w:t>
            </w:r>
            <w:proofErr w:type="gramEnd"/>
          </w:p>
        </w:tc>
        <w:tc>
          <w:tcPr>
            <w:tcW w:w="1067" w:type="dxa"/>
            <w:shd w:val="clear" w:color="auto" w:fill="F9FAFB"/>
            <w:tcMar>
              <w:top w:w="100" w:type="dxa"/>
              <w:left w:w="150" w:type="dxa"/>
              <w:bottom w:w="100" w:type="dxa"/>
              <w:right w:w="150" w:type="dxa"/>
            </w:tcMar>
          </w:tcPr>
          <w:p w14:paraId="598DD207"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%11.8</w:t>
            </w:r>
            <w:proofErr w:type="gramEnd"/>
          </w:p>
        </w:tc>
      </w:tr>
      <w:tr w:rsidR="005B48AD" w:rsidRPr="00571BA6" w14:paraId="32B018E7" w14:textId="77777777" w:rsidTr="005B48AD">
        <w:trPr>
          <w:trHeight w:val="1701"/>
          <w:jc w:val="center"/>
        </w:trPr>
        <w:tc>
          <w:tcPr>
            <w:tcW w:w="712" w:type="dxa"/>
            <w:shd w:val="clear" w:color="auto" w:fill="FFFFFF"/>
            <w:tcMar>
              <w:top w:w="100" w:type="dxa"/>
              <w:left w:w="150" w:type="dxa"/>
              <w:bottom w:w="100" w:type="dxa"/>
              <w:right w:w="150" w:type="dxa"/>
            </w:tcMar>
          </w:tcPr>
          <w:p w14:paraId="33875C11"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S19</w:t>
            </w:r>
          </w:p>
        </w:tc>
        <w:tc>
          <w:tcPr>
            <w:tcW w:w="3374" w:type="dxa"/>
            <w:shd w:val="clear" w:color="auto" w:fill="FFFFFF"/>
            <w:tcMar>
              <w:top w:w="100" w:type="dxa"/>
              <w:left w:w="150" w:type="dxa"/>
              <w:bottom w:w="100" w:type="dxa"/>
              <w:right w:w="150" w:type="dxa"/>
            </w:tcMar>
            <w:vAlign w:val="center"/>
          </w:tcPr>
          <w:p w14:paraId="6AE3B9E3" w14:textId="748FB2A8"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Bölümümüzden aldığınız derslerin çağdaş gelişmeleri yansıtması konusunda ne düşünüyorsunuz?</w:t>
            </w:r>
          </w:p>
        </w:tc>
        <w:tc>
          <w:tcPr>
            <w:tcW w:w="661" w:type="dxa"/>
            <w:shd w:val="clear" w:color="auto" w:fill="FFFFFF"/>
            <w:tcMar>
              <w:top w:w="100" w:type="dxa"/>
              <w:left w:w="150" w:type="dxa"/>
              <w:bottom w:w="100" w:type="dxa"/>
              <w:right w:w="150" w:type="dxa"/>
            </w:tcMar>
          </w:tcPr>
          <w:p w14:paraId="3D5F1EC5"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3.54</w:t>
            </w:r>
          </w:p>
        </w:tc>
        <w:tc>
          <w:tcPr>
            <w:tcW w:w="650" w:type="dxa"/>
            <w:shd w:val="clear" w:color="auto" w:fill="FFFFFF"/>
            <w:tcMar>
              <w:top w:w="100" w:type="dxa"/>
              <w:left w:w="150" w:type="dxa"/>
              <w:bottom w:w="100" w:type="dxa"/>
              <w:right w:w="150" w:type="dxa"/>
            </w:tcMar>
          </w:tcPr>
          <w:p w14:paraId="052C353A"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1.05</w:t>
            </w:r>
          </w:p>
        </w:tc>
        <w:tc>
          <w:tcPr>
            <w:tcW w:w="956" w:type="dxa"/>
            <w:shd w:val="clear" w:color="auto" w:fill="FFFFFF"/>
            <w:tcMar>
              <w:top w:w="100" w:type="dxa"/>
              <w:left w:w="150" w:type="dxa"/>
              <w:bottom w:w="100" w:type="dxa"/>
              <w:right w:w="150" w:type="dxa"/>
            </w:tcMar>
          </w:tcPr>
          <w:p w14:paraId="0C029464"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%55.1</w:t>
            </w:r>
            <w:proofErr w:type="gramEnd"/>
          </w:p>
        </w:tc>
        <w:tc>
          <w:tcPr>
            <w:tcW w:w="1056" w:type="dxa"/>
            <w:shd w:val="clear" w:color="auto" w:fill="FFFFFF"/>
            <w:tcMar>
              <w:top w:w="100" w:type="dxa"/>
              <w:left w:w="150" w:type="dxa"/>
              <w:bottom w:w="100" w:type="dxa"/>
              <w:right w:w="150" w:type="dxa"/>
            </w:tcMar>
          </w:tcPr>
          <w:p w14:paraId="5A037B25"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%31.5</w:t>
            </w:r>
            <w:proofErr w:type="gramEnd"/>
          </w:p>
        </w:tc>
        <w:tc>
          <w:tcPr>
            <w:tcW w:w="1067" w:type="dxa"/>
            <w:shd w:val="clear" w:color="auto" w:fill="FFFFFF"/>
            <w:tcMar>
              <w:top w:w="100" w:type="dxa"/>
              <w:left w:w="150" w:type="dxa"/>
              <w:bottom w:w="100" w:type="dxa"/>
              <w:right w:w="150" w:type="dxa"/>
            </w:tcMar>
          </w:tcPr>
          <w:p w14:paraId="52982AD5"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%13.4</w:t>
            </w:r>
            <w:proofErr w:type="gramEnd"/>
          </w:p>
        </w:tc>
      </w:tr>
      <w:tr w:rsidR="005B48AD" w:rsidRPr="00571BA6" w14:paraId="184476F4" w14:textId="77777777" w:rsidTr="005B48AD">
        <w:trPr>
          <w:trHeight w:val="1701"/>
          <w:jc w:val="center"/>
        </w:trPr>
        <w:tc>
          <w:tcPr>
            <w:tcW w:w="712" w:type="dxa"/>
            <w:shd w:val="clear" w:color="auto" w:fill="F9FAFB"/>
            <w:tcMar>
              <w:top w:w="100" w:type="dxa"/>
              <w:left w:w="150" w:type="dxa"/>
              <w:bottom w:w="100" w:type="dxa"/>
              <w:right w:w="150" w:type="dxa"/>
            </w:tcMar>
          </w:tcPr>
          <w:p w14:paraId="28B8227F"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S20</w:t>
            </w:r>
          </w:p>
        </w:tc>
        <w:tc>
          <w:tcPr>
            <w:tcW w:w="3374" w:type="dxa"/>
            <w:shd w:val="clear" w:color="auto" w:fill="F9FAFB"/>
            <w:tcMar>
              <w:top w:w="100" w:type="dxa"/>
              <w:left w:w="150" w:type="dxa"/>
              <w:bottom w:w="100" w:type="dxa"/>
              <w:right w:w="150" w:type="dxa"/>
            </w:tcMar>
            <w:vAlign w:val="center"/>
          </w:tcPr>
          <w:p w14:paraId="3B102E0A" w14:textId="0972067B"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Bölümümüzde aldığınız eğitim ve öğretimin sosyal aktivitelerinizi ne düzeyde etkilediğini düşünüyorsunuz?</w:t>
            </w:r>
          </w:p>
        </w:tc>
        <w:tc>
          <w:tcPr>
            <w:tcW w:w="661" w:type="dxa"/>
            <w:shd w:val="clear" w:color="auto" w:fill="F9FAFB"/>
            <w:tcMar>
              <w:top w:w="100" w:type="dxa"/>
              <w:left w:w="150" w:type="dxa"/>
              <w:bottom w:w="100" w:type="dxa"/>
              <w:right w:w="150" w:type="dxa"/>
            </w:tcMar>
          </w:tcPr>
          <w:p w14:paraId="76C30F8B"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2.93</w:t>
            </w:r>
          </w:p>
        </w:tc>
        <w:tc>
          <w:tcPr>
            <w:tcW w:w="650" w:type="dxa"/>
            <w:shd w:val="clear" w:color="auto" w:fill="F9FAFB"/>
            <w:tcMar>
              <w:top w:w="100" w:type="dxa"/>
              <w:left w:w="150" w:type="dxa"/>
              <w:bottom w:w="100" w:type="dxa"/>
              <w:right w:w="150" w:type="dxa"/>
            </w:tcMar>
          </w:tcPr>
          <w:p w14:paraId="34384680"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1.18</w:t>
            </w:r>
          </w:p>
        </w:tc>
        <w:tc>
          <w:tcPr>
            <w:tcW w:w="956" w:type="dxa"/>
            <w:shd w:val="clear" w:color="auto" w:fill="F9FAFB"/>
            <w:tcMar>
              <w:top w:w="100" w:type="dxa"/>
              <w:left w:w="150" w:type="dxa"/>
              <w:bottom w:w="100" w:type="dxa"/>
              <w:right w:w="150" w:type="dxa"/>
            </w:tcMar>
          </w:tcPr>
          <w:p w14:paraId="6DF571D7"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%30.7</w:t>
            </w:r>
            <w:proofErr w:type="gramEnd"/>
          </w:p>
        </w:tc>
        <w:tc>
          <w:tcPr>
            <w:tcW w:w="1056" w:type="dxa"/>
            <w:shd w:val="clear" w:color="auto" w:fill="F9FAFB"/>
            <w:tcMar>
              <w:top w:w="100" w:type="dxa"/>
              <w:left w:w="150" w:type="dxa"/>
              <w:bottom w:w="100" w:type="dxa"/>
              <w:right w:w="150" w:type="dxa"/>
            </w:tcMar>
          </w:tcPr>
          <w:p w14:paraId="7C1D4109"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%36.2</w:t>
            </w:r>
            <w:proofErr w:type="gramEnd"/>
          </w:p>
        </w:tc>
        <w:tc>
          <w:tcPr>
            <w:tcW w:w="1067" w:type="dxa"/>
            <w:shd w:val="clear" w:color="auto" w:fill="F9FAFB"/>
            <w:tcMar>
              <w:top w:w="100" w:type="dxa"/>
              <w:left w:w="150" w:type="dxa"/>
              <w:bottom w:w="100" w:type="dxa"/>
              <w:right w:w="150" w:type="dxa"/>
            </w:tcMar>
          </w:tcPr>
          <w:p w14:paraId="0954E0E5"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%33.1</w:t>
            </w:r>
            <w:proofErr w:type="gramEnd"/>
          </w:p>
        </w:tc>
      </w:tr>
      <w:tr w:rsidR="005B48AD" w:rsidRPr="00571BA6" w14:paraId="52FC62A3" w14:textId="77777777" w:rsidTr="005B48AD">
        <w:trPr>
          <w:trHeight w:val="1701"/>
          <w:jc w:val="center"/>
        </w:trPr>
        <w:tc>
          <w:tcPr>
            <w:tcW w:w="712" w:type="dxa"/>
            <w:shd w:val="clear" w:color="auto" w:fill="FFFFFF"/>
            <w:tcMar>
              <w:top w:w="100" w:type="dxa"/>
              <w:left w:w="150" w:type="dxa"/>
              <w:bottom w:w="100" w:type="dxa"/>
              <w:right w:w="150" w:type="dxa"/>
            </w:tcMar>
          </w:tcPr>
          <w:p w14:paraId="1594263E"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S21</w:t>
            </w:r>
          </w:p>
        </w:tc>
        <w:tc>
          <w:tcPr>
            <w:tcW w:w="3374" w:type="dxa"/>
            <w:shd w:val="clear" w:color="auto" w:fill="FFFFFF"/>
            <w:tcMar>
              <w:top w:w="100" w:type="dxa"/>
              <w:left w:w="150" w:type="dxa"/>
              <w:bottom w:w="100" w:type="dxa"/>
              <w:right w:w="150" w:type="dxa"/>
            </w:tcMar>
            <w:vAlign w:val="center"/>
          </w:tcPr>
          <w:p w14:paraId="6F8BC374" w14:textId="29880DDE"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Fakülte binamızı altyapı, donanım ve güvenlik açısından nasıl değerlendiriyorsunuz?</w:t>
            </w:r>
          </w:p>
        </w:tc>
        <w:tc>
          <w:tcPr>
            <w:tcW w:w="661" w:type="dxa"/>
            <w:shd w:val="clear" w:color="auto" w:fill="FFFFFF"/>
            <w:tcMar>
              <w:top w:w="100" w:type="dxa"/>
              <w:left w:w="150" w:type="dxa"/>
              <w:bottom w:w="100" w:type="dxa"/>
              <w:right w:w="150" w:type="dxa"/>
            </w:tcMar>
          </w:tcPr>
          <w:p w14:paraId="5FD63C6A"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3.13</w:t>
            </w:r>
          </w:p>
        </w:tc>
        <w:tc>
          <w:tcPr>
            <w:tcW w:w="650" w:type="dxa"/>
            <w:shd w:val="clear" w:color="auto" w:fill="FFFFFF"/>
            <w:tcMar>
              <w:top w:w="100" w:type="dxa"/>
              <w:left w:w="150" w:type="dxa"/>
              <w:bottom w:w="100" w:type="dxa"/>
              <w:right w:w="150" w:type="dxa"/>
            </w:tcMar>
          </w:tcPr>
          <w:p w14:paraId="38D89157"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1.13</w:t>
            </w:r>
          </w:p>
        </w:tc>
        <w:tc>
          <w:tcPr>
            <w:tcW w:w="956" w:type="dxa"/>
            <w:shd w:val="clear" w:color="auto" w:fill="FFFFFF"/>
            <w:tcMar>
              <w:top w:w="100" w:type="dxa"/>
              <w:left w:w="150" w:type="dxa"/>
              <w:bottom w:w="100" w:type="dxa"/>
              <w:right w:w="150" w:type="dxa"/>
            </w:tcMar>
          </w:tcPr>
          <w:p w14:paraId="674C807C"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%37.8</w:t>
            </w:r>
            <w:proofErr w:type="gramEnd"/>
          </w:p>
        </w:tc>
        <w:tc>
          <w:tcPr>
            <w:tcW w:w="1056" w:type="dxa"/>
            <w:shd w:val="clear" w:color="auto" w:fill="FFFFFF"/>
            <w:tcMar>
              <w:top w:w="100" w:type="dxa"/>
              <w:left w:w="150" w:type="dxa"/>
              <w:bottom w:w="100" w:type="dxa"/>
              <w:right w:w="150" w:type="dxa"/>
            </w:tcMar>
          </w:tcPr>
          <w:p w14:paraId="7CE9F2A1"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%37.0</w:t>
            </w:r>
            <w:proofErr w:type="gramEnd"/>
          </w:p>
        </w:tc>
        <w:tc>
          <w:tcPr>
            <w:tcW w:w="1067" w:type="dxa"/>
            <w:shd w:val="clear" w:color="auto" w:fill="FFFFFF"/>
            <w:tcMar>
              <w:top w:w="100" w:type="dxa"/>
              <w:left w:w="150" w:type="dxa"/>
              <w:bottom w:w="100" w:type="dxa"/>
              <w:right w:w="150" w:type="dxa"/>
            </w:tcMar>
          </w:tcPr>
          <w:p w14:paraId="360E05AC"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%25.2</w:t>
            </w:r>
            <w:proofErr w:type="gramEnd"/>
          </w:p>
        </w:tc>
      </w:tr>
      <w:tr w:rsidR="005B48AD" w:rsidRPr="00571BA6" w14:paraId="5BB9DB57" w14:textId="77777777" w:rsidTr="005B48AD">
        <w:trPr>
          <w:trHeight w:val="1701"/>
          <w:jc w:val="center"/>
        </w:trPr>
        <w:tc>
          <w:tcPr>
            <w:tcW w:w="712" w:type="dxa"/>
            <w:shd w:val="clear" w:color="auto" w:fill="F9FAFB"/>
            <w:tcMar>
              <w:top w:w="100" w:type="dxa"/>
              <w:left w:w="150" w:type="dxa"/>
              <w:bottom w:w="100" w:type="dxa"/>
              <w:right w:w="150" w:type="dxa"/>
            </w:tcMar>
          </w:tcPr>
          <w:p w14:paraId="3760E82C"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S22</w:t>
            </w:r>
          </w:p>
        </w:tc>
        <w:tc>
          <w:tcPr>
            <w:tcW w:w="3374" w:type="dxa"/>
            <w:shd w:val="clear" w:color="auto" w:fill="F9FAFB"/>
            <w:tcMar>
              <w:top w:w="100" w:type="dxa"/>
              <w:left w:w="150" w:type="dxa"/>
              <w:bottom w:w="100" w:type="dxa"/>
              <w:right w:w="150" w:type="dxa"/>
            </w:tcMar>
            <w:vAlign w:val="center"/>
          </w:tcPr>
          <w:p w14:paraId="1BB7BB79" w14:textId="10B78B01"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Fakülte kantinimizin olanaklarını nasıl değerlendiriyorsunuz?</w:t>
            </w:r>
          </w:p>
        </w:tc>
        <w:tc>
          <w:tcPr>
            <w:tcW w:w="661" w:type="dxa"/>
            <w:shd w:val="clear" w:color="auto" w:fill="F9FAFB"/>
            <w:tcMar>
              <w:top w:w="100" w:type="dxa"/>
              <w:left w:w="150" w:type="dxa"/>
              <w:bottom w:w="100" w:type="dxa"/>
              <w:right w:w="150" w:type="dxa"/>
            </w:tcMar>
          </w:tcPr>
          <w:p w14:paraId="729FE27A"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2.57</w:t>
            </w:r>
          </w:p>
        </w:tc>
        <w:tc>
          <w:tcPr>
            <w:tcW w:w="650" w:type="dxa"/>
            <w:shd w:val="clear" w:color="auto" w:fill="F9FAFB"/>
            <w:tcMar>
              <w:top w:w="100" w:type="dxa"/>
              <w:left w:w="150" w:type="dxa"/>
              <w:bottom w:w="100" w:type="dxa"/>
              <w:right w:w="150" w:type="dxa"/>
            </w:tcMar>
          </w:tcPr>
          <w:p w14:paraId="7AC05422"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1.25</w:t>
            </w:r>
          </w:p>
        </w:tc>
        <w:tc>
          <w:tcPr>
            <w:tcW w:w="956" w:type="dxa"/>
            <w:shd w:val="clear" w:color="auto" w:fill="F9FAFB"/>
            <w:tcMar>
              <w:top w:w="100" w:type="dxa"/>
              <w:left w:w="150" w:type="dxa"/>
              <w:bottom w:w="100" w:type="dxa"/>
              <w:right w:w="150" w:type="dxa"/>
            </w:tcMar>
          </w:tcPr>
          <w:p w14:paraId="3F689942"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%23.6</w:t>
            </w:r>
            <w:proofErr w:type="gramEnd"/>
          </w:p>
        </w:tc>
        <w:tc>
          <w:tcPr>
            <w:tcW w:w="1056" w:type="dxa"/>
            <w:shd w:val="clear" w:color="auto" w:fill="F9FAFB"/>
            <w:tcMar>
              <w:top w:w="100" w:type="dxa"/>
              <w:left w:w="150" w:type="dxa"/>
              <w:bottom w:w="100" w:type="dxa"/>
              <w:right w:w="150" w:type="dxa"/>
            </w:tcMar>
          </w:tcPr>
          <w:p w14:paraId="2ACC4B06"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%27.6</w:t>
            </w:r>
            <w:proofErr w:type="gramEnd"/>
          </w:p>
        </w:tc>
        <w:tc>
          <w:tcPr>
            <w:tcW w:w="1067" w:type="dxa"/>
            <w:shd w:val="clear" w:color="auto" w:fill="F9FAFB"/>
            <w:tcMar>
              <w:top w:w="100" w:type="dxa"/>
              <w:left w:w="150" w:type="dxa"/>
              <w:bottom w:w="100" w:type="dxa"/>
              <w:right w:w="150" w:type="dxa"/>
            </w:tcMar>
          </w:tcPr>
          <w:p w14:paraId="7A66FB0B"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%48.8</w:t>
            </w:r>
            <w:proofErr w:type="gramEnd"/>
          </w:p>
        </w:tc>
      </w:tr>
      <w:tr w:rsidR="005B48AD" w:rsidRPr="00571BA6" w14:paraId="3186D4FF" w14:textId="77777777" w:rsidTr="005B48AD">
        <w:trPr>
          <w:trHeight w:val="1701"/>
          <w:jc w:val="center"/>
        </w:trPr>
        <w:tc>
          <w:tcPr>
            <w:tcW w:w="712" w:type="dxa"/>
            <w:shd w:val="clear" w:color="auto" w:fill="FFFFFF"/>
            <w:tcMar>
              <w:top w:w="100" w:type="dxa"/>
              <w:left w:w="150" w:type="dxa"/>
              <w:bottom w:w="100" w:type="dxa"/>
              <w:right w:w="150" w:type="dxa"/>
            </w:tcMar>
          </w:tcPr>
          <w:p w14:paraId="04208CAC"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lastRenderedPageBreak/>
              <w:t>S23</w:t>
            </w:r>
          </w:p>
        </w:tc>
        <w:tc>
          <w:tcPr>
            <w:tcW w:w="3374" w:type="dxa"/>
            <w:shd w:val="clear" w:color="auto" w:fill="FFFFFF"/>
            <w:tcMar>
              <w:top w:w="100" w:type="dxa"/>
              <w:left w:w="150" w:type="dxa"/>
              <w:bottom w:w="100" w:type="dxa"/>
              <w:right w:w="150" w:type="dxa"/>
            </w:tcMar>
            <w:vAlign w:val="center"/>
          </w:tcPr>
          <w:p w14:paraId="6FC163D2" w14:textId="2DBD824C"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Fakültemizin öğrenci işleri hizmetlerini nasıl buluyorsunuz?</w:t>
            </w:r>
          </w:p>
        </w:tc>
        <w:tc>
          <w:tcPr>
            <w:tcW w:w="661" w:type="dxa"/>
            <w:shd w:val="clear" w:color="auto" w:fill="FFFFFF"/>
            <w:tcMar>
              <w:top w:w="100" w:type="dxa"/>
              <w:left w:w="150" w:type="dxa"/>
              <w:bottom w:w="100" w:type="dxa"/>
              <w:right w:w="150" w:type="dxa"/>
            </w:tcMar>
          </w:tcPr>
          <w:p w14:paraId="691F581D"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3.54</w:t>
            </w:r>
          </w:p>
        </w:tc>
        <w:tc>
          <w:tcPr>
            <w:tcW w:w="650" w:type="dxa"/>
            <w:shd w:val="clear" w:color="auto" w:fill="FFFFFF"/>
            <w:tcMar>
              <w:top w:w="100" w:type="dxa"/>
              <w:left w:w="150" w:type="dxa"/>
              <w:bottom w:w="100" w:type="dxa"/>
              <w:right w:w="150" w:type="dxa"/>
            </w:tcMar>
          </w:tcPr>
          <w:p w14:paraId="72842EDE"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1.10</w:t>
            </w:r>
          </w:p>
        </w:tc>
        <w:tc>
          <w:tcPr>
            <w:tcW w:w="956" w:type="dxa"/>
            <w:shd w:val="clear" w:color="auto" w:fill="FFFFFF"/>
            <w:tcMar>
              <w:top w:w="100" w:type="dxa"/>
              <w:left w:w="150" w:type="dxa"/>
              <w:bottom w:w="100" w:type="dxa"/>
              <w:right w:w="150" w:type="dxa"/>
            </w:tcMar>
          </w:tcPr>
          <w:p w14:paraId="5406EEC9"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%55.1</w:t>
            </w:r>
            <w:proofErr w:type="gramEnd"/>
          </w:p>
        </w:tc>
        <w:tc>
          <w:tcPr>
            <w:tcW w:w="1056" w:type="dxa"/>
            <w:shd w:val="clear" w:color="auto" w:fill="FFFFFF"/>
            <w:tcMar>
              <w:top w:w="100" w:type="dxa"/>
              <w:left w:w="150" w:type="dxa"/>
              <w:bottom w:w="100" w:type="dxa"/>
              <w:right w:w="150" w:type="dxa"/>
            </w:tcMar>
          </w:tcPr>
          <w:p w14:paraId="290383D7"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%29.9</w:t>
            </w:r>
            <w:proofErr w:type="gramEnd"/>
          </w:p>
        </w:tc>
        <w:tc>
          <w:tcPr>
            <w:tcW w:w="1067" w:type="dxa"/>
            <w:shd w:val="clear" w:color="auto" w:fill="FFFFFF"/>
            <w:tcMar>
              <w:top w:w="100" w:type="dxa"/>
              <w:left w:w="150" w:type="dxa"/>
              <w:bottom w:w="100" w:type="dxa"/>
              <w:right w:w="150" w:type="dxa"/>
            </w:tcMar>
          </w:tcPr>
          <w:p w14:paraId="06E59B63"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%15.0</w:t>
            </w:r>
            <w:proofErr w:type="gramEnd"/>
          </w:p>
        </w:tc>
      </w:tr>
      <w:tr w:rsidR="005B48AD" w:rsidRPr="00571BA6" w14:paraId="680FF0F0" w14:textId="77777777" w:rsidTr="005B48AD">
        <w:trPr>
          <w:trHeight w:val="1701"/>
          <w:jc w:val="center"/>
        </w:trPr>
        <w:tc>
          <w:tcPr>
            <w:tcW w:w="712" w:type="dxa"/>
            <w:shd w:val="clear" w:color="auto" w:fill="F9FAFB"/>
            <w:tcMar>
              <w:top w:w="100" w:type="dxa"/>
              <w:left w:w="150" w:type="dxa"/>
              <w:bottom w:w="100" w:type="dxa"/>
              <w:right w:w="150" w:type="dxa"/>
            </w:tcMar>
          </w:tcPr>
          <w:p w14:paraId="1CA5FEAD"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S24</w:t>
            </w:r>
          </w:p>
        </w:tc>
        <w:tc>
          <w:tcPr>
            <w:tcW w:w="3374" w:type="dxa"/>
            <w:shd w:val="clear" w:color="auto" w:fill="F9FAFB"/>
            <w:tcMar>
              <w:top w:w="100" w:type="dxa"/>
              <w:left w:w="150" w:type="dxa"/>
              <w:bottom w:w="100" w:type="dxa"/>
              <w:right w:w="150" w:type="dxa"/>
            </w:tcMar>
            <w:vAlign w:val="center"/>
          </w:tcPr>
          <w:p w14:paraId="2727E3A1" w14:textId="596C6EBA"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Üniversitemizi öğrencilere sağladığı kültürel, sanatsal ve sportif faaliyetleri açısından nasıl buluyorsunuz?</w:t>
            </w:r>
          </w:p>
        </w:tc>
        <w:tc>
          <w:tcPr>
            <w:tcW w:w="661" w:type="dxa"/>
            <w:shd w:val="clear" w:color="auto" w:fill="F9FAFB"/>
            <w:tcMar>
              <w:top w:w="100" w:type="dxa"/>
              <w:left w:w="150" w:type="dxa"/>
              <w:bottom w:w="100" w:type="dxa"/>
              <w:right w:w="150" w:type="dxa"/>
            </w:tcMar>
          </w:tcPr>
          <w:p w14:paraId="4054547B"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2.72</w:t>
            </w:r>
          </w:p>
        </w:tc>
        <w:tc>
          <w:tcPr>
            <w:tcW w:w="650" w:type="dxa"/>
            <w:shd w:val="clear" w:color="auto" w:fill="F9FAFB"/>
            <w:tcMar>
              <w:top w:w="100" w:type="dxa"/>
              <w:left w:w="150" w:type="dxa"/>
              <w:bottom w:w="100" w:type="dxa"/>
              <w:right w:w="150" w:type="dxa"/>
            </w:tcMar>
          </w:tcPr>
          <w:p w14:paraId="7E39C6F9"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1.22</w:t>
            </w:r>
          </w:p>
        </w:tc>
        <w:tc>
          <w:tcPr>
            <w:tcW w:w="956" w:type="dxa"/>
            <w:shd w:val="clear" w:color="auto" w:fill="F9FAFB"/>
            <w:tcMar>
              <w:top w:w="100" w:type="dxa"/>
              <w:left w:w="150" w:type="dxa"/>
              <w:bottom w:w="100" w:type="dxa"/>
              <w:right w:w="150" w:type="dxa"/>
            </w:tcMar>
          </w:tcPr>
          <w:p w14:paraId="09934BED"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%26.0</w:t>
            </w:r>
            <w:proofErr w:type="gramEnd"/>
          </w:p>
        </w:tc>
        <w:tc>
          <w:tcPr>
            <w:tcW w:w="1056" w:type="dxa"/>
            <w:shd w:val="clear" w:color="auto" w:fill="F9FAFB"/>
            <w:tcMar>
              <w:top w:w="100" w:type="dxa"/>
              <w:left w:w="150" w:type="dxa"/>
              <w:bottom w:w="100" w:type="dxa"/>
              <w:right w:w="150" w:type="dxa"/>
            </w:tcMar>
          </w:tcPr>
          <w:p w14:paraId="72D4742C"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%31.5</w:t>
            </w:r>
            <w:proofErr w:type="gramEnd"/>
          </w:p>
        </w:tc>
        <w:tc>
          <w:tcPr>
            <w:tcW w:w="1067" w:type="dxa"/>
            <w:shd w:val="clear" w:color="auto" w:fill="F9FAFB"/>
            <w:tcMar>
              <w:top w:w="100" w:type="dxa"/>
              <w:left w:w="150" w:type="dxa"/>
              <w:bottom w:w="100" w:type="dxa"/>
              <w:right w:w="150" w:type="dxa"/>
            </w:tcMar>
          </w:tcPr>
          <w:p w14:paraId="5B79BB36"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%42.5</w:t>
            </w:r>
            <w:proofErr w:type="gramEnd"/>
          </w:p>
        </w:tc>
      </w:tr>
      <w:tr w:rsidR="005B48AD" w:rsidRPr="00571BA6" w14:paraId="4578F54F" w14:textId="77777777" w:rsidTr="005B48AD">
        <w:trPr>
          <w:trHeight w:val="1701"/>
          <w:jc w:val="center"/>
        </w:trPr>
        <w:tc>
          <w:tcPr>
            <w:tcW w:w="712" w:type="dxa"/>
            <w:shd w:val="clear" w:color="auto" w:fill="FFFFFF"/>
            <w:tcMar>
              <w:top w:w="100" w:type="dxa"/>
              <w:left w:w="150" w:type="dxa"/>
              <w:bottom w:w="100" w:type="dxa"/>
              <w:right w:w="150" w:type="dxa"/>
            </w:tcMar>
          </w:tcPr>
          <w:p w14:paraId="469B1DB9"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S25</w:t>
            </w:r>
          </w:p>
        </w:tc>
        <w:tc>
          <w:tcPr>
            <w:tcW w:w="3374" w:type="dxa"/>
            <w:shd w:val="clear" w:color="auto" w:fill="FFFFFF"/>
            <w:tcMar>
              <w:top w:w="100" w:type="dxa"/>
              <w:left w:w="150" w:type="dxa"/>
              <w:bottom w:w="100" w:type="dxa"/>
              <w:right w:w="150" w:type="dxa"/>
            </w:tcMar>
            <w:vAlign w:val="center"/>
          </w:tcPr>
          <w:p w14:paraId="47D029AF" w14:textId="5E39ACD3"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Üniversitemizin            bilgisayar      ve     internet      olanaklarını      nasıl buluyorsunuz?</w:t>
            </w:r>
          </w:p>
        </w:tc>
        <w:tc>
          <w:tcPr>
            <w:tcW w:w="661" w:type="dxa"/>
            <w:shd w:val="clear" w:color="auto" w:fill="FFFFFF"/>
            <w:tcMar>
              <w:top w:w="100" w:type="dxa"/>
              <w:left w:w="150" w:type="dxa"/>
              <w:bottom w:w="100" w:type="dxa"/>
              <w:right w:w="150" w:type="dxa"/>
            </w:tcMar>
          </w:tcPr>
          <w:p w14:paraId="17DBF27F"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2.67</w:t>
            </w:r>
          </w:p>
        </w:tc>
        <w:tc>
          <w:tcPr>
            <w:tcW w:w="650" w:type="dxa"/>
            <w:shd w:val="clear" w:color="auto" w:fill="FFFFFF"/>
            <w:tcMar>
              <w:top w:w="100" w:type="dxa"/>
              <w:left w:w="150" w:type="dxa"/>
              <w:bottom w:w="100" w:type="dxa"/>
              <w:right w:w="150" w:type="dxa"/>
            </w:tcMar>
          </w:tcPr>
          <w:p w14:paraId="6BF2B665"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1.26</w:t>
            </w:r>
          </w:p>
        </w:tc>
        <w:tc>
          <w:tcPr>
            <w:tcW w:w="956" w:type="dxa"/>
            <w:shd w:val="clear" w:color="auto" w:fill="FFFFFF"/>
            <w:tcMar>
              <w:top w:w="100" w:type="dxa"/>
              <w:left w:w="150" w:type="dxa"/>
              <w:bottom w:w="100" w:type="dxa"/>
              <w:right w:w="150" w:type="dxa"/>
            </w:tcMar>
          </w:tcPr>
          <w:p w14:paraId="594C2CBD"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%26.8</w:t>
            </w:r>
            <w:proofErr w:type="gramEnd"/>
          </w:p>
        </w:tc>
        <w:tc>
          <w:tcPr>
            <w:tcW w:w="1056" w:type="dxa"/>
            <w:shd w:val="clear" w:color="auto" w:fill="FFFFFF"/>
            <w:tcMar>
              <w:top w:w="100" w:type="dxa"/>
              <w:left w:w="150" w:type="dxa"/>
              <w:bottom w:w="100" w:type="dxa"/>
              <w:right w:w="150" w:type="dxa"/>
            </w:tcMar>
          </w:tcPr>
          <w:p w14:paraId="5A5D25CD"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%28.3</w:t>
            </w:r>
            <w:proofErr w:type="gramEnd"/>
          </w:p>
        </w:tc>
        <w:tc>
          <w:tcPr>
            <w:tcW w:w="1067" w:type="dxa"/>
            <w:shd w:val="clear" w:color="auto" w:fill="FFFFFF"/>
            <w:tcMar>
              <w:top w:w="100" w:type="dxa"/>
              <w:left w:w="150" w:type="dxa"/>
              <w:bottom w:w="100" w:type="dxa"/>
              <w:right w:w="150" w:type="dxa"/>
            </w:tcMar>
          </w:tcPr>
          <w:p w14:paraId="42800CD4"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%44.9</w:t>
            </w:r>
            <w:proofErr w:type="gramEnd"/>
          </w:p>
        </w:tc>
      </w:tr>
      <w:tr w:rsidR="005B48AD" w:rsidRPr="00571BA6" w14:paraId="6311E31D" w14:textId="77777777" w:rsidTr="005B48AD">
        <w:trPr>
          <w:trHeight w:val="1701"/>
          <w:jc w:val="center"/>
        </w:trPr>
        <w:tc>
          <w:tcPr>
            <w:tcW w:w="712" w:type="dxa"/>
            <w:shd w:val="clear" w:color="auto" w:fill="F9FAFB"/>
            <w:tcMar>
              <w:top w:w="100" w:type="dxa"/>
              <w:left w:w="150" w:type="dxa"/>
              <w:bottom w:w="100" w:type="dxa"/>
              <w:right w:w="150" w:type="dxa"/>
            </w:tcMar>
          </w:tcPr>
          <w:p w14:paraId="4C67BECD"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S26</w:t>
            </w:r>
          </w:p>
        </w:tc>
        <w:tc>
          <w:tcPr>
            <w:tcW w:w="3374" w:type="dxa"/>
            <w:shd w:val="clear" w:color="auto" w:fill="F9FAFB"/>
            <w:tcMar>
              <w:top w:w="100" w:type="dxa"/>
              <w:left w:w="150" w:type="dxa"/>
              <w:bottom w:w="100" w:type="dxa"/>
              <w:right w:w="150" w:type="dxa"/>
            </w:tcMar>
            <w:vAlign w:val="center"/>
          </w:tcPr>
          <w:p w14:paraId="430F95EA" w14:textId="7BFBA229"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Üniversitemiz kütüphanesindeki matematik ile ilgili kaynakların yeterliliği hakkında ne düşünüyorsunuz?</w:t>
            </w:r>
          </w:p>
        </w:tc>
        <w:tc>
          <w:tcPr>
            <w:tcW w:w="661" w:type="dxa"/>
            <w:shd w:val="clear" w:color="auto" w:fill="F9FAFB"/>
            <w:tcMar>
              <w:top w:w="100" w:type="dxa"/>
              <w:left w:w="150" w:type="dxa"/>
              <w:bottom w:w="100" w:type="dxa"/>
              <w:right w:w="150" w:type="dxa"/>
            </w:tcMar>
          </w:tcPr>
          <w:p w14:paraId="47F70ADF"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3.35</w:t>
            </w:r>
          </w:p>
        </w:tc>
        <w:tc>
          <w:tcPr>
            <w:tcW w:w="650" w:type="dxa"/>
            <w:shd w:val="clear" w:color="auto" w:fill="F9FAFB"/>
            <w:tcMar>
              <w:top w:w="100" w:type="dxa"/>
              <w:left w:w="150" w:type="dxa"/>
              <w:bottom w:w="100" w:type="dxa"/>
              <w:right w:w="150" w:type="dxa"/>
            </w:tcMar>
          </w:tcPr>
          <w:p w14:paraId="6B68F72F"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1.11</w:t>
            </w:r>
          </w:p>
        </w:tc>
        <w:tc>
          <w:tcPr>
            <w:tcW w:w="956" w:type="dxa"/>
            <w:shd w:val="clear" w:color="auto" w:fill="F9FAFB"/>
            <w:tcMar>
              <w:top w:w="100" w:type="dxa"/>
              <w:left w:w="150" w:type="dxa"/>
              <w:bottom w:w="100" w:type="dxa"/>
              <w:right w:w="150" w:type="dxa"/>
            </w:tcMar>
          </w:tcPr>
          <w:p w14:paraId="34DFAEAD"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%46.5</w:t>
            </w:r>
            <w:proofErr w:type="gramEnd"/>
          </w:p>
        </w:tc>
        <w:tc>
          <w:tcPr>
            <w:tcW w:w="1056" w:type="dxa"/>
            <w:shd w:val="clear" w:color="auto" w:fill="F9FAFB"/>
            <w:tcMar>
              <w:top w:w="100" w:type="dxa"/>
              <w:left w:w="150" w:type="dxa"/>
              <w:bottom w:w="100" w:type="dxa"/>
              <w:right w:w="150" w:type="dxa"/>
            </w:tcMar>
          </w:tcPr>
          <w:p w14:paraId="043CEC35"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%34.6</w:t>
            </w:r>
            <w:proofErr w:type="gramEnd"/>
          </w:p>
        </w:tc>
        <w:tc>
          <w:tcPr>
            <w:tcW w:w="1067" w:type="dxa"/>
            <w:shd w:val="clear" w:color="auto" w:fill="F9FAFB"/>
            <w:tcMar>
              <w:top w:w="100" w:type="dxa"/>
              <w:left w:w="150" w:type="dxa"/>
              <w:bottom w:w="100" w:type="dxa"/>
              <w:right w:w="150" w:type="dxa"/>
            </w:tcMar>
          </w:tcPr>
          <w:p w14:paraId="303E5A10"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%18.9</w:t>
            </w:r>
            <w:proofErr w:type="gramEnd"/>
          </w:p>
        </w:tc>
      </w:tr>
      <w:tr w:rsidR="005B48AD" w:rsidRPr="00571BA6" w14:paraId="25E181AD" w14:textId="77777777" w:rsidTr="005B48AD">
        <w:trPr>
          <w:trHeight w:val="1701"/>
          <w:jc w:val="center"/>
        </w:trPr>
        <w:tc>
          <w:tcPr>
            <w:tcW w:w="712" w:type="dxa"/>
            <w:shd w:val="clear" w:color="auto" w:fill="FFFFFF"/>
            <w:tcMar>
              <w:top w:w="100" w:type="dxa"/>
              <w:left w:w="150" w:type="dxa"/>
              <w:bottom w:w="100" w:type="dxa"/>
              <w:right w:w="150" w:type="dxa"/>
            </w:tcMar>
          </w:tcPr>
          <w:p w14:paraId="4042BE6E"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S27</w:t>
            </w:r>
          </w:p>
        </w:tc>
        <w:tc>
          <w:tcPr>
            <w:tcW w:w="3374" w:type="dxa"/>
            <w:shd w:val="clear" w:color="auto" w:fill="FFFFFF"/>
            <w:tcMar>
              <w:top w:w="100" w:type="dxa"/>
              <w:left w:w="150" w:type="dxa"/>
              <w:bottom w:w="100" w:type="dxa"/>
              <w:right w:w="150" w:type="dxa"/>
            </w:tcMar>
            <w:vAlign w:val="center"/>
          </w:tcPr>
          <w:p w14:paraId="5B905534" w14:textId="442285AD"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Kampüsümüzdeki yemek olanaklarını nasıl buluyorsunuz?</w:t>
            </w:r>
          </w:p>
        </w:tc>
        <w:tc>
          <w:tcPr>
            <w:tcW w:w="661" w:type="dxa"/>
            <w:shd w:val="clear" w:color="auto" w:fill="FFFFFF"/>
            <w:tcMar>
              <w:top w:w="100" w:type="dxa"/>
              <w:left w:w="150" w:type="dxa"/>
              <w:bottom w:w="100" w:type="dxa"/>
              <w:right w:w="150" w:type="dxa"/>
            </w:tcMar>
          </w:tcPr>
          <w:p w14:paraId="4B21A486"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2.87</w:t>
            </w:r>
          </w:p>
        </w:tc>
        <w:tc>
          <w:tcPr>
            <w:tcW w:w="650" w:type="dxa"/>
            <w:shd w:val="clear" w:color="auto" w:fill="FFFFFF"/>
            <w:tcMar>
              <w:top w:w="100" w:type="dxa"/>
              <w:left w:w="150" w:type="dxa"/>
              <w:bottom w:w="100" w:type="dxa"/>
              <w:right w:w="150" w:type="dxa"/>
            </w:tcMar>
          </w:tcPr>
          <w:p w14:paraId="64B19373"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1.25</w:t>
            </w:r>
          </w:p>
        </w:tc>
        <w:tc>
          <w:tcPr>
            <w:tcW w:w="956" w:type="dxa"/>
            <w:shd w:val="clear" w:color="auto" w:fill="FFFFFF"/>
            <w:tcMar>
              <w:top w:w="100" w:type="dxa"/>
              <w:left w:w="150" w:type="dxa"/>
              <w:bottom w:w="100" w:type="dxa"/>
              <w:right w:w="150" w:type="dxa"/>
            </w:tcMar>
          </w:tcPr>
          <w:p w14:paraId="0B729CC4"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%31.5</w:t>
            </w:r>
            <w:proofErr w:type="gramEnd"/>
          </w:p>
        </w:tc>
        <w:tc>
          <w:tcPr>
            <w:tcW w:w="1056" w:type="dxa"/>
            <w:shd w:val="clear" w:color="auto" w:fill="FFFFFF"/>
            <w:tcMar>
              <w:top w:w="100" w:type="dxa"/>
              <w:left w:w="150" w:type="dxa"/>
              <w:bottom w:w="100" w:type="dxa"/>
              <w:right w:w="150" w:type="dxa"/>
            </w:tcMar>
          </w:tcPr>
          <w:p w14:paraId="46F4B397"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%30.7</w:t>
            </w:r>
            <w:proofErr w:type="gramEnd"/>
          </w:p>
        </w:tc>
        <w:tc>
          <w:tcPr>
            <w:tcW w:w="1067" w:type="dxa"/>
            <w:shd w:val="clear" w:color="auto" w:fill="FFFFFF"/>
            <w:tcMar>
              <w:top w:w="100" w:type="dxa"/>
              <w:left w:w="150" w:type="dxa"/>
              <w:bottom w:w="100" w:type="dxa"/>
              <w:right w:w="150" w:type="dxa"/>
            </w:tcMar>
          </w:tcPr>
          <w:p w14:paraId="349A7E06"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%37.8</w:t>
            </w:r>
            <w:proofErr w:type="gramEnd"/>
          </w:p>
        </w:tc>
      </w:tr>
      <w:tr w:rsidR="005B48AD" w:rsidRPr="00571BA6" w14:paraId="37A54C4C" w14:textId="77777777" w:rsidTr="005B48AD">
        <w:trPr>
          <w:trHeight w:val="1701"/>
          <w:jc w:val="center"/>
        </w:trPr>
        <w:tc>
          <w:tcPr>
            <w:tcW w:w="712" w:type="dxa"/>
            <w:shd w:val="clear" w:color="auto" w:fill="F9FAFB"/>
            <w:tcMar>
              <w:top w:w="100" w:type="dxa"/>
              <w:left w:w="150" w:type="dxa"/>
              <w:bottom w:w="100" w:type="dxa"/>
              <w:right w:w="150" w:type="dxa"/>
            </w:tcMar>
          </w:tcPr>
          <w:p w14:paraId="573886FD"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S28</w:t>
            </w:r>
          </w:p>
        </w:tc>
        <w:tc>
          <w:tcPr>
            <w:tcW w:w="3374" w:type="dxa"/>
            <w:shd w:val="clear" w:color="auto" w:fill="F9FAFB"/>
            <w:tcMar>
              <w:top w:w="100" w:type="dxa"/>
              <w:left w:w="150" w:type="dxa"/>
              <w:bottom w:w="100" w:type="dxa"/>
              <w:right w:w="150" w:type="dxa"/>
            </w:tcMar>
            <w:vAlign w:val="center"/>
          </w:tcPr>
          <w:p w14:paraId="2E9F7A24" w14:textId="6FE6CCDE"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Üniversitemiz yurtlarının sayıca yeterliliğini nasıl buluyorsunuz?</w:t>
            </w:r>
          </w:p>
        </w:tc>
        <w:tc>
          <w:tcPr>
            <w:tcW w:w="661" w:type="dxa"/>
            <w:shd w:val="clear" w:color="auto" w:fill="F9FAFB"/>
            <w:tcMar>
              <w:top w:w="100" w:type="dxa"/>
              <w:left w:w="150" w:type="dxa"/>
              <w:bottom w:w="100" w:type="dxa"/>
              <w:right w:w="150" w:type="dxa"/>
            </w:tcMar>
          </w:tcPr>
          <w:p w14:paraId="371D95F0"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2.75</w:t>
            </w:r>
          </w:p>
        </w:tc>
        <w:tc>
          <w:tcPr>
            <w:tcW w:w="650" w:type="dxa"/>
            <w:shd w:val="clear" w:color="auto" w:fill="F9FAFB"/>
            <w:tcMar>
              <w:top w:w="100" w:type="dxa"/>
              <w:left w:w="150" w:type="dxa"/>
              <w:bottom w:w="100" w:type="dxa"/>
              <w:right w:w="150" w:type="dxa"/>
            </w:tcMar>
          </w:tcPr>
          <w:p w14:paraId="050DF062"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1.24</w:t>
            </w:r>
          </w:p>
        </w:tc>
        <w:tc>
          <w:tcPr>
            <w:tcW w:w="956" w:type="dxa"/>
            <w:shd w:val="clear" w:color="auto" w:fill="F9FAFB"/>
            <w:tcMar>
              <w:top w:w="100" w:type="dxa"/>
              <w:left w:w="150" w:type="dxa"/>
              <w:bottom w:w="100" w:type="dxa"/>
              <w:right w:w="150" w:type="dxa"/>
            </w:tcMar>
          </w:tcPr>
          <w:p w14:paraId="02CB8B10"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%26.7</w:t>
            </w:r>
            <w:proofErr w:type="gramEnd"/>
          </w:p>
        </w:tc>
        <w:tc>
          <w:tcPr>
            <w:tcW w:w="1056" w:type="dxa"/>
            <w:shd w:val="clear" w:color="auto" w:fill="F9FAFB"/>
            <w:tcMar>
              <w:top w:w="100" w:type="dxa"/>
              <w:left w:w="150" w:type="dxa"/>
              <w:bottom w:w="100" w:type="dxa"/>
              <w:right w:w="150" w:type="dxa"/>
            </w:tcMar>
          </w:tcPr>
          <w:p w14:paraId="55A2A5C6"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%33.1</w:t>
            </w:r>
            <w:proofErr w:type="gramEnd"/>
          </w:p>
        </w:tc>
        <w:tc>
          <w:tcPr>
            <w:tcW w:w="1067" w:type="dxa"/>
            <w:shd w:val="clear" w:color="auto" w:fill="F9FAFB"/>
            <w:tcMar>
              <w:top w:w="100" w:type="dxa"/>
              <w:left w:w="150" w:type="dxa"/>
              <w:bottom w:w="100" w:type="dxa"/>
              <w:right w:w="150" w:type="dxa"/>
            </w:tcMar>
          </w:tcPr>
          <w:p w14:paraId="5BBE8947"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%40.2</w:t>
            </w:r>
            <w:proofErr w:type="gramEnd"/>
          </w:p>
        </w:tc>
      </w:tr>
      <w:tr w:rsidR="005B48AD" w:rsidRPr="00571BA6" w14:paraId="72F4FF98" w14:textId="77777777" w:rsidTr="005B48AD">
        <w:trPr>
          <w:trHeight w:val="1701"/>
          <w:jc w:val="center"/>
        </w:trPr>
        <w:tc>
          <w:tcPr>
            <w:tcW w:w="712" w:type="dxa"/>
            <w:shd w:val="clear" w:color="auto" w:fill="FFFFFF"/>
            <w:tcMar>
              <w:top w:w="100" w:type="dxa"/>
              <w:left w:w="150" w:type="dxa"/>
              <w:bottom w:w="100" w:type="dxa"/>
              <w:right w:w="150" w:type="dxa"/>
            </w:tcMar>
          </w:tcPr>
          <w:p w14:paraId="5B6CE1D7"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lastRenderedPageBreak/>
              <w:t>S29</w:t>
            </w:r>
          </w:p>
        </w:tc>
        <w:tc>
          <w:tcPr>
            <w:tcW w:w="3374" w:type="dxa"/>
            <w:shd w:val="clear" w:color="auto" w:fill="FFFFFF"/>
            <w:tcMar>
              <w:top w:w="100" w:type="dxa"/>
              <w:left w:w="150" w:type="dxa"/>
              <w:bottom w:w="100" w:type="dxa"/>
              <w:right w:w="150" w:type="dxa"/>
            </w:tcMar>
            <w:vAlign w:val="center"/>
          </w:tcPr>
          <w:p w14:paraId="7B20D3F6" w14:textId="495191B5"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cs="Arial"/>
                <w:color w:val="000000"/>
                <w:sz w:val="20"/>
                <w:szCs w:val="20"/>
                <w:lang w:val="tr-TR"/>
              </w:rPr>
              <w:t>Bölümümüz  öğretim</w:t>
            </w:r>
            <w:proofErr w:type="gramEnd"/>
            <w:r w:rsidRPr="00571BA6">
              <w:rPr>
                <w:rFonts w:cs="Arial"/>
                <w:color w:val="000000"/>
                <w:sz w:val="20"/>
                <w:szCs w:val="20"/>
                <w:lang w:val="tr-TR"/>
              </w:rPr>
              <w:t xml:space="preserve">  </w:t>
            </w:r>
            <w:proofErr w:type="gramStart"/>
            <w:r w:rsidRPr="00571BA6">
              <w:rPr>
                <w:rFonts w:cs="Arial"/>
                <w:color w:val="000000"/>
                <w:sz w:val="20"/>
                <w:szCs w:val="20"/>
                <w:lang w:val="tr-TR"/>
              </w:rPr>
              <w:t>elemanlarının  gelecekle</w:t>
            </w:r>
            <w:proofErr w:type="gramEnd"/>
            <w:r w:rsidRPr="00571BA6">
              <w:rPr>
                <w:rFonts w:cs="Arial"/>
                <w:color w:val="000000"/>
                <w:sz w:val="20"/>
                <w:szCs w:val="20"/>
                <w:lang w:val="tr-TR"/>
              </w:rPr>
              <w:t xml:space="preserve">  </w:t>
            </w:r>
            <w:proofErr w:type="gramStart"/>
            <w:r w:rsidRPr="00571BA6">
              <w:rPr>
                <w:rFonts w:cs="Arial"/>
                <w:color w:val="000000"/>
                <w:sz w:val="20"/>
                <w:szCs w:val="20"/>
                <w:lang w:val="tr-TR"/>
              </w:rPr>
              <w:t>ilgili  mesleki</w:t>
            </w:r>
            <w:proofErr w:type="gramEnd"/>
            <w:r w:rsidRPr="00571BA6">
              <w:rPr>
                <w:rFonts w:cs="Arial"/>
                <w:color w:val="000000"/>
                <w:sz w:val="20"/>
                <w:szCs w:val="20"/>
                <w:lang w:val="tr-TR"/>
              </w:rPr>
              <w:t xml:space="preserve"> planlarınızı oluşturmada size yardımlarını nasıl değerlendiriyorsunuz?</w:t>
            </w:r>
          </w:p>
        </w:tc>
        <w:tc>
          <w:tcPr>
            <w:tcW w:w="661" w:type="dxa"/>
            <w:shd w:val="clear" w:color="auto" w:fill="FFFFFF"/>
            <w:tcMar>
              <w:top w:w="100" w:type="dxa"/>
              <w:left w:w="150" w:type="dxa"/>
              <w:bottom w:w="100" w:type="dxa"/>
              <w:right w:w="150" w:type="dxa"/>
            </w:tcMar>
          </w:tcPr>
          <w:p w14:paraId="357082EC"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3.74</w:t>
            </w:r>
          </w:p>
        </w:tc>
        <w:tc>
          <w:tcPr>
            <w:tcW w:w="650" w:type="dxa"/>
            <w:shd w:val="clear" w:color="auto" w:fill="FFFFFF"/>
            <w:tcMar>
              <w:top w:w="100" w:type="dxa"/>
              <w:left w:w="150" w:type="dxa"/>
              <w:bottom w:w="100" w:type="dxa"/>
              <w:right w:w="150" w:type="dxa"/>
            </w:tcMar>
          </w:tcPr>
          <w:p w14:paraId="385B69A2"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1.03</w:t>
            </w:r>
          </w:p>
        </w:tc>
        <w:tc>
          <w:tcPr>
            <w:tcW w:w="956" w:type="dxa"/>
            <w:shd w:val="clear" w:color="auto" w:fill="FFFFFF"/>
            <w:tcMar>
              <w:top w:w="100" w:type="dxa"/>
              <w:left w:w="150" w:type="dxa"/>
              <w:bottom w:w="100" w:type="dxa"/>
              <w:right w:w="150" w:type="dxa"/>
            </w:tcMar>
          </w:tcPr>
          <w:p w14:paraId="25F033C9"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%63.0</w:t>
            </w:r>
            <w:proofErr w:type="gramEnd"/>
          </w:p>
        </w:tc>
        <w:tc>
          <w:tcPr>
            <w:tcW w:w="1056" w:type="dxa"/>
            <w:shd w:val="clear" w:color="auto" w:fill="FFFFFF"/>
            <w:tcMar>
              <w:top w:w="100" w:type="dxa"/>
              <w:left w:w="150" w:type="dxa"/>
              <w:bottom w:w="100" w:type="dxa"/>
              <w:right w:w="150" w:type="dxa"/>
            </w:tcMar>
          </w:tcPr>
          <w:p w14:paraId="0AFF67E3"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%26.8</w:t>
            </w:r>
            <w:proofErr w:type="gramEnd"/>
          </w:p>
        </w:tc>
        <w:tc>
          <w:tcPr>
            <w:tcW w:w="1067" w:type="dxa"/>
            <w:shd w:val="clear" w:color="auto" w:fill="FFFFFF"/>
            <w:tcMar>
              <w:top w:w="100" w:type="dxa"/>
              <w:left w:w="150" w:type="dxa"/>
              <w:bottom w:w="100" w:type="dxa"/>
              <w:right w:w="150" w:type="dxa"/>
            </w:tcMar>
          </w:tcPr>
          <w:p w14:paraId="034115FB"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%10.2</w:t>
            </w:r>
            <w:proofErr w:type="gramEnd"/>
          </w:p>
        </w:tc>
      </w:tr>
      <w:tr w:rsidR="005B48AD" w:rsidRPr="00571BA6" w14:paraId="2C80CDE2" w14:textId="77777777" w:rsidTr="005B48AD">
        <w:trPr>
          <w:trHeight w:val="1701"/>
          <w:jc w:val="center"/>
        </w:trPr>
        <w:tc>
          <w:tcPr>
            <w:tcW w:w="712" w:type="dxa"/>
            <w:shd w:val="clear" w:color="auto" w:fill="F9FAFB"/>
            <w:tcMar>
              <w:top w:w="100" w:type="dxa"/>
              <w:left w:w="150" w:type="dxa"/>
              <w:bottom w:w="100" w:type="dxa"/>
              <w:right w:w="150" w:type="dxa"/>
            </w:tcMar>
          </w:tcPr>
          <w:p w14:paraId="3BFE5A04"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S30</w:t>
            </w:r>
          </w:p>
        </w:tc>
        <w:tc>
          <w:tcPr>
            <w:tcW w:w="3374" w:type="dxa"/>
            <w:shd w:val="clear" w:color="auto" w:fill="F9FAFB"/>
            <w:tcMar>
              <w:top w:w="100" w:type="dxa"/>
              <w:left w:w="150" w:type="dxa"/>
              <w:bottom w:w="100" w:type="dxa"/>
              <w:right w:w="150" w:type="dxa"/>
            </w:tcMar>
            <w:vAlign w:val="center"/>
          </w:tcPr>
          <w:p w14:paraId="27D0164F" w14:textId="5FB40705"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Üniversitemizin sağladığı           yurtdışı eğitim   olanaklarını       nasıl değerlendiriyorsunuz?</w:t>
            </w:r>
          </w:p>
        </w:tc>
        <w:tc>
          <w:tcPr>
            <w:tcW w:w="661" w:type="dxa"/>
            <w:shd w:val="clear" w:color="auto" w:fill="F9FAFB"/>
            <w:tcMar>
              <w:top w:w="100" w:type="dxa"/>
              <w:left w:w="150" w:type="dxa"/>
              <w:bottom w:w="100" w:type="dxa"/>
              <w:right w:w="150" w:type="dxa"/>
            </w:tcMar>
          </w:tcPr>
          <w:p w14:paraId="74F499C8"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2.63</w:t>
            </w:r>
          </w:p>
        </w:tc>
        <w:tc>
          <w:tcPr>
            <w:tcW w:w="650" w:type="dxa"/>
            <w:shd w:val="clear" w:color="auto" w:fill="F9FAFB"/>
            <w:tcMar>
              <w:top w:w="100" w:type="dxa"/>
              <w:left w:w="150" w:type="dxa"/>
              <w:bottom w:w="100" w:type="dxa"/>
              <w:right w:w="150" w:type="dxa"/>
            </w:tcMar>
          </w:tcPr>
          <w:p w14:paraId="66BC79A0"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1.26</w:t>
            </w:r>
          </w:p>
        </w:tc>
        <w:tc>
          <w:tcPr>
            <w:tcW w:w="956" w:type="dxa"/>
            <w:shd w:val="clear" w:color="auto" w:fill="F9FAFB"/>
            <w:tcMar>
              <w:top w:w="100" w:type="dxa"/>
              <w:left w:w="150" w:type="dxa"/>
              <w:bottom w:w="100" w:type="dxa"/>
              <w:right w:w="150" w:type="dxa"/>
            </w:tcMar>
          </w:tcPr>
          <w:p w14:paraId="6792E596"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%25.2</w:t>
            </w:r>
            <w:proofErr w:type="gramEnd"/>
          </w:p>
        </w:tc>
        <w:tc>
          <w:tcPr>
            <w:tcW w:w="1056" w:type="dxa"/>
            <w:shd w:val="clear" w:color="auto" w:fill="F9FAFB"/>
            <w:tcMar>
              <w:top w:w="100" w:type="dxa"/>
              <w:left w:w="150" w:type="dxa"/>
              <w:bottom w:w="100" w:type="dxa"/>
              <w:right w:w="150" w:type="dxa"/>
            </w:tcMar>
          </w:tcPr>
          <w:p w14:paraId="097E8C01"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%29.1</w:t>
            </w:r>
            <w:proofErr w:type="gramEnd"/>
          </w:p>
        </w:tc>
        <w:tc>
          <w:tcPr>
            <w:tcW w:w="1067" w:type="dxa"/>
            <w:shd w:val="clear" w:color="auto" w:fill="F9FAFB"/>
            <w:tcMar>
              <w:top w:w="100" w:type="dxa"/>
              <w:left w:w="150" w:type="dxa"/>
              <w:bottom w:w="100" w:type="dxa"/>
              <w:right w:w="150" w:type="dxa"/>
            </w:tcMar>
          </w:tcPr>
          <w:p w14:paraId="56CDB40A"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%45.7</w:t>
            </w:r>
            <w:proofErr w:type="gramEnd"/>
          </w:p>
        </w:tc>
      </w:tr>
      <w:tr w:rsidR="005B48AD" w:rsidRPr="00571BA6" w14:paraId="6F023BA6" w14:textId="77777777" w:rsidTr="005B48AD">
        <w:trPr>
          <w:trHeight w:val="1701"/>
          <w:jc w:val="center"/>
        </w:trPr>
        <w:tc>
          <w:tcPr>
            <w:tcW w:w="712" w:type="dxa"/>
            <w:shd w:val="clear" w:color="auto" w:fill="FFFFFF"/>
            <w:tcMar>
              <w:top w:w="100" w:type="dxa"/>
              <w:left w:w="150" w:type="dxa"/>
              <w:bottom w:w="100" w:type="dxa"/>
              <w:right w:w="150" w:type="dxa"/>
            </w:tcMar>
          </w:tcPr>
          <w:p w14:paraId="6467204E"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S31</w:t>
            </w:r>
          </w:p>
        </w:tc>
        <w:tc>
          <w:tcPr>
            <w:tcW w:w="3374" w:type="dxa"/>
            <w:shd w:val="clear" w:color="auto" w:fill="FFFFFF"/>
            <w:tcMar>
              <w:top w:w="100" w:type="dxa"/>
              <w:left w:w="150" w:type="dxa"/>
              <w:bottom w:w="100" w:type="dxa"/>
              <w:right w:w="150" w:type="dxa"/>
            </w:tcMar>
            <w:vAlign w:val="center"/>
          </w:tcPr>
          <w:p w14:paraId="634F3BEE" w14:textId="3ADDEC5E"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 Başkanlığını, iletilen sorunları çözme konusunda nasıl değerlendiriyorsunuz?</w:t>
            </w:r>
          </w:p>
        </w:tc>
        <w:tc>
          <w:tcPr>
            <w:tcW w:w="661" w:type="dxa"/>
            <w:shd w:val="clear" w:color="auto" w:fill="FFFFFF"/>
            <w:tcMar>
              <w:top w:w="100" w:type="dxa"/>
              <w:left w:w="150" w:type="dxa"/>
              <w:bottom w:w="100" w:type="dxa"/>
              <w:right w:w="150" w:type="dxa"/>
            </w:tcMar>
          </w:tcPr>
          <w:p w14:paraId="71BB135E"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3.94</w:t>
            </w:r>
          </w:p>
        </w:tc>
        <w:tc>
          <w:tcPr>
            <w:tcW w:w="650" w:type="dxa"/>
            <w:shd w:val="clear" w:color="auto" w:fill="FFFFFF"/>
            <w:tcMar>
              <w:top w:w="100" w:type="dxa"/>
              <w:left w:w="150" w:type="dxa"/>
              <w:bottom w:w="100" w:type="dxa"/>
              <w:right w:w="150" w:type="dxa"/>
            </w:tcMar>
          </w:tcPr>
          <w:p w14:paraId="30E2EB4B"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0.99</w:t>
            </w:r>
          </w:p>
        </w:tc>
        <w:tc>
          <w:tcPr>
            <w:tcW w:w="956" w:type="dxa"/>
            <w:shd w:val="clear" w:color="auto" w:fill="FFFFFF"/>
            <w:tcMar>
              <w:top w:w="100" w:type="dxa"/>
              <w:left w:w="150" w:type="dxa"/>
              <w:bottom w:w="100" w:type="dxa"/>
              <w:right w:w="150" w:type="dxa"/>
            </w:tcMar>
          </w:tcPr>
          <w:p w14:paraId="0C6976B0"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%71.7</w:t>
            </w:r>
            <w:proofErr w:type="gramEnd"/>
          </w:p>
        </w:tc>
        <w:tc>
          <w:tcPr>
            <w:tcW w:w="1056" w:type="dxa"/>
            <w:shd w:val="clear" w:color="auto" w:fill="FFFFFF"/>
            <w:tcMar>
              <w:top w:w="100" w:type="dxa"/>
              <w:left w:w="150" w:type="dxa"/>
              <w:bottom w:w="100" w:type="dxa"/>
              <w:right w:w="150" w:type="dxa"/>
            </w:tcMar>
          </w:tcPr>
          <w:p w14:paraId="44FAFAA1"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%21.3</w:t>
            </w:r>
            <w:proofErr w:type="gramEnd"/>
          </w:p>
        </w:tc>
        <w:tc>
          <w:tcPr>
            <w:tcW w:w="1067" w:type="dxa"/>
            <w:shd w:val="clear" w:color="auto" w:fill="FFFFFF"/>
            <w:tcMar>
              <w:top w:w="100" w:type="dxa"/>
              <w:left w:w="150" w:type="dxa"/>
              <w:bottom w:w="100" w:type="dxa"/>
              <w:right w:w="150" w:type="dxa"/>
            </w:tcMar>
          </w:tcPr>
          <w:p w14:paraId="6B6DD145"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%7.0</w:t>
            </w:r>
            <w:proofErr w:type="gramEnd"/>
          </w:p>
        </w:tc>
      </w:tr>
      <w:tr w:rsidR="005B48AD" w:rsidRPr="00571BA6" w14:paraId="48687139" w14:textId="77777777" w:rsidTr="005B48AD">
        <w:trPr>
          <w:trHeight w:val="1701"/>
          <w:jc w:val="center"/>
        </w:trPr>
        <w:tc>
          <w:tcPr>
            <w:tcW w:w="712" w:type="dxa"/>
            <w:shd w:val="clear" w:color="auto" w:fill="F9FAFB"/>
            <w:tcMar>
              <w:top w:w="100" w:type="dxa"/>
              <w:left w:w="150" w:type="dxa"/>
              <w:bottom w:w="100" w:type="dxa"/>
              <w:right w:w="150" w:type="dxa"/>
            </w:tcMar>
          </w:tcPr>
          <w:p w14:paraId="43B74B9C"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S32</w:t>
            </w:r>
          </w:p>
        </w:tc>
        <w:tc>
          <w:tcPr>
            <w:tcW w:w="3374" w:type="dxa"/>
            <w:shd w:val="clear" w:color="auto" w:fill="F9FAFB"/>
            <w:tcMar>
              <w:top w:w="100" w:type="dxa"/>
              <w:left w:w="150" w:type="dxa"/>
              <w:bottom w:w="100" w:type="dxa"/>
              <w:right w:w="150" w:type="dxa"/>
            </w:tcMar>
            <w:vAlign w:val="center"/>
          </w:tcPr>
          <w:p w14:paraId="69DC86B2" w14:textId="155A8CD2"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 xml:space="preserve">Bölümümüz      öğretim elemanlarının    ders      </w:t>
            </w:r>
            <w:proofErr w:type="gramStart"/>
            <w:r w:rsidRPr="00571BA6">
              <w:rPr>
                <w:rFonts w:cs="Arial"/>
                <w:color w:val="000000"/>
                <w:sz w:val="20"/>
                <w:szCs w:val="20"/>
                <w:lang w:val="tr-TR"/>
              </w:rPr>
              <w:t>saatleri  dışındaki</w:t>
            </w:r>
            <w:proofErr w:type="gramEnd"/>
            <w:r w:rsidRPr="00571BA6">
              <w:rPr>
                <w:rFonts w:cs="Arial"/>
                <w:color w:val="000000"/>
                <w:sz w:val="20"/>
                <w:szCs w:val="20"/>
                <w:lang w:val="tr-TR"/>
              </w:rPr>
              <w:t xml:space="preserve"> ulaşılabilirliğini nasıl değerlendiriyorsunuz?</w:t>
            </w:r>
          </w:p>
        </w:tc>
        <w:tc>
          <w:tcPr>
            <w:tcW w:w="661" w:type="dxa"/>
            <w:shd w:val="clear" w:color="auto" w:fill="F9FAFB"/>
            <w:tcMar>
              <w:top w:w="100" w:type="dxa"/>
              <w:left w:w="150" w:type="dxa"/>
              <w:bottom w:w="100" w:type="dxa"/>
              <w:right w:w="150" w:type="dxa"/>
            </w:tcMar>
          </w:tcPr>
          <w:p w14:paraId="4C285180"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4.00</w:t>
            </w:r>
          </w:p>
        </w:tc>
        <w:tc>
          <w:tcPr>
            <w:tcW w:w="650" w:type="dxa"/>
            <w:shd w:val="clear" w:color="auto" w:fill="F9FAFB"/>
            <w:tcMar>
              <w:top w:w="100" w:type="dxa"/>
              <w:left w:w="150" w:type="dxa"/>
              <w:bottom w:w="100" w:type="dxa"/>
              <w:right w:w="150" w:type="dxa"/>
            </w:tcMar>
          </w:tcPr>
          <w:p w14:paraId="41CB787C"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0.94</w:t>
            </w:r>
          </w:p>
        </w:tc>
        <w:tc>
          <w:tcPr>
            <w:tcW w:w="956" w:type="dxa"/>
            <w:shd w:val="clear" w:color="auto" w:fill="F9FAFB"/>
            <w:tcMar>
              <w:top w:w="100" w:type="dxa"/>
              <w:left w:w="150" w:type="dxa"/>
              <w:bottom w:w="100" w:type="dxa"/>
              <w:right w:w="150" w:type="dxa"/>
            </w:tcMar>
          </w:tcPr>
          <w:p w14:paraId="35DA16D9"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%74.1</w:t>
            </w:r>
            <w:proofErr w:type="gramEnd"/>
          </w:p>
        </w:tc>
        <w:tc>
          <w:tcPr>
            <w:tcW w:w="1056" w:type="dxa"/>
            <w:shd w:val="clear" w:color="auto" w:fill="F9FAFB"/>
            <w:tcMar>
              <w:top w:w="100" w:type="dxa"/>
              <w:left w:w="150" w:type="dxa"/>
              <w:bottom w:w="100" w:type="dxa"/>
              <w:right w:w="150" w:type="dxa"/>
            </w:tcMar>
          </w:tcPr>
          <w:p w14:paraId="0AAB4898"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%20.5</w:t>
            </w:r>
            <w:proofErr w:type="gramEnd"/>
          </w:p>
        </w:tc>
        <w:tc>
          <w:tcPr>
            <w:tcW w:w="1067" w:type="dxa"/>
            <w:shd w:val="clear" w:color="auto" w:fill="F9FAFB"/>
            <w:tcMar>
              <w:top w:w="100" w:type="dxa"/>
              <w:left w:w="150" w:type="dxa"/>
              <w:bottom w:w="100" w:type="dxa"/>
              <w:right w:w="150" w:type="dxa"/>
            </w:tcMar>
          </w:tcPr>
          <w:p w14:paraId="680CA6D0"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%5.5</w:t>
            </w:r>
            <w:proofErr w:type="gramEnd"/>
          </w:p>
        </w:tc>
      </w:tr>
      <w:tr w:rsidR="005B48AD" w:rsidRPr="00571BA6" w14:paraId="598EB3F0" w14:textId="77777777" w:rsidTr="005B48AD">
        <w:trPr>
          <w:trHeight w:val="1701"/>
          <w:jc w:val="center"/>
        </w:trPr>
        <w:tc>
          <w:tcPr>
            <w:tcW w:w="712" w:type="dxa"/>
            <w:shd w:val="clear" w:color="auto" w:fill="FFFFFF"/>
            <w:tcMar>
              <w:top w:w="100" w:type="dxa"/>
              <w:left w:w="150" w:type="dxa"/>
              <w:bottom w:w="100" w:type="dxa"/>
              <w:right w:w="150" w:type="dxa"/>
            </w:tcMar>
          </w:tcPr>
          <w:p w14:paraId="69CC749E"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S33</w:t>
            </w:r>
          </w:p>
        </w:tc>
        <w:tc>
          <w:tcPr>
            <w:tcW w:w="3374" w:type="dxa"/>
            <w:shd w:val="clear" w:color="auto" w:fill="FFFFFF"/>
            <w:tcMar>
              <w:top w:w="100" w:type="dxa"/>
              <w:left w:w="150" w:type="dxa"/>
              <w:bottom w:w="100" w:type="dxa"/>
              <w:right w:w="150" w:type="dxa"/>
            </w:tcMar>
            <w:vAlign w:val="center"/>
          </w:tcPr>
          <w:p w14:paraId="63A2B43A" w14:textId="1AD4F2D3"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Belirli ihtiyaçlara yönelik bir sistem veya süreci matematiksel modelleyebilme becerinizi nasıl değerlendiriyorsunuz?</w:t>
            </w:r>
          </w:p>
        </w:tc>
        <w:tc>
          <w:tcPr>
            <w:tcW w:w="661" w:type="dxa"/>
            <w:shd w:val="clear" w:color="auto" w:fill="FFFFFF"/>
            <w:tcMar>
              <w:top w:w="100" w:type="dxa"/>
              <w:left w:w="150" w:type="dxa"/>
              <w:bottom w:w="100" w:type="dxa"/>
              <w:right w:w="150" w:type="dxa"/>
            </w:tcMar>
          </w:tcPr>
          <w:p w14:paraId="73E9054F"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3.50</w:t>
            </w:r>
          </w:p>
        </w:tc>
        <w:tc>
          <w:tcPr>
            <w:tcW w:w="650" w:type="dxa"/>
            <w:shd w:val="clear" w:color="auto" w:fill="FFFFFF"/>
            <w:tcMar>
              <w:top w:w="100" w:type="dxa"/>
              <w:left w:w="150" w:type="dxa"/>
              <w:bottom w:w="100" w:type="dxa"/>
              <w:right w:w="150" w:type="dxa"/>
            </w:tcMar>
          </w:tcPr>
          <w:p w14:paraId="4D7DABA6"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1.01</w:t>
            </w:r>
          </w:p>
        </w:tc>
        <w:tc>
          <w:tcPr>
            <w:tcW w:w="956" w:type="dxa"/>
            <w:shd w:val="clear" w:color="auto" w:fill="FFFFFF"/>
            <w:tcMar>
              <w:top w:w="100" w:type="dxa"/>
              <w:left w:w="150" w:type="dxa"/>
              <w:bottom w:w="100" w:type="dxa"/>
              <w:right w:w="150" w:type="dxa"/>
            </w:tcMar>
          </w:tcPr>
          <w:p w14:paraId="692ED432"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%50.4</w:t>
            </w:r>
            <w:proofErr w:type="gramEnd"/>
          </w:p>
        </w:tc>
        <w:tc>
          <w:tcPr>
            <w:tcW w:w="1056" w:type="dxa"/>
            <w:shd w:val="clear" w:color="auto" w:fill="FFFFFF"/>
            <w:tcMar>
              <w:top w:w="100" w:type="dxa"/>
              <w:left w:w="150" w:type="dxa"/>
              <w:bottom w:w="100" w:type="dxa"/>
              <w:right w:w="150" w:type="dxa"/>
            </w:tcMar>
          </w:tcPr>
          <w:p w14:paraId="448F7AA6"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%37.0</w:t>
            </w:r>
            <w:proofErr w:type="gramEnd"/>
          </w:p>
        </w:tc>
        <w:tc>
          <w:tcPr>
            <w:tcW w:w="1067" w:type="dxa"/>
            <w:shd w:val="clear" w:color="auto" w:fill="FFFFFF"/>
            <w:tcMar>
              <w:top w:w="100" w:type="dxa"/>
              <w:left w:w="150" w:type="dxa"/>
              <w:bottom w:w="100" w:type="dxa"/>
              <w:right w:w="150" w:type="dxa"/>
            </w:tcMar>
          </w:tcPr>
          <w:p w14:paraId="4F610F24"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%12.6</w:t>
            </w:r>
            <w:proofErr w:type="gramEnd"/>
          </w:p>
        </w:tc>
      </w:tr>
      <w:tr w:rsidR="005B48AD" w:rsidRPr="00571BA6" w14:paraId="0F070522" w14:textId="77777777" w:rsidTr="005B48AD">
        <w:trPr>
          <w:trHeight w:val="1701"/>
          <w:jc w:val="center"/>
        </w:trPr>
        <w:tc>
          <w:tcPr>
            <w:tcW w:w="712" w:type="dxa"/>
            <w:shd w:val="clear" w:color="auto" w:fill="F9FAFB"/>
            <w:tcMar>
              <w:top w:w="100" w:type="dxa"/>
              <w:left w:w="150" w:type="dxa"/>
              <w:bottom w:w="100" w:type="dxa"/>
              <w:right w:w="150" w:type="dxa"/>
            </w:tcMar>
          </w:tcPr>
          <w:p w14:paraId="5299F28D"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S34</w:t>
            </w:r>
          </w:p>
        </w:tc>
        <w:tc>
          <w:tcPr>
            <w:tcW w:w="3374" w:type="dxa"/>
            <w:shd w:val="clear" w:color="auto" w:fill="F9FAFB"/>
            <w:tcMar>
              <w:top w:w="100" w:type="dxa"/>
              <w:left w:w="150" w:type="dxa"/>
              <w:bottom w:w="100" w:type="dxa"/>
              <w:right w:w="150" w:type="dxa"/>
            </w:tcMar>
            <w:vAlign w:val="center"/>
          </w:tcPr>
          <w:p w14:paraId="76FAE86E" w14:textId="66E5709F"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 xml:space="preserve">Bölümümüzde   aldığınız            </w:t>
            </w:r>
            <w:proofErr w:type="gramStart"/>
            <w:r w:rsidRPr="00571BA6">
              <w:rPr>
                <w:rFonts w:cs="Arial"/>
                <w:color w:val="000000"/>
                <w:sz w:val="20"/>
                <w:szCs w:val="20"/>
                <w:lang w:val="tr-TR"/>
              </w:rPr>
              <w:t>eğitimi  uluslararası</w:t>
            </w:r>
            <w:proofErr w:type="gramEnd"/>
            <w:r w:rsidRPr="00571BA6">
              <w:rPr>
                <w:rFonts w:cs="Arial"/>
                <w:color w:val="000000"/>
                <w:sz w:val="20"/>
                <w:szCs w:val="20"/>
                <w:lang w:val="tr-TR"/>
              </w:rPr>
              <w:t xml:space="preserve">        düzeyde nasıl değerlendiriyorsunuz?</w:t>
            </w:r>
          </w:p>
        </w:tc>
        <w:tc>
          <w:tcPr>
            <w:tcW w:w="661" w:type="dxa"/>
            <w:shd w:val="clear" w:color="auto" w:fill="F9FAFB"/>
            <w:tcMar>
              <w:top w:w="100" w:type="dxa"/>
              <w:left w:w="150" w:type="dxa"/>
              <w:bottom w:w="100" w:type="dxa"/>
              <w:right w:w="150" w:type="dxa"/>
            </w:tcMar>
          </w:tcPr>
          <w:p w14:paraId="12B3C2AB"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3.13</w:t>
            </w:r>
          </w:p>
        </w:tc>
        <w:tc>
          <w:tcPr>
            <w:tcW w:w="650" w:type="dxa"/>
            <w:shd w:val="clear" w:color="auto" w:fill="F9FAFB"/>
            <w:tcMar>
              <w:top w:w="100" w:type="dxa"/>
              <w:left w:w="150" w:type="dxa"/>
              <w:bottom w:w="100" w:type="dxa"/>
              <w:right w:w="150" w:type="dxa"/>
            </w:tcMar>
          </w:tcPr>
          <w:p w14:paraId="153FD398"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1.20</w:t>
            </w:r>
          </w:p>
        </w:tc>
        <w:tc>
          <w:tcPr>
            <w:tcW w:w="956" w:type="dxa"/>
            <w:shd w:val="clear" w:color="auto" w:fill="F9FAFB"/>
            <w:tcMar>
              <w:top w:w="100" w:type="dxa"/>
              <w:left w:w="150" w:type="dxa"/>
              <w:bottom w:w="100" w:type="dxa"/>
              <w:right w:w="150" w:type="dxa"/>
            </w:tcMar>
          </w:tcPr>
          <w:p w14:paraId="4CA52DE8"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%38.6</w:t>
            </w:r>
            <w:proofErr w:type="gramEnd"/>
          </w:p>
        </w:tc>
        <w:tc>
          <w:tcPr>
            <w:tcW w:w="1056" w:type="dxa"/>
            <w:shd w:val="clear" w:color="auto" w:fill="F9FAFB"/>
            <w:tcMar>
              <w:top w:w="100" w:type="dxa"/>
              <w:left w:w="150" w:type="dxa"/>
              <w:bottom w:w="100" w:type="dxa"/>
              <w:right w:w="150" w:type="dxa"/>
            </w:tcMar>
          </w:tcPr>
          <w:p w14:paraId="77DF0641"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%33.9</w:t>
            </w:r>
            <w:proofErr w:type="gramEnd"/>
          </w:p>
        </w:tc>
        <w:tc>
          <w:tcPr>
            <w:tcW w:w="1067" w:type="dxa"/>
            <w:shd w:val="clear" w:color="auto" w:fill="F9FAFB"/>
            <w:tcMar>
              <w:top w:w="100" w:type="dxa"/>
              <w:left w:w="150" w:type="dxa"/>
              <w:bottom w:w="100" w:type="dxa"/>
              <w:right w:w="150" w:type="dxa"/>
            </w:tcMar>
          </w:tcPr>
          <w:p w14:paraId="41FFD7CF"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%27.5</w:t>
            </w:r>
            <w:proofErr w:type="gramEnd"/>
          </w:p>
        </w:tc>
      </w:tr>
      <w:tr w:rsidR="005B48AD" w:rsidRPr="00571BA6" w14:paraId="7D954ECA" w14:textId="77777777" w:rsidTr="005B48AD">
        <w:trPr>
          <w:trHeight w:val="1701"/>
          <w:jc w:val="center"/>
        </w:trPr>
        <w:tc>
          <w:tcPr>
            <w:tcW w:w="712" w:type="dxa"/>
            <w:shd w:val="clear" w:color="auto" w:fill="FFFFFF"/>
            <w:tcMar>
              <w:top w:w="100" w:type="dxa"/>
              <w:left w:w="150" w:type="dxa"/>
              <w:bottom w:w="100" w:type="dxa"/>
              <w:right w:w="150" w:type="dxa"/>
            </w:tcMar>
          </w:tcPr>
          <w:p w14:paraId="1B5C902B"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lastRenderedPageBreak/>
              <w:t>S35</w:t>
            </w:r>
          </w:p>
        </w:tc>
        <w:tc>
          <w:tcPr>
            <w:tcW w:w="3374" w:type="dxa"/>
            <w:shd w:val="clear" w:color="auto" w:fill="FFFFFF"/>
            <w:tcMar>
              <w:top w:w="100" w:type="dxa"/>
              <w:left w:w="150" w:type="dxa"/>
              <w:bottom w:w="100" w:type="dxa"/>
              <w:right w:w="150" w:type="dxa"/>
            </w:tcMar>
            <w:vAlign w:val="center"/>
          </w:tcPr>
          <w:p w14:paraId="4913788B" w14:textId="283020A7" w:rsidR="005B48AD" w:rsidRPr="00571BA6" w:rsidRDefault="005B48AD" w:rsidP="005B48AD">
            <w:pPr>
              <w:spacing w:line="360" w:lineRule="auto"/>
              <w:rPr>
                <w:rFonts w:ascii="Times New Roman" w:hAnsi="Times New Roman" w:cs="Times New Roman"/>
                <w:sz w:val="20"/>
                <w:szCs w:val="20"/>
                <w:lang w:val="tr-TR"/>
              </w:rPr>
            </w:pPr>
            <w:r w:rsidRPr="00571BA6">
              <w:rPr>
                <w:rFonts w:cs="Arial"/>
                <w:color w:val="000000"/>
                <w:sz w:val="20"/>
                <w:szCs w:val="20"/>
                <w:lang w:val="tr-TR"/>
              </w:rPr>
              <w:t>Bölümümüzde almakta olduğunuz eğitimi, bölümümüze girişteki beklentilerinize göre nasıl buluyorsunuz?</w:t>
            </w:r>
          </w:p>
        </w:tc>
        <w:tc>
          <w:tcPr>
            <w:tcW w:w="661" w:type="dxa"/>
            <w:shd w:val="clear" w:color="auto" w:fill="FFFFFF"/>
            <w:tcMar>
              <w:top w:w="100" w:type="dxa"/>
              <w:left w:w="150" w:type="dxa"/>
              <w:bottom w:w="100" w:type="dxa"/>
              <w:right w:w="150" w:type="dxa"/>
            </w:tcMar>
          </w:tcPr>
          <w:p w14:paraId="0B044BCF"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3.41</w:t>
            </w:r>
          </w:p>
        </w:tc>
        <w:tc>
          <w:tcPr>
            <w:tcW w:w="650" w:type="dxa"/>
            <w:shd w:val="clear" w:color="auto" w:fill="FFFFFF"/>
            <w:tcMar>
              <w:top w:w="100" w:type="dxa"/>
              <w:left w:w="150" w:type="dxa"/>
              <w:bottom w:w="100" w:type="dxa"/>
              <w:right w:w="150" w:type="dxa"/>
            </w:tcMar>
          </w:tcPr>
          <w:p w14:paraId="3EDCF979" w14:textId="77777777" w:rsidR="005B48AD" w:rsidRPr="00571BA6" w:rsidRDefault="005B48AD" w:rsidP="005B48AD">
            <w:pPr>
              <w:spacing w:line="360" w:lineRule="auto"/>
              <w:rPr>
                <w:rFonts w:ascii="Times New Roman" w:hAnsi="Times New Roman" w:cs="Times New Roman"/>
                <w:sz w:val="20"/>
                <w:szCs w:val="20"/>
                <w:lang w:val="tr-TR"/>
              </w:rPr>
            </w:pPr>
            <w:r w:rsidRPr="00571BA6">
              <w:rPr>
                <w:rFonts w:ascii="Times New Roman" w:hAnsi="Times New Roman" w:cs="Times New Roman"/>
                <w:sz w:val="20"/>
                <w:szCs w:val="20"/>
                <w:lang w:val="tr-TR"/>
              </w:rPr>
              <w:t>1.12</w:t>
            </w:r>
          </w:p>
        </w:tc>
        <w:tc>
          <w:tcPr>
            <w:tcW w:w="956" w:type="dxa"/>
            <w:shd w:val="clear" w:color="auto" w:fill="FFFFFF"/>
            <w:tcMar>
              <w:top w:w="100" w:type="dxa"/>
              <w:left w:w="150" w:type="dxa"/>
              <w:bottom w:w="100" w:type="dxa"/>
              <w:right w:w="150" w:type="dxa"/>
            </w:tcMar>
          </w:tcPr>
          <w:p w14:paraId="3E5B766B"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%50.4</w:t>
            </w:r>
            <w:proofErr w:type="gramEnd"/>
          </w:p>
        </w:tc>
        <w:tc>
          <w:tcPr>
            <w:tcW w:w="1056" w:type="dxa"/>
            <w:shd w:val="clear" w:color="auto" w:fill="FFFFFF"/>
            <w:tcMar>
              <w:top w:w="100" w:type="dxa"/>
              <w:left w:w="150" w:type="dxa"/>
              <w:bottom w:w="100" w:type="dxa"/>
              <w:right w:w="150" w:type="dxa"/>
            </w:tcMar>
          </w:tcPr>
          <w:p w14:paraId="55DAAA15"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%31.5</w:t>
            </w:r>
            <w:proofErr w:type="gramEnd"/>
          </w:p>
        </w:tc>
        <w:tc>
          <w:tcPr>
            <w:tcW w:w="1067" w:type="dxa"/>
            <w:shd w:val="clear" w:color="auto" w:fill="FFFFFF"/>
            <w:tcMar>
              <w:top w:w="100" w:type="dxa"/>
              <w:left w:w="150" w:type="dxa"/>
              <w:bottom w:w="100" w:type="dxa"/>
              <w:right w:w="150" w:type="dxa"/>
            </w:tcMar>
          </w:tcPr>
          <w:p w14:paraId="40BBBED9" w14:textId="77777777" w:rsidR="005B48AD" w:rsidRPr="00571BA6" w:rsidRDefault="005B48AD" w:rsidP="005B48AD">
            <w:pPr>
              <w:spacing w:line="360" w:lineRule="auto"/>
              <w:rPr>
                <w:rFonts w:ascii="Times New Roman" w:hAnsi="Times New Roman" w:cs="Times New Roman"/>
                <w:sz w:val="20"/>
                <w:szCs w:val="20"/>
                <w:lang w:val="tr-TR"/>
              </w:rPr>
            </w:pPr>
            <w:proofErr w:type="gramStart"/>
            <w:r w:rsidRPr="00571BA6">
              <w:rPr>
                <w:rFonts w:ascii="Times New Roman" w:hAnsi="Times New Roman" w:cs="Times New Roman"/>
                <w:sz w:val="20"/>
                <w:szCs w:val="20"/>
                <w:lang w:val="tr-TR"/>
              </w:rPr>
              <w:t>%18.1</w:t>
            </w:r>
            <w:proofErr w:type="gramEnd"/>
          </w:p>
        </w:tc>
      </w:tr>
    </w:tbl>
    <w:p w14:paraId="63FC91EB" w14:textId="1314C23B" w:rsidR="00571BA6" w:rsidRDefault="00571BA6" w:rsidP="005B48AD">
      <w:pPr>
        <w:spacing w:after="240" w:line="360" w:lineRule="auto"/>
        <w:rPr>
          <w:rFonts w:ascii="Times New Roman" w:hAnsi="Times New Roman" w:cs="Times New Roman"/>
          <w:sz w:val="24"/>
          <w:szCs w:val="24"/>
          <w:lang w:val="tr-TR"/>
        </w:rPr>
      </w:pPr>
    </w:p>
    <w:p w14:paraId="1E6C0A28" w14:textId="77777777" w:rsidR="00571BA6" w:rsidRDefault="00571BA6">
      <w:pPr>
        <w:rPr>
          <w:rFonts w:ascii="Times New Roman" w:hAnsi="Times New Roman" w:cs="Times New Roman"/>
          <w:sz w:val="24"/>
          <w:szCs w:val="24"/>
          <w:lang w:val="tr-TR"/>
        </w:rPr>
      </w:pPr>
      <w:r>
        <w:rPr>
          <w:rFonts w:ascii="Times New Roman" w:hAnsi="Times New Roman" w:cs="Times New Roman"/>
          <w:sz w:val="24"/>
          <w:szCs w:val="24"/>
          <w:lang w:val="tr-TR"/>
        </w:rPr>
        <w:br w:type="page"/>
      </w:r>
    </w:p>
    <w:p w14:paraId="7E5B63E8" w14:textId="77777777" w:rsidR="00523531" w:rsidRPr="00571BA6" w:rsidRDefault="00523531" w:rsidP="005B48AD">
      <w:pPr>
        <w:spacing w:after="240" w:line="360" w:lineRule="auto"/>
        <w:rPr>
          <w:rFonts w:ascii="Times New Roman" w:hAnsi="Times New Roman" w:cs="Times New Roman"/>
          <w:sz w:val="24"/>
          <w:szCs w:val="24"/>
          <w:lang w:val="tr-TR"/>
        </w:rPr>
      </w:pPr>
    </w:p>
    <w:p w14:paraId="6B76CBFF" w14:textId="77777777" w:rsidR="00523531" w:rsidRPr="00571BA6" w:rsidRDefault="000E0075" w:rsidP="005B48AD">
      <w:pPr>
        <w:pStyle w:val="Balk1"/>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6. MADDE BAZLI ANALİZ</w:t>
      </w:r>
    </w:p>
    <w:p w14:paraId="477CD77E" w14:textId="77777777" w:rsidR="00523531" w:rsidRPr="00571BA6" w:rsidRDefault="000E0075" w:rsidP="005B48AD">
      <w:pPr>
        <w:spacing w:after="24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Bu bölümde, anket yer alan 35 maddenin her biri ayrı ayrı ele alınmış; grafiksel pasta dağılımları, tanımlayıcı istatistik tabloları (Ortalama, Standart Sapma, Medyan, Frekanslar) ve detaylı akademik yorumları sunulmuştur.</w:t>
      </w:r>
    </w:p>
    <w:p w14:paraId="1B63DF4F"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Soru 1: Bölümümüz dersliklerinin fiziksel donanımını nasıl buluyorsunuz?</w:t>
      </w:r>
    </w:p>
    <w:p w14:paraId="617A87B4" w14:textId="77777777" w:rsidR="00523531" w:rsidRPr="00571BA6" w:rsidRDefault="00523531" w:rsidP="005B48AD">
      <w:pPr>
        <w:spacing w:after="40" w:line="360" w:lineRule="auto"/>
        <w:rPr>
          <w:rFonts w:ascii="Times New Roman" w:hAnsi="Times New Roman" w:cs="Times New Roman"/>
          <w:sz w:val="24"/>
          <w:szCs w:val="24"/>
          <w:lang w:val="tr-TR"/>
        </w:rPr>
      </w:pPr>
    </w:p>
    <w:p w14:paraId="34B4F276"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7AD58EB4" wp14:editId="6DD07D75">
            <wp:extent cx="3474720" cy="265342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6"/>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76D3FAEA" w14:textId="77777777">
        <w:trPr>
          <w:jc w:val="center"/>
        </w:trPr>
        <w:tc>
          <w:tcPr>
            <w:tcW w:w="1560" w:type="dxa"/>
            <w:shd w:val="clear" w:color="auto" w:fill="2B547E"/>
            <w:tcMar>
              <w:top w:w="100" w:type="dxa"/>
              <w:left w:w="150" w:type="dxa"/>
              <w:bottom w:w="100" w:type="dxa"/>
              <w:right w:w="150" w:type="dxa"/>
            </w:tcMar>
          </w:tcPr>
          <w:p w14:paraId="1CC66C3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033146AE"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1471418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57EA9F7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5EF5AD5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1208CE0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074AD24B" w14:textId="77777777">
        <w:trPr>
          <w:jc w:val="center"/>
        </w:trPr>
        <w:tc>
          <w:tcPr>
            <w:tcW w:w="1560" w:type="dxa"/>
            <w:shd w:val="clear" w:color="auto" w:fill="F2F4F7"/>
            <w:tcMar>
              <w:top w:w="100" w:type="dxa"/>
              <w:left w:w="150" w:type="dxa"/>
              <w:bottom w:w="100" w:type="dxa"/>
              <w:right w:w="150" w:type="dxa"/>
            </w:tcMar>
          </w:tcPr>
          <w:p w14:paraId="3D4DDB3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3.41</w:t>
            </w:r>
          </w:p>
        </w:tc>
        <w:tc>
          <w:tcPr>
            <w:tcW w:w="1560" w:type="dxa"/>
            <w:shd w:val="clear" w:color="auto" w:fill="F2F4F7"/>
            <w:tcMar>
              <w:top w:w="100" w:type="dxa"/>
              <w:left w:w="150" w:type="dxa"/>
              <w:bottom w:w="100" w:type="dxa"/>
              <w:right w:w="150" w:type="dxa"/>
            </w:tcMar>
          </w:tcPr>
          <w:p w14:paraId="6EDECE2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1.11</w:t>
            </w:r>
          </w:p>
        </w:tc>
        <w:tc>
          <w:tcPr>
            <w:tcW w:w="1560" w:type="dxa"/>
            <w:shd w:val="clear" w:color="auto" w:fill="F2F4F7"/>
            <w:tcMar>
              <w:top w:w="100" w:type="dxa"/>
              <w:left w:w="150" w:type="dxa"/>
              <w:bottom w:w="100" w:type="dxa"/>
              <w:right w:w="150" w:type="dxa"/>
            </w:tcMar>
          </w:tcPr>
          <w:p w14:paraId="74968DF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4ED1561C"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%50.3</w:t>
            </w:r>
            <w:proofErr w:type="gramEnd"/>
          </w:p>
        </w:tc>
        <w:tc>
          <w:tcPr>
            <w:tcW w:w="1560" w:type="dxa"/>
            <w:shd w:val="clear" w:color="auto" w:fill="F2F4F7"/>
            <w:tcMar>
              <w:top w:w="100" w:type="dxa"/>
              <w:left w:w="150" w:type="dxa"/>
              <w:bottom w:w="100" w:type="dxa"/>
              <w:right w:w="150" w:type="dxa"/>
            </w:tcMar>
          </w:tcPr>
          <w:p w14:paraId="4FE1431E"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%32.3</w:t>
            </w:r>
            <w:proofErr w:type="gramEnd"/>
          </w:p>
        </w:tc>
        <w:tc>
          <w:tcPr>
            <w:tcW w:w="1560" w:type="dxa"/>
            <w:shd w:val="clear" w:color="auto" w:fill="F2F4F7"/>
            <w:tcMar>
              <w:top w:w="100" w:type="dxa"/>
              <w:left w:w="150" w:type="dxa"/>
              <w:bottom w:w="100" w:type="dxa"/>
              <w:right w:w="150" w:type="dxa"/>
            </w:tcMar>
          </w:tcPr>
          <w:p w14:paraId="0FD8B2A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%17.3</w:t>
            </w:r>
            <w:proofErr w:type="gramEnd"/>
          </w:p>
        </w:tc>
      </w:tr>
      <w:tr w:rsidR="00523531" w:rsidRPr="00571BA6" w14:paraId="6B74C47A" w14:textId="77777777">
        <w:trPr>
          <w:jc w:val="center"/>
        </w:trPr>
        <w:tc>
          <w:tcPr>
            <w:tcW w:w="1560" w:type="dxa"/>
            <w:shd w:val="clear" w:color="auto" w:fill="FFFFFF"/>
            <w:tcMar>
              <w:top w:w="100" w:type="dxa"/>
              <w:left w:w="150" w:type="dxa"/>
              <w:bottom w:w="100" w:type="dxa"/>
              <w:right w:w="150" w:type="dxa"/>
            </w:tcMar>
          </w:tcPr>
          <w:p w14:paraId="5C72330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f=10 (</w:t>
            </w:r>
            <w:proofErr w:type="gramStart"/>
            <w:r w:rsidRPr="00571BA6">
              <w:rPr>
                <w:rFonts w:ascii="Times New Roman" w:hAnsi="Times New Roman" w:cs="Times New Roman"/>
                <w:sz w:val="24"/>
                <w:szCs w:val="24"/>
                <w:lang w:val="tr-TR"/>
              </w:rPr>
              <w:t>%7.9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41B8A3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f=12 (</w:t>
            </w:r>
            <w:proofErr w:type="gramStart"/>
            <w:r w:rsidRPr="00571BA6">
              <w:rPr>
                <w:rFonts w:ascii="Times New Roman" w:hAnsi="Times New Roman" w:cs="Times New Roman"/>
                <w:sz w:val="24"/>
                <w:szCs w:val="24"/>
                <w:lang w:val="tr-TR"/>
              </w:rPr>
              <w:t>%9.4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F91A26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f=41 (</w:t>
            </w:r>
            <w:proofErr w:type="gramStart"/>
            <w:r w:rsidRPr="00571BA6">
              <w:rPr>
                <w:rFonts w:ascii="Times New Roman" w:hAnsi="Times New Roman" w:cs="Times New Roman"/>
                <w:sz w:val="24"/>
                <w:szCs w:val="24"/>
                <w:lang w:val="tr-TR"/>
              </w:rPr>
              <w:t>%32.3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10FA45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f=44 (</w:t>
            </w:r>
            <w:proofErr w:type="gramStart"/>
            <w:r w:rsidRPr="00571BA6">
              <w:rPr>
                <w:rFonts w:ascii="Times New Roman" w:hAnsi="Times New Roman" w:cs="Times New Roman"/>
                <w:sz w:val="24"/>
                <w:szCs w:val="24"/>
                <w:lang w:val="tr-TR"/>
              </w:rPr>
              <w:t>%34.6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02007B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f=20 (</w:t>
            </w:r>
            <w:proofErr w:type="gramStart"/>
            <w:r w:rsidRPr="00571BA6">
              <w:rPr>
                <w:rFonts w:ascii="Times New Roman" w:hAnsi="Times New Roman" w:cs="Times New Roman"/>
                <w:sz w:val="24"/>
                <w:szCs w:val="24"/>
                <w:lang w:val="tr-TR"/>
              </w:rPr>
              <w:t>%15.7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7D542E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79A2625F"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%50.3</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%32.3</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3.41</w:t>
      </w:r>
      <w:proofErr w:type="gramEnd"/>
      <w:r w:rsidRPr="00571BA6">
        <w:rPr>
          <w:rFonts w:ascii="Times New Roman" w:hAnsi="Times New Roman" w:cs="Times New Roman"/>
          <w:sz w:val="24"/>
          <w:szCs w:val="24"/>
          <w:lang w:val="tr-TR"/>
        </w:rPr>
        <w:t xml:space="preserve"> düzeyinde olması, genel olarak kabul edilebilir </w:t>
      </w:r>
      <w:r w:rsidRPr="00571BA6">
        <w:rPr>
          <w:rFonts w:ascii="Times New Roman" w:hAnsi="Times New Roman" w:cs="Times New Roman"/>
          <w:sz w:val="24"/>
          <w:szCs w:val="24"/>
          <w:lang w:val="tr-TR"/>
        </w:rPr>
        <w:lastRenderedPageBreak/>
        <w:t>bir memnuniyet seviyesine işaret etmekle birlikte orta düzeyde değerlendirme yapan öğrenci kitlesinin beklentilerini yükseltmeye yönelik küçük çaplı iyileştirmelerin faydalı olacağını göstermektedir.</w:t>
      </w:r>
    </w:p>
    <w:p w14:paraId="65A4BFA2"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Soru 2: Bölümümüz dersliklerinin öğrenci kapasitesini nasıl değerlendiriyorsunuz?</w:t>
      </w:r>
    </w:p>
    <w:p w14:paraId="7C58A40E" w14:textId="77777777" w:rsidR="00523531" w:rsidRPr="00571BA6" w:rsidRDefault="00523531" w:rsidP="005B48AD">
      <w:pPr>
        <w:spacing w:after="40" w:line="360" w:lineRule="auto"/>
        <w:rPr>
          <w:rFonts w:ascii="Times New Roman" w:hAnsi="Times New Roman" w:cs="Times New Roman"/>
          <w:sz w:val="24"/>
          <w:szCs w:val="24"/>
          <w:lang w:val="tr-TR"/>
        </w:rPr>
      </w:pPr>
    </w:p>
    <w:p w14:paraId="6F9AB71A"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7269EB42" wp14:editId="6473499F">
            <wp:extent cx="3474720" cy="265342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7"/>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63AF7AB1" w14:textId="77777777">
        <w:trPr>
          <w:jc w:val="center"/>
        </w:trPr>
        <w:tc>
          <w:tcPr>
            <w:tcW w:w="1560" w:type="dxa"/>
            <w:shd w:val="clear" w:color="auto" w:fill="2B547E"/>
            <w:tcMar>
              <w:top w:w="100" w:type="dxa"/>
              <w:left w:w="150" w:type="dxa"/>
              <w:bottom w:w="100" w:type="dxa"/>
              <w:right w:w="150" w:type="dxa"/>
            </w:tcMar>
          </w:tcPr>
          <w:p w14:paraId="1D6F50C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527A2D78"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342F2C4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10C1CDC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75FEF63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5137C5E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60FC0D30" w14:textId="77777777">
        <w:trPr>
          <w:jc w:val="center"/>
        </w:trPr>
        <w:tc>
          <w:tcPr>
            <w:tcW w:w="1560" w:type="dxa"/>
            <w:shd w:val="clear" w:color="auto" w:fill="F2F4F7"/>
            <w:tcMar>
              <w:top w:w="100" w:type="dxa"/>
              <w:left w:w="150" w:type="dxa"/>
              <w:bottom w:w="100" w:type="dxa"/>
              <w:right w:w="150" w:type="dxa"/>
            </w:tcMar>
          </w:tcPr>
          <w:p w14:paraId="5E02C15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3.47</w:t>
            </w:r>
          </w:p>
        </w:tc>
        <w:tc>
          <w:tcPr>
            <w:tcW w:w="1560" w:type="dxa"/>
            <w:shd w:val="clear" w:color="auto" w:fill="F2F4F7"/>
            <w:tcMar>
              <w:top w:w="100" w:type="dxa"/>
              <w:left w:w="150" w:type="dxa"/>
              <w:bottom w:w="100" w:type="dxa"/>
              <w:right w:w="150" w:type="dxa"/>
            </w:tcMar>
          </w:tcPr>
          <w:p w14:paraId="2AC0668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1.01</w:t>
            </w:r>
          </w:p>
        </w:tc>
        <w:tc>
          <w:tcPr>
            <w:tcW w:w="1560" w:type="dxa"/>
            <w:shd w:val="clear" w:color="auto" w:fill="F2F4F7"/>
            <w:tcMar>
              <w:top w:w="100" w:type="dxa"/>
              <w:left w:w="150" w:type="dxa"/>
              <w:bottom w:w="100" w:type="dxa"/>
              <w:right w:w="150" w:type="dxa"/>
            </w:tcMar>
          </w:tcPr>
          <w:p w14:paraId="3228F6F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68966F76"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%48.0</w:t>
            </w:r>
            <w:proofErr w:type="gramEnd"/>
          </w:p>
        </w:tc>
        <w:tc>
          <w:tcPr>
            <w:tcW w:w="1560" w:type="dxa"/>
            <w:shd w:val="clear" w:color="auto" w:fill="F2F4F7"/>
            <w:tcMar>
              <w:top w:w="100" w:type="dxa"/>
              <w:left w:w="150" w:type="dxa"/>
              <w:bottom w:w="100" w:type="dxa"/>
              <w:right w:w="150" w:type="dxa"/>
            </w:tcMar>
          </w:tcPr>
          <w:p w14:paraId="6E3F01FE"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%39.4</w:t>
            </w:r>
            <w:proofErr w:type="gramEnd"/>
          </w:p>
        </w:tc>
        <w:tc>
          <w:tcPr>
            <w:tcW w:w="1560" w:type="dxa"/>
            <w:shd w:val="clear" w:color="auto" w:fill="F2F4F7"/>
            <w:tcMar>
              <w:top w:w="100" w:type="dxa"/>
              <w:left w:w="150" w:type="dxa"/>
              <w:bottom w:w="100" w:type="dxa"/>
              <w:right w:w="150" w:type="dxa"/>
            </w:tcMar>
          </w:tcPr>
          <w:p w14:paraId="023C5E58"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%12.6</w:t>
            </w:r>
            <w:proofErr w:type="gramEnd"/>
          </w:p>
        </w:tc>
      </w:tr>
      <w:tr w:rsidR="00523531" w:rsidRPr="00571BA6" w14:paraId="0C392431" w14:textId="77777777">
        <w:trPr>
          <w:jc w:val="center"/>
        </w:trPr>
        <w:tc>
          <w:tcPr>
            <w:tcW w:w="1560" w:type="dxa"/>
            <w:shd w:val="clear" w:color="auto" w:fill="FFFFFF"/>
            <w:tcMar>
              <w:top w:w="100" w:type="dxa"/>
              <w:left w:w="150" w:type="dxa"/>
              <w:bottom w:w="100" w:type="dxa"/>
              <w:right w:w="150" w:type="dxa"/>
            </w:tcMar>
          </w:tcPr>
          <w:p w14:paraId="4092E59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f=6 (</w:t>
            </w:r>
            <w:proofErr w:type="gramStart"/>
            <w:r w:rsidRPr="00571BA6">
              <w:rPr>
                <w:rFonts w:ascii="Times New Roman" w:hAnsi="Times New Roman" w:cs="Times New Roman"/>
                <w:sz w:val="24"/>
                <w:szCs w:val="24"/>
                <w:lang w:val="tr-TR"/>
              </w:rPr>
              <w:t>%4.7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E7FE6E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f=10 (</w:t>
            </w:r>
            <w:proofErr w:type="gramStart"/>
            <w:r w:rsidRPr="00571BA6">
              <w:rPr>
                <w:rFonts w:ascii="Times New Roman" w:hAnsi="Times New Roman" w:cs="Times New Roman"/>
                <w:sz w:val="24"/>
                <w:szCs w:val="24"/>
                <w:lang w:val="tr-TR"/>
              </w:rPr>
              <w:t>%7.9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BCA9D4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t>f=50 (</w:t>
            </w:r>
            <w:proofErr w:type="gramStart"/>
            <w:r w:rsidRPr="00571BA6">
              <w:rPr>
                <w:rFonts w:ascii="Times New Roman" w:hAnsi="Times New Roman" w:cs="Times New Roman"/>
                <w:sz w:val="24"/>
                <w:szCs w:val="24"/>
                <w:lang w:val="tr-TR"/>
              </w:rPr>
              <w:t>%39.4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6FFEFA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f=40 (</w:t>
            </w:r>
            <w:proofErr w:type="gramStart"/>
            <w:r w:rsidRPr="00571BA6">
              <w:rPr>
                <w:rFonts w:ascii="Times New Roman" w:hAnsi="Times New Roman" w:cs="Times New Roman"/>
                <w:sz w:val="24"/>
                <w:szCs w:val="24"/>
                <w:lang w:val="tr-TR"/>
              </w:rPr>
              <w:t>%31.5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399AB1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f=21 (</w:t>
            </w:r>
            <w:proofErr w:type="gramStart"/>
            <w:r w:rsidRPr="00571BA6">
              <w:rPr>
                <w:rFonts w:ascii="Times New Roman" w:hAnsi="Times New Roman" w:cs="Times New Roman"/>
                <w:sz w:val="24"/>
                <w:szCs w:val="24"/>
                <w:lang w:val="tr-TR"/>
              </w:rPr>
              <w:t>%16.5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946626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072E366F"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%48.0</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%39.4</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3.47</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12EAF082"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3: Bölümümüzün bilgisayar laboratuvarlarını donanım açısından nasıl buluyorsunuz?</w:t>
      </w:r>
    </w:p>
    <w:p w14:paraId="5A1956D5" w14:textId="77777777" w:rsidR="00523531" w:rsidRPr="00571BA6" w:rsidRDefault="00523531" w:rsidP="005B48AD">
      <w:pPr>
        <w:spacing w:after="40" w:line="360" w:lineRule="auto"/>
        <w:rPr>
          <w:rFonts w:ascii="Times New Roman" w:hAnsi="Times New Roman" w:cs="Times New Roman"/>
          <w:sz w:val="24"/>
          <w:szCs w:val="24"/>
          <w:lang w:val="tr-TR"/>
        </w:rPr>
      </w:pPr>
    </w:p>
    <w:p w14:paraId="19251EA5"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35DC4256" wp14:editId="5DE9B475">
            <wp:extent cx="3474720" cy="265342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3A60F2DB" w14:textId="77777777">
        <w:trPr>
          <w:jc w:val="center"/>
        </w:trPr>
        <w:tc>
          <w:tcPr>
            <w:tcW w:w="1560" w:type="dxa"/>
            <w:shd w:val="clear" w:color="auto" w:fill="2B547E"/>
            <w:tcMar>
              <w:top w:w="100" w:type="dxa"/>
              <w:left w:w="150" w:type="dxa"/>
              <w:bottom w:w="100" w:type="dxa"/>
              <w:right w:w="150" w:type="dxa"/>
            </w:tcMar>
          </w:tcPr>
          <w:p w14:paraId="40155DA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0EB7CFD4"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3CACB5E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48CB607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3D40B79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76D0913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1E857DF9" w14:textId="77777777">
        <w:trPr>
          <w:jc w:val="center"/>
        </w:trPr>
        <w:tc>
          <w:tcPr>
            <w:tcW w:w="1560" w:type="dxa"/>
            <w:shd w:val="clear" w:color="auto" w:fill="F2F4F7"/>
            <w:tcMar>
              <w:top w:w="100" w:type="dxa"/>
              <w:left w:w="150" w:type="dxa"/>
              <w:bottom w:w="100" w:type="dxa"/>
              <w:right w:w="150" w:type="dxa"/>
            </w:tcMar>
          </w:tcPr>
          <w:p w14:paraId="345194C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2.37</w:t>
            </w:r>
          </w:p>
        </w:tc>
        <w:tc>
          <w:tcPr>
            <w:tcW w:w="1560" w:type="dxa"/>
            <w:shd w:val="clear" w:color="auto" w:fill="F2F4F7"/>
            <w:tcMar>
              <w:top w:w="100" w:type="dxa"/>
              <w:left w:w="150" w:type="dxa"/>
              <w:bottom w:w="100" w:type="dxa"/>
              <w:right w:w="150" w:type="dxa"/>
            </w:tcMar>
          </w:tcPr>
          <w:p w14:paraId="38C63CC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1.28</w:t>
            </w:r>
          </w:p>
        </w:tc>
        <w:tc>
          <w:tcPr>
            <w:tcW w:w="1560" w:type="dxa"/>
            <w:shd w:val="clear" w:color="auto" w:fill="F2F4F7"/>
            <w:tcMar>
              <w:top w:w="100" w:type="dxa"/>
              <w:left w:w="150" w:type="dxa"/>
              <w:bottom w:w="100" w:type="dxa"/>
              <w:right w:w="150" w:type="dxa"/>
            </w:tcMar>
          </w:tcPr>
          <w:p w14:paraId="2815D8D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2.0</w:t>
            </w:r>
          </w:p>
        </w:tc>
        <w:tc>
          <w:tcPr>
            <w:tcW w:w="1560" w:type="dxa"/>
            <w:shd w:val="clear" w:color="auto" w:fill="F2F4F7"/>
            <w:tcMar>
              <w:top w:w="100" w:type="dxa"/>
              <w:left w:w="150" w:type="dxa"/>
              <w:bottom w:w="100" w:type="dxa"/>
              <w:right w:w="150" w:type="dxa"/>
            </w:tcMar>
          </w:tcPr>
          <w:p w14:paraId="692C54F8"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%18.9</w:t>
            </w:r>
            <w:proofErr w:type="gramEnd"/>
          </w:p>
        </w:tc>
        <w:tc>
          <w:tcPr>
            <w:tcW w:w="1560" w:type="dxa"/>
            <w:shd w:val="clear" w:color="auto" w:fill="F2F4F7"/>
            <w:tcMar>
              <w:top w:w="100" w:type="dxa"/>
              <w:left w:w="150" w:type="dxa"/>
              <w:bottom w:w="100" w:type="dxa"/>
              <w:right w:w="150" w:type="dxa"/>
            </w:tcMar>
          </w:tcPr>
          <w:p w14:paraId="64C49604"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%23.6</w:t>
            </w:r>
            <w:proofErr w:type="gramEnd"/>
          </w:p>
        </w:tc>
        <w:tc>
          <w:tcPr>
            <w:tcW w:w="1560" w:type="dxa"/>
            <w:shd w:val="clear" w:color="auto" w:fill="F2F4F7"/>
            <w:tcMar>
              <w:top w:w="100" w:type="dxa"/>
              <w:left w:w="150" w:type="dxa"/>
              <w:bottom w:w="100" w:type="dxa"/>
              <w:right w:w="150" w:type="dxa"/>
            </w:tcMar>
          </w:tcPr>
          <w:p w14:paraId="64BC152E"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%57.5</w:t>
            </w:r>
            <w:proofErr w:type="gramEnd"/>
          </w:p>
        </w:tc>
      </w:tr>
      <w:tr w:rsidR="00523531" w:rsidRPr="00571BA6" w14:paraId="5E3DF400" w14:textId="77777777">
        <w:trPr>
          <w:jc w:val="center"/>
        </w:trPr>
        <w:tc>
          <w:tcPr>
            <w:tcW w:w="1560" w:type="dxa"/>
            <w:shd w:val="clear" w:color="auto" w:fill="FFFFFF"/>
            <w:tcMar>
              <w:top w:w="100" w:type="dxa"/>
              <w:left w:w="150" w:type="dxa"/>
              <w:bottom w:w="100" w:type="dxa"/>
              <w:right w:w="150" w:type="dxa"/>
            </w:tcMar>
          </w:tcPr>
          <w:p w14:paraId="023E816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f=42 (</w:t>
            </w:r>
            <w:proofErr w:type="gramStart"/>
            <w:r w:rsidRPr="00571BA6">
              <w:rPr>
                <w:rFonts w:ascii="Times New Roman" w:hAnsi="Times New Roman" w:cs="Times New Roman"/>
                <w:sz w:val="24"/>
                <w:szCs w:val="24"/>
                <w:lang w:val="tr-TR"/>
              </w:rPr>
              <w:t>%33.1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2F69B3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f=31 (</w:t>
            </w:r>
            <w:proofErr w:type="gramStart"/>
            <w:r w:rsidRPr="00571BA6">
              <w:rPr>
                <w:rFonts w:ascii="Times New Roman" w:hAnsi="Times New Roman" w:cs="Times New Roman"/>
                <w:sz w:val="24"/>
                <w:szCs w:val="24"/>
                <w:lang w:val="tr-TR"/>
              </w:rPr>
              <w:t>%24.4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9AC73A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f=30 (</w:t>
            </w:r>
            <w:proofErr w:type="gramStart"/>
            <w:r w:rsidRPr="00571BA6">
              <w:rPr>
                <w:rFonts w:ascii="Times New Roman" w:hAnsi="Times New Roman" w:cs="Times New Roman"/>
                <w:sz w:val="24"/>
                <w:szCs w:val="24"/>
                <w:lang w:val="tr-TR"/>
              </w:rPr>
              <w:t>%23.6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7DEB2A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f=13 (</w:t>
            </w:r>
            <w:proofErr w:type="gramStart"/>
            <w:r w:rsidRPr="00571BA6">
              <w:rPr>
                <w:rFonts w:ascii="Times New Roman" w:hAnsi="Times New Roman" w:cs="Times New Roman"/>
                <w:sz w:val="24"/>
                <w:szCs w:val="24"/>
                <w:lang w:val="tr-TR"/>
              </w:rPr>
              <w:t>%10.2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5778AD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f=11 (</w:t>
            </w:r>
            <w:proofErr w:type="gramStart"/>
            <w:r w:rsidRPr="00571BA6">
              <w:rPr>
                <w:rFonts w:ascii="Times New Roman" w:hAnsi="Times New Roman" w:cs="Times New Roman"/>
                <w:sz w:val="24"/>
                <w:szCs w:val="24"/>
                <w:lang w:val="tr-TR"/>
              </w:rPr>
              <w:t>%8.7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616A82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09C68C61"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%57.5</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2.37</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565C6129"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210419B1"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4: Bölümümüzün bilgisayar laboratuvarlarını yazılım açısından nasıl buluyorsunuz?</w:t>
      </w:r>
    </w:p>
    <w:p w14:paraId="355A5479" w14:textId="77777777" w:rsidR="00523531" w:rsidRPr="00571BA6" w:rsidRDefault="00523531" w:rsidP="005B48AD">
      <w:pPr>
        <w:spacing w:after="40" w:line="360" w:lineRule="auto"/>
        <w:rPr>
          <w:rFonts w:ascii="Times New Roman" w:hAnsi="Times New Roman" w:cs="Times New Roman"/>
          <w:sz w:val="24"/>
          <w:szCs w:val="24"/>
          <w:lang w:val="tr-TR"/>
        </w:rPr>
      </w:pPr>
    </w:p>
    <w:p w14:paraId="65677022"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69BCD6D3" wp14:editId="0C8A5331">
            <wp:extent cx="3474720" cy="265342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66117036" w14:textId="77777777">
        <w:trPr>
          <w:jc w:val="center"/>
        </w:trPr>
        <w:tc>
          <w:tcPr>
            <w:tcW w:w="1560" w:type="dxa"/>
            <w:shd w:val="clear" w:color="auto" w:fill="2B547E"/>
            <w:tcMar>
              <w:top w:w="100" w:type="dxa"/>
              <w:left w:w="150" w:type="dxa"/>
              <w:bottom w:w="100" w:type="dxa"/>
              <w:right w:w="150" w:type="dxa"/>
            </w:tcMar>
          </w:tcPr>
          <w:p w14:paraId="4C45C1C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2B290CE6"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60E0A03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246EE42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4D32756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23CF62E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17E22A1D" w14:textId="77777777">
        <w:trPr>
          <w:jc w:val="center"/>
        </w:trPr>
        <w:tc>
          <w:tcPr>
            <w:tcW w:w="1560" w:type="dxa"/>
            <w:shd w:val="clear" w:color="auto" w:fill="F2F4F7"/>
            <w:tcMar>
              <w:top w:w="100" w:type="dxa"/>
              <w:left w:w="150" w:type="dxa"/>
              <w:bottom w:w="100" w:type="dxa"/>
              <w:right w:w="150" w:type="dxa"/>
            </w:tcMar>
          </w:tcPr>
          <w:p w14:paraId="460AA7F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2.39</w:t>
            </w:r>
          </w:p>
        </w:tc>
        <w:tc>
          <w:tcPr>
            <w:tcW w:w="1560" w:type="dxa"/>
            <w:shd w:val="clear" w:color="auto" w:fill="F2F4F7"/>
            <w:tcMar>
              <w:top w:w="100" w:type="dxa"/>
              <w:left w:w="150" w:type="dxa"/>
              <w:bottom w:w="100" w:type="dxa"/>
              <w:right w:w="150" w:type="dxa"/>
            </w:tcMar>
          </w:tcPr>
          <w:p w14:paraId="21DAEBE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1.28</w:t>
            </w:r>
          </w:p>
        </w:tc>
        <w:tc>
          <w:tcPr>
            <w:tcW w:w="1560" w:type="dxa"/>
            <w:shd w:val="clear" w:color="auto" w:fill="F2F4F7"/>
            <w:tcMar>
              <w:top w:w="100" w:type="dxa"/>
              <w:left w:w="150" w:type="dxa"/>
              <w:bottom w:w="100" w:type="dxa"/>
              <w:right w:w="150" w:type="dxa"/>
            </w:tcMar>
          </w:tcPr>
          <w:p w14:paraId="6699AF3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2.0</w:t>
            </w:r>
          </w:p>
        </w:tc>
        <w:tc>
          <w:tcPr>
            <w:tcW w:w="1560" w:type="dxa"/>
            <w:shd w:val="clear" w:color="auto" w:fill="F2F4F7"/>
            <w:tcMar>
              <w:top w:w="100" w:type="dxa"/>
              <w:left w:w="150" w:type="dxa"/>
              <w:bottom w:w="100" w:type="dxa"/>
              <w:right w:w="150" w:type="dxa"/>
            </w:tcMar>
          </w:tcPr>
          <w:p w14:paraId="30E40C87"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%19.7</w:t>
            </w:r>
            <w:proofErr w:type="gramEnd"/>
          </w:p>
        </w:tc>
        <w:tc>
          <w:tcPr>
            <w:tcW w:w="1560" w:type="dxa"/>
            <w:shd w:val="clear" w:color="auto" w:fill="F2F4F7"/>
            <w:tcMar>
              <w:top w:w="100" w:type="dxa"/>
              <w:left w:w="150" w:type="dxa"/>
              <w:bottom w:w="100" w:type="dxa"/>
              <w:right w:w="150" w:type="dxa"/>
            </w:tcMar>
          </w:tcPr>
          <w:p w14:paraId="37C16352"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%23.6</w:t>
            </w:r>
            <w:proofErr w:type="gramEnd"/>
          </w:p>
        </w:tc>
        <w:tc>
          <w:tcPr>
            <w:tcW w:w="1560" w:type="dxa"/>
            <w:shd w:val="clear" w:color="auto" w:fill="F2F4F7"/>
            <w:tcMar>
              <w:top w:w="100" w:type="dxa"/>
              <w:left w:w="150" w:type="dxa"/>
              <w:bottom w:w="100" w:type="dxa"/>
              <w:right w:w="150" w:type="dxa"/>
            </w:tcMar>
          </w:tcPr>
          <w:p w14:paraId="110C172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%56.7</w:t>
            </w:r>
            <w:proofErr w:type="gramEnd"/>
          </w:p>
        </w:tc>
      </w:tr>
      <w:tr w:rsidR="00523531" w:rsidRPr="00571BA6" w14:paraId="3D671C7B" w14:textId="77777777">
        <w:trPr>
          <w:jc w:val="center"/>
        </w:trPr>
        <w:tc>
          <w:tcPr>
            <w:tcW w:w="1560" w:type="dxa"/>
            <w:shd w:val="clear" w:color="auto" w:fill="FFFFFF"/>
            <w:tcMar>
              <w:top w:w="100" w:type="dxa"/>
              <w:left w:w="150" w:type="dxa"/>
              <w:bottom w:w="100" w:type="dxa"/>
              <w:right w:w="150" w:type="dxa"/>
            </w:tcMar>
          </w:tcPr>
          <w:p w14:paraId="5A764B5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f=41 (</w:t>
            </w:r>
            <w:proofErr w:type="gramStart"/>
            <w:r w:rsidRPr="00571BA6">
              <w:rPr>
                <w:rFonts w:ascii="Times New Roman" w:hAnsi="Times New Roman" w:cs="Times New Roman"/>
                <w:sz w:val="24"/>
                <w:szCs w:val="24"/>
                <w:lang w:val="tr-TR"/>
              </w:rPr>
              <w:t>%32.3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7341F6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f=31 (</w:t>
            </w:r>
            <w:proofErr w:type="gramStart"/>
            <w:r w:rsidRPr="00571BA6">
              <w:rPr>
                <w:rFonts w:ascii="Times New Roman" w:hAnsi="Times New Roman" w:cs="Times New Roman"/>
                <w:sz w:val="24"/>
                <w:szCs w:val="24"/>
                <w:lang w:val="tr-TR"/>
              </w:rPr>
              <w:t>%24.4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5A6202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f=30 (</w:t>
            </w:r>
            <w:proofErr w:type="gramStart"/>
            <w:r w:rsidRPr="00571BA6">
              <w:rPr>
                <w:rFonts w:ascii="Times New Roman" w:hAnsi="Times New Roman" w:cs="Times New Roman"/>
                <w:sz w:val="24"/>
                <w:szCs w:val="24"/>
                <w:lang w:val="tr-TR"/>
              </w:rPr>
              <w:t>%23.6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12CD25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f=14 (</w:t>
            </w:r>
            <w:proofErr w:type="gramStart"/>
            <w:r w:rsidRPr="00571BA6">
              <w:rPr>
                <w:rFonts w:ascii="Times New Roman" w:hAnsi="Times New Roman" w:cs="Times New Roman"/>
                <w:sz w:val="24"/>
                <w:szCs w:val="24"/>
                <w:lang w:val="tr-TR"/>
              </w:rPr>
              <w:t>%11.0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F8EEAD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f=11 (</w:t>
            </w:r>
            <w:proofErr w:type="gramStart"/>
            <w:r w:rsidRPr="00571BA6">
              <w:rPr>
                <w:rFonts w:ascii="Times New Roman" w:hAnsi="Times New Roman" w:cs="Times New Roman"/>
                <w:sz w:val="24"/>
                <w:szCs w:val="24"/>
                <w:lang w:val="tr-TR"/>
              </w:rPr>
              <w:t>%8.7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8D4F92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37BC6B92"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%56.7</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2.39</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2618F3C1"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527789C5"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5: Bölümümüzün bilgisayar laboratuvarlarını internet hızı açısından nasıl buluyorsunuz?</w:t>
      </w:r>
    </w:p>
    <w:p w14:paraId="4EED1A37" w14:textId="77777777" w:rsidR="00523531" w:rsidRPr="00571BA6" w:rsidRDefault="00523531" w:rsidP="005B48AD">
      <w:pPr>
        <w:spacing w:after="40" w:line="360" w:lineRule="auto"/>
        <w:rPr>
          <w:rFonts w:ascii="Times New Roman" w:hAnsi="Times New Roman" w:cs="Times New Roman"/>
          <w:sz w:val="24"/>
          <w:szCs w:val="24"/>
          <w:lang w:val="tr-TR"/>
        </w:rPr>
      </w:pPr>
    </w:p>
    <w:p w14:paraId="79138D0A"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31A63FEA" wp14:editId="51EEC7ED">
            <wp:extent cx="3474720" cy="265342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0"/>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45BB6F9A" w14:textId="77777777">
        <w:trPr>
          <w:jc w:val="center"/>
        </w:trPr>
        <w:tc>
          <w:tcPr>
            <w:tcW w:w="1560" w:type="dxa"/>
            <w:shd w:val="clear" w:color="auto" w:fill="2B547E"/>
            <w:tcMar>
              <w:top w:w="100" w:type="dxa"/>
              <w:left w:w="150" w:type="dxa"/>
              <w:bottom w:w="100" w:type="dxa"/>
              <w:right w:w="150" w:type="dxa"/>
            </w:tcMar>
          </w:tcPr>
          <w:p w14:paraId="7E16A96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466D9621"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7525555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3448C7C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6724BB7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07398BF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76B3CFBD" w14:textId="77777777">
        <w:trPr>
          <w:jc w:val="center"/>
        </w:trPr>
        <w:tc>
          <w:tcPr>
            <w:tcW w:w="1560" w:type="dxa"/>
            <w:shd w:val="clear" w:color="auto" w:fill="F2F4F7"/>
            <w:tcMar>
              <w:top w:w="100" w:type="dxa"/>
              <w:left w:w="150" w:type="dxa"/>
              <w:bottom w:w="100" w:type="dxa"/>
              <w:right w:w="150" w:type="dxa"/>
            </w:tcMar>
          </w:tcPr>
          <w:p w14:paraId="42B53DD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2.52</w:t>
            </w:r>
          </w:p>
        </w:tc>
        <w:tc>
          <w:tcPr>
            <w:tcW w:w="1560" w:type="dxa"/>
            <w:shd w:val="clear" w:color="auto" w:fill="F2F4F7"/>
            <w:tcMar>
              <w:top w:w="100" w:type="dxa"/>
              <w:left w:w="150" w:type="dxa"/>
              <w:bottom w:w="100" w:type="dxa"/>
              <w:right w:w="150" w:type="dxa"/>
            </w:tcMar>
          </w:tcPr>
          <w:p w14:paraId="3E1315B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1.33</w:t>
            </w:r>
          </w:p>
        </w:tc>
        <w:tc>
          <w:tcPr>
            <w:tcW w:w="1560" w:type="dxa"/>
            <w:shd w:val="clear" w:color="auto" w:fill="F2F4F7"/>
            <w:tcMar>
              <w:top w:w="100" w:type="dxa"/>
              <w:left w:w="150" w:type="dxa"/>
              <w:bottom w:w="100" w:type="dxa"/>
              <w:right w:w="150" w:type="dxa"/>
            </w:tcMar>
          </w:tcPr>
          <w:p w14:paraId="7D35ADF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2.0</w:t>
            </w:r>
          </w:p>
        </w:tc>
        <w:tc>
          <w:tcPr>
            <w:tcW w:w="1560" w:type="dxa"/>
            <w:shd w:val="clear" w:color="auto" w:fill="F2F4F7"/>
            <w:tcMar>
              <w:top w:w="100" w:type="dxa"/>
              <w:left w:w="150" w:type="dxa"/>
              <w:bottom w:w="100" w:type="dxa"/>
              <w:right w:w="150" w:type="dxa"/>
            </w:tcMar>
          </w:tcPr>
          <w:p w14:paraId="0F5F4F9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%22.0</w:t>
            </w:r>
            <w:proofErr w:type="gramEnd"/>
          </w:p>
        </w:tc>
        <w:tc>
          <w:tcPr>
            <w:tcW w:w="1560" w:type="dxa"/>
            <w:shd w:val="clear" w:color="auto" w:fill="F2F4F7"/>
            <w:tcMar>
              <w:top w:w="100" w:type="dxa"/>
              <w:left w:w="150" w:type="dxa"/>
              <w:bottom w:w="100" w:type="dxa"/>
              <w:right w:w="150" w:type="dxa"/>
            </w:tcMar>
          </w:tcPr>
          <w:p w14:paraId="567E427B"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%25.2</w:t>
            </w:r>
            <w:proofErr w:type="gramEnd"/>
          </w:p>
        </w:tc>
        <w:tc>
          <w:tcPr>
            <w:tcW w:w="1560" w:type="dxa"/>
            <w:shd w:val="clear" w:color="auto" w:fill="F2F4F7"/>
            <w:tcMar>
              <w:top w:w="100" w:type="dxa"/>
              <w:left w:w="150" w:type="dxa"/>
              <w:bottom w:w="100" w:type="dxa"/>
              <w:right w:w="150" w:type="dxa"/>
            </w:tcMar>
          </w:tcPr>
          <w:p w14:paraId="44C9399B"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%52.7</w:t>
            </w:r>
            <w:proofErr w:type="gramEnd"/>
          </w:p>
        </w:tc>
      </w:tr>
      <w:tr w:rsidR="00523531" w:rsidRPr="00571BA6" w14:paraId="22DF8638" w14:textId="77777777">
        <w:trPr>
          <w:jc w:val="center"/>
        </w:trPr>
        <w:tc>
          <w:tcPr>
            <w:tcW w:w="1560" w:type="dxa"/>
            <w:shd w:val="clear" w:color="auto" w:fill="FFFFFF"/>
            <w:tcMar>
              <w:top w:w="100" w:type="dxa"/>
              <w:left w:w="150" w:type="dxa"/>
              <w:bottom w:w="100" w:type="dxa"/>
              <w:right w:w="150" w:type="dxa"/>
            </w:tcMar>
          </w:tcPr>
          <w:p w14:paraId="6B357D1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f=37 (</w:t>
            </w:r>
            <w:proofErr w:type="gramStart"/>
            <w:r w:rsidRPr="00571BA6">
              <w:rPr>
                <w:rFonts w:ascii="Times New Roman" w:hAnsi="Times New Roman" w:cs="Times New Roman"/>
                <w:sz w:val="24"/>
                <w:szCs w:val="24"/>
                <w:lang w:val="tr-TR"/>
              </w:rPr>
              <w:t>%29.1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E0CF03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f=30 (</w:t>
            </w:r>
            <w:proofErr w:type="gramStart"/>
            <w:r w:rsidRPr="00571BA6">
              <w:rPr>
                <w:rFonts w:ascii="Times New Roman" w:hAnsi="Times New Roman" w:cs="Times New Roman"/>
                <w:sz w:val="24"/>
                <w:szCs w:val="24"/>
                <w:lang w:val="tr-TR"/>
              </w:rPr>
              <w:t>%23.6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1692B0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f=32 (</w:t>
            </w:r>
            <w:proofErr w:type="gramStart"/>
            <w:r w:rsidRPr="00571BA6">
              <w:rPr>
                <w:rFonts w:ascii="Times New Roman" w:hAnsi="Times New Roman" w:cs="Times New Roman"/>
                <w:sz w:val="24"/>
                <w:szCs w:val="24"/>
                <w:lang w:val="tr-TR"/>
              </w:rPr>
              <w:t>%25.2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AA38CE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f=13 (</w:t>
            </w:r>
            <w:proofErr w:type="gramStart"/>
            <w:r w:rsidRPr="00571BA6">
              <w:rPr>
                <w:rFonts w:ascii="Times New Roman" w:hAnsi="Times New Roman" w:cs="Times New Roman"/>
                <w:sz w:val="24"/>
                <w:szCs w:val="24"/>
                <w:lang w:val="tr-TR"/>
              </w:rPr>
              <w:t>%10.2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F61FF1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f=15 (</w:t>
            </w:r>
            <w:proofErr w:type="gramStart"/>
            <w:r w:rsidRPr="00571BA6">
              <w:rPr>
                <w:rFonts w:ascii="Times New Roman" w:hAnsi="Times New Roman" w:cs="Times New Roman"/>
                <w:sz w:val="24"/>
                <w:szCs w:val="24"/>
                <w:lang w:val="tr-TR"/>
              </w:rPr>
              <w:t>%11.8</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D85036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742CCE0F"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%52.7</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2.52</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75EA0CBB"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6: Bölümümüzün bilgisayar laboratuvarlarını etkin kullanımınız açısından nasıl buluyorsunuz?</w:t>
      </w:r>
    </w:p>
    <w:p w14:paraId="2EF768BB" w14:textId="77777777" w:rsidR="00523531" w:rsidRPr="00571BA6" w:rsidRDefault="00523531" w:rsidP="005B48AD">
      <w:pPr>
        <w:spacing w:after="40" w:line="360" w:lineRule="auto"/>
        <w:rPr>
          <w:rFonts w:ascii="Times New Roman" w:hAnsi="Times New Roman" w:cs="Times New Roman"/>
          <w:sz w:val="24"/>
          <w:szCs w:val="24"/>
          <w:lang w:val="tr-TR"/>
        </w:rPr>
      </w:pPr>
    </w:p>
    <w:p w14:paraId="64799F14"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5078B9B8" wp14:editId="4279B3E4">
            <wp:extent cx="3474720" cy="265342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1"/>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3896AF92" w14:textId="77777777">
        <w:trPr>
          <w:jc w:val="center"/>
        </w:trPr>
        <w:tc>
          <w:tcPr>
            <w:tcW w:w="1560" w:type="dxa"/>
            <w:shd w:val="clear" w:color="auto" w:fill="2B547E"/>
            <w:tcMar>
              <w:top w:w="100" w:type="dxa"/>
              <w:left w:w="150" w:type="dxa"/>
              <w:bottom w:w="100" w:type="dxa"/>
              <w:right w:w="150" w:type="dxa"/>
            </w:tcMar>
          </w:tcPr>
          <w:p w14:paraId="28D8B79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1D087A05"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693DDAF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05055A8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396F5E2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007C38A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0863AB76" w14:textId="77777777">
        <w:trPr>
          <w:jc w:val="center"/>
        </w:trPr>
        <w:tc>
          <w:tcPr>
            <w:tcW w:w="1560" w:type="dxa"/>
            <w:shd w:val="clear" w:color="auto" w:fill="F2F4F7"/>
            <w:tcMar>
              <w:top w:w="100" w:type="dxa"/>
              <w:left w:w="150" w:type="dxa"/>
              <w:bottom w:w="100" w:type="dxa"/>
              <w:right w:w="150" w:type="dxa"/>
            </w:tcMar>
          </w:tcPr>
          <w:p w14:paraId="07DA376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2.31</w:t>
            </w:r>
          </w:p>
        </w:tc>
        <w:tc>
          <w:tcPr>
            <w:tcW w:w="1560" w:type="dxa"/>
            <w:shd w:val="clear" w:color="auto" w:fill="F2F4F7"/>
            <w:tcMar>
              <w:top w:w="100" w:type="dxa"/>
              <w:left w:w="150" w:type="dxa"/>
              <w:bottom w:w="100" w:type="dxa"/>
              <w:right w:w="150" w:type="dxa"/>
            </w:tcMar>
          </w:tcPr>
          <w:p w14:paraId="598C34A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1.25</w:t>
            </w:r>
          </w:p>
        </w:tc>
        <w:tc>
          <w:tcPr>
            <w:tcW w:w="1560" w:type="dxa"/>
            <w:shd w:val="clear" w:color="auto" w:fill="F2F4F7"/>
            <w:tcMar>
              <w:top w:w="100" w:type="dxa"/>
              <w:left w:w="150" w:type="dxa"/>
              <w:bottom w:w="100" w:type="dxa"/>
              <w:right w:w="150" w:type="dxa"/>
            </w:tcMar>
          </w:tcPr>
          <w:p w14:paraId="72CD848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2.0</w:t>
            </w:r>
          </w:p>
        </w:tc>
        <w:tc>
          <w:tcPr>
            <w:tcW w:w="1560" w:type="dxa"/>
            <w:shd w:val="clear" w:color="auto" w:fill="F2F4F7"/>
            <w:tcMar>
              <w:top w:w="100" w:type="dxa"/>
              <w:left w:w="150" w:type="dxa"/>
              <w:bottom w:w="100" w:type="dxa"/>
              <w:right w:w="150" w:type="dxa"/>
            </w:tcMar>
          </w:tcPr>
          <w:p w14:paraId="5162D56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%18.9</w:t>
            </w:r>
            <w:proofErr w:type="gramEnd"/>
          </w:p>
        </w:tc>
        <w:tc>
          <w:tcPr>
            <w:tcW w:w="1560" w:type="dxa"/>
            <w:shd w:val="clear" w:color="auto" w:fill="F2F4F7"/>
            <w:tcMar>
              <w:top w:w="100" w:type="dxa"/>
              <w:left w:w="150" w:type="dxa"/>
              <w:bottom w:w="100" w:type="dxa"/>
              <w:right w:w="150" w:type="dxa"/>
            </w:tcMar>
          </w:tcPr>
          <w:p w14:paraId="57A2F6C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%20.5</w:t>
            </w:r>
            <w:proofErr w:type="gramEnd"/>
          </w:p>
        </w:tc>
        <w:tc>
          <w:tcPr>
            <w:tcW w:w="1560" w:type="dxa"/>
            <w:shd w:val="clear" w:color="auto" w:fill="F2F4F7"/>
            <w:tcMar>
              <w:top w:w="100" w:type="dxa"/>
              <w:left w:w="150" w:type="dxa"/>
              <w:bottom w:w="100" w:type="dxa"/>
              <w:right w:w="150" w:type="dxa"/>
            </w:tcMar>
          </w:tcPr>
          <w:p w14:paraId="21E279B4"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%60.7</w:t>
            </w:r>
            <w:proofErr w:type="gramEnd"/>
          </w:p>
        </w:tc>
      </w:tr>
      <w:tr w:rsidR="00523531" w:rsidRPr="00571BA6" w14:paraId="54874424" w14:textId="77777777">
        <w:trPr>
          <w:jc w:val="center"/>
        </w:trPr>
        <w:tc>
          <w:tcPr>
            <w:tcW w:w="1560" w:type="dxa"/>
            <w:shd w:val="clear" w:color="auto" w:fill="FFFFFF"/>
            <w:tcMar>
              <w:top w:w="100" w:type="dxa"/>
              <w:left w:w="150" w:type="dxa"/>
              <w:bottom w:w="100" w:type="dxa"/>
              <w:right w:w="150" w:type="dxa"/>
            </w:tcMar>
          </w:tcPr>
          <w:p w14:paraId="72B582C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f=43 (</w:t>
            </w:r>
            <w:proofErr w:type="gramStart"/>
            <w:r w:rsidRPr="00571BA6">
              <w:rPr>
                <w:rFonts w:ascii="Times New Roman" w:hAnsi="Times New Roman" w:cs="Times New Roman"/>
                <w:sz w:val="24"/>
                <w:szCs w:val="24"/>
                <w:lang w:val="tr-TR"/>
              </w:rPr>
              <w:t>%33.9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8667C2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f=34 (</w:t>
            </w:r>
            <w:proofErr w:type="gramStart"/>
            <w:r w:rsidRPr="00571BA6">
              <w:rPr>
                <w:rFonts w:ascii="Times New Roman" w:hAnsi="Times New Roman" w:cs="Times New Roman"/>
                <w:sz w:val="24"/>
                <w:szCs w:val="24"/>
                <w:lang w:val="tr-TR"/>
              </w:rPr>
              <w:t>%26.8</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EB6EEF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t>f=26 (</w:t>
            </w:r>
            <w:proofErr w:type="gramStart"/>
            <w:r w:rsidRPr="00571BA6">
              <w:rPr>
                <w:rFonts w:ascii="Times New Roman" w:hAnsi="Times New Roman" w:cs="Times New Roman"/>
                <w:sz w:val="24"/>
                <w:szCs w:val="24"/>
                <w:lang w:val="tr-TR"/>
              </w:rPr>
              <w:t>%20.5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AFA560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f=15 (</w:t>
            </w:r>
            <w:proofErr w:type="gramStart"/>
            <w:r w:rsidRPr="00571BA6">
              <w:rPr>
                <w:rFonts w:ascii="Times New Roman" w:hAnsi="Times New Roman" w:cs="Times New Roman"/>
                <w:sz w:val="24"/>
                <w:szCs w:val="24"/>
                <w:lang w:val="tr-TR"/>
              </w:rPr>
              <w:t>%11.8</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0C3B57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f=9 (</w:t>
            </w:r>
            <w:proofErr w:type="gramStart"/>
            <w:r w:rsidRPr="00571BA6">
              <w:rPr>
                <w:rFonts w:ascii="Times New Roman" w:hAnsi="Times New Roman" w:cs="Times New Roman"/>
                <w:sz w:val="24"/>
                <w:szCs w:val="24"/>
                <w:lang w:val="tr-TR"/>
              </w:rPr>
              <w:t>%7.1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F149AE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644E0A25"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%60.7</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2.31</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20E80AF4"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7: Bölümümüzdeki bilgisayar laboratuvarlarının öğrenci kapasitesini nasıl değerlendiriyorsunuz?</w:t>
      </w:r>
    </w:p>
    <w:p w14:paraId="00F9007F" w14:textId="77777777" w:rsidR="00523531" w:rsidRPr="00571BA6" w:rsidRDefault="00523531" w:rsidP="005B48AD">
      <w:pPr>
        <w:spacing w:after="40" w:line="360" w:lineRule="auto"/>
        <w:rPr>
          <w:rFonts w:ascii="Times New Roman" w:hAnsi="Times New Roman" w:cs="Times New Roman"/>
          <w:sz w:val="24"/>
          <w:szCs w:val="24"/>
          <w:lang w:val="tr-TR"/>
        </w:rPr>
      </w:pPr>
    </w:p>
    <w:p w14:paraId="6B94B10C"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51F708D2" wp14:editId="0D1A35B6">
            <wp:extent cx="3474720" cy="265342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2"/>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04D148A1" w14:textId="77777777">
        <w:trPr>
          <w:jc w:val="center"/>
        </w:trPr>
        <w:tc>
          <w:tcPr>
            <w:tcW w:w="1560" w:type="dxa"/>
            <w:shd w:val="clear" w:color="auto" w:fill="2B547E"/>
            <w:tcMar>
              <w:top w:w="100" w:type="dxa"/>
              <w:left w:w="150" w:type="dxa"/>
              <w:bottom w:w="100" w:type="dxa"/>
              <w:right w:w="150" w:type="dxa"/>
            </w:tcMar>
          </w:tcPr>
          <w:p w14:paraId="4258F9F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6A797D2C"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51C3ED0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646922E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306CA6F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534E7AF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6CF3972F" w14:textId="77777777">
        <w:trPr>
          <w:jc w:val="center"/>
        </w:trPr>
        <w:tc>
          <w:tcPr>
            <w:tcW w:w="1560" w:type="dxa"/>
            <w:shd w:val="clear" w:color="auto" w:fill="F2F4F7"/>
            <w:tcMar>
              <w:top w:w="100" w:type="dxa"/>
              <w:left w:w="150" w:type="dxa"/>
              <w:bottom w:w="100" w:type="dxa"/>
              <w:right w:w="150" w:type="dxa"/>
            </w:tcMar>
          </w:tcPr>
          <w:p w14:paraId="6BDC009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2.45</w:t>
            </w:r>
          </w:p>
        </w:tc>
        <w:tc>
          <w:tcPr>
            <w:tcW w:w="1560" w:type="dxa"/>
            <w:shd w:val="clear" w:color="auto" w:fill="F2F4F7"/>
            <w:tcMar>
              <w:top w:w="100" w:type="dxa"/>
              <w:left w:w="150" w:type="dxa"/>
              <w:bottom w:w="100" w:type="dxa"/>
              <w:right w:w="150" w:type="dxa"/>
            </w:tcMar>
          </w:tcPr>
          <w:p w14:paraId="72103C6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1.24</w:t>
            </w:r>
          </w:p>
        </w:tc>
        <w:tc>
          <w:tcPr>
            <w:tcW w:w="1560" w:type="dxa"/>
            <w:shd w:val="clear" w:color="auto" w:fill="F2F4F7"/>
            <w:tcMar>
              <w:top w:w="100" w:type="dxa"/>
              <w:left w:w="150" w:type="dxa"/>
              <w:bottom w:w="100" w:type="dxa"/>
              <w:right w:w="150" w:type="dxa"/>
            </w:tcMar>
          </w:tcPr>
          <w:p w14:paraId="73E9620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2.0</w:t>
            </w:r>
          </w:p>
        </w:tc>
        <w:tc>
          <w:tcPr>
            <w:tcW w:w="1560" w:type="dxa"/>
            <w:shd w:val="clear" w:color="auto" w:fill="F2F4F7"/>
            <w:tcMar>
              <w:top w:w="100" w:type="dxa"/>
              <w:left w:w="150" w:type="dxa"/>
              <w:bottom w:w="100" w:type="dxa"/>
              <w:right w:w="150" w:type="dxa"/>
            </w:tcMar>
          </w:tcPr>
          <w:p w14:paraId="5B628C12"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%16.6</w:t>
            </w:r>
            <w:proofErr w:type="gramEnd"/>
          </w:p>
        </w:tc>
        <w:tc>
          <w:tcPr>
            <w:tcW w:w="1560" w:type="dxa"/>
            <w:shd w:val="clear" w:color="auto" w:fill="F2F4F7"/>
            <w:tcMar>
              <w:top w:w="100" w:type="dxa"/>
              <w:left w:w="150" w:type="dxa"/>
              <w:bottom w:w="100" w:type="dxa"/>
              <w:right w:w="150" w:type="dxa"/>
            </w:tcMar>
          </w:tcPr>
          <w:p w14:paraId="6EA46D2C"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%33.1</w:t>
            </w:r>
            <w:proofErr w:type="gramEnd"/>
          </w:p>
        </w:tc>
        <w:tc>
          <w:tcPr>
            <w:tcW w:w="1560" w:type="dxa"/>
            <w:shd w:val="clear" w:color="auto" w:fill="F2F4F7"/>
            <w:tcMar>
              <w:top w:w="100" w:type="dxa"/>
              <w:left w:w="150" w:type="dxa"/>
              <w:bottom w:w="100" w:type="dxa"/>
              <w:right w:w="150" w:type="dxa"/>
            </w:tcMar>
          </w:tcPr>
          <w:p w14:paraId="34FD1AA2"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%50.4</w:t>
            </w:r>
            <w:proofErr w:type="gramEnd"/>
          </w:p>
        </w:tc>
      </w:tr>
      <w:tr w:rsidR="00523531" w:rsidRPr="00571BA6" w14:paraId="54C18287" w14:textId="77777777">
        <w:trPr>
          <w:jc w:val="center"/>
        </w:trPr>
        <w:tc>
          <w:tcPr>
            <w:tcW w:w="1560" w:type="dxa"/>
            <w:shd w:val="clear" w:color="auto" w:fill="FFFFFF"/>
            <w:tcMar>
              <w:top w:w="100" w:type="dxa"/>
              <w:left w:w="150" w:type="dxa"/>
              <w:bottom w:w="100" w:type="dxa"/>
              <w:right w:w="150" w:type="dxa"/>
            </w:tcMar>
          </w:tcPr>
          <w:p w14:paraId="57FBDA3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f=38 (</w:t>
            </w:r>
            <w:proofErr w:type="gramStart"/>
            <w:r w:rsidRPr="00571BA6">
              <w:rPr>
                <w:rFonts w:ascii="Times New Roman" w:hAnsi="Times New Roman" w:cs="Times New Roman"/>
                <w:sz w:val="24"/>
                <w:szCs w:val="24"/>
                <w:lang w:val="tr-TR"/>
              </w:rPr>
              <w:t>%29.9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3EF386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f=26 (</w:t>
            </w:r>
            <w:proofErr w:type="gramStart"/>
            <w:r w:rsidRPr="00571BA6">
              <w:rPr>
                <w:rFonts w:ascii="Times New Roman" w:hAnsi="Times New Roman" w:cs="Times New Roman"/>
                <w:sz w:val="24"/>
                <w:szCs w:val="24"/>
                <w:lang w:val="tr-TR"/>
              </w:rPr>
              <w:t>%20.5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B54ECF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f=42 (</w:t>
            </w:r>
            <w:proofErr w:type="gramStart"/>
            <w:r w:rsidRPr="00571BA6">
              <w:rPr>
                <w:rFonts w:ascii="Times New Roman" w:hAnsi="Times New Roman" w:cs="Times New Roman"/>
                <w:sz w:val="24"/>
                <w:szCs w:val="24"/>
                <w:lang w:val="tr-TR"/>
              </w:rPr>
              <w:t>%33.1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413964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f=10 (</w:t>
            </w:r>
            <w:proofErr w:type="gramStart"/>
            <w:r w:rsidRPr="00571BA6">
              <w:rPr>
                <w:rFonts w:ascii="Times New Roman" w:hAnsi="Times New Roman" w:cs="Times New Roman"/>
                <w:sz w:val="24"/>
                <w:szCs w:val="24"/>
                <w:lang w:val="tr-TR"/>
              </w:rPr>
              <w:t>%7.9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E78CD6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f=11 (</w:t>
            </w:r>
            <w:proofErr w:type="gramStart"/>
            <w:r w:rsidRPr="00571BA6">
              <w:rPr>
                <w:rFonts w:ascii="Times New Roman" w:hAnsi="Times New Roman" w:cs="Times New Roman"/>
                <w:sz w:val="24"/>
                <w:szCs w:val="24"/>
                <w:lang w:val="tr-TR"/>
              </w:rPr>
              <w:t>%8.7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B6CB75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1EB968A9"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%50.4</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2.45</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49F0D949"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8: Bölümümüzdeki bilgisayar laboratuvarlarında bulunan teknik eleman desteğini nasıl buluyorsunuz?</w:t>
      </w:r>
    </w:p>
    <w:p w14:paraId="37CCA0B5" w14:textId="77777777" w:rsidR="00523531" w:rsidRPr="00571BA6" w:rsidRDefault="00523531" w:rsidP="005B48AD">
      <w:pPr>
        <w:spacing w:after="40" w:line="360" w:lineRule="auto"/>
        <w:rPr>
          <w:rFonts w:ascii="Times New Roman" w:hAnsi="Times New Roman" w:cs="Times New Roman"/>
          <w:sz w:val="24"/>
          <w:szCs w:val="24"/>
          <w:lang w:val="tr-TR"/>
        </w:rPr>
      </w:pPr>
    </w:p>
    <w:p w14:paraId="403E1BC4"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418B3D4A" wp14:editId="15BB263D">
            <wp:extent cx="3474720" cy="265342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6DB4C5A4" w14:textId="77777777">
        <w:trPr>
          <w:jc w:val="center"/>
        </w:trPr>
        <w:tc>
          <w:tcPr>
            <w:tcW w:w="1560" w:type="dxa"/>
            <w:shd w:val="clear" w:color="auto" w:fill="2B547E"/>
            <w:tcMar>
              <w:top w:w="100" w:type="dxa"/>
              <w:left w:w="150" w:type="dxa"/>
              <w:bottom w:w="100" w:type="dxa"/>
              <w:right w:w="150" w:type="dxa"/>
            </w:tcMar>
          </w:tcPr>
          <w:p w14:paraId="29BC0A2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2DDDDC0C"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334F917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0E8BC17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228ADB0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4400CC9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1FC64A71" w14:textId="77777777">
        <w:trPr>
          <w:jc w:val="center"/>
        </w:trPr>
        <w:tc>
          <w:tcPr>
            <w:tcW w:w="1560" w:type="dxa"/>
            <w:shd w:val="clear" w:color="auto" w:fill="F2F4F7"/>
            <w:tcMar>
              <w:top w:w="100" w:type="dxa"/>
              <w:left w:w="150" w:type="dxa"/>
              <w:bottom w:w="100" w:type="dxa"/>
              <w:right w:w="150" w:type="dxa"/>
            </w:tcMar>
          </w:tcPr>
          <w:p w14:paraId="4B0F252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2.56</w:t>
            </w:r>
          </w:p>
        </w:tc>
        <w:tc>
          <w:tcPr>
            <w:tcW w:w="1560" w:type="dxa"/>
            <w:shd w:val="clear" w:color="auto" w:fill="F2F4F7"/>
            <w:tcMar>
              <w:top w:w="100" w:type="dxa"/>
              <w:left w:w="150" w:type="dxa"/>
              <w:bottom w:w="100" w:type="dxa"/>
              <w:right w:w="150" w:type="dxa"/>
            </w:tcMar>
          </w:tcPr>
          <w:p w14:paraId="1F113DA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1.29</w:t>
            </w:r>
          </w:p>
        </w:tc>
        <w:tc>
          <w:tcPr>
            <w:tcW w:w="1560" w:type="dxa"/>
            <w:shd w:val="clear" w:color="auto" w:fill="F2F4F7"/>
            <w:tcMar>
              <w:top w:w="100" w:type="dxa"/>
              <w:left w:w="150" w:type="dxa"/>
              <w:bottom w:w="100" w:type="dxa"/>
              <w:right w:w="150" w:type="dxa"/>
            </w:tcMar>
          </w:tcPr>
          <w:p w14:paraId="7378275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638AC485"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%23.7</w:t>
            </w:r>
            <w:proofErr w:type="gramEnd"/>
          </w:p>
        </w:tc>
        <w:tc>
          <w:tcPr>
            <w:tcW w:w="1560" w:type="dxa"/>
            <w:shd w:val="clear" w:color="auto" w:fill="F2F4F7"/>
            <w:tcMar>
              <w:top w:w="100" w:type="dxa"/>
              <w:left w:w="150" w:type="dxa"/>
              <w:bottom w:w="100" w:type="dxa"/>
              <w:right w:w="150" w:type="dxa"/>
            </w:tcMar>
          </w:tcPr>
          <w:p w14:paraId="5DA202E6"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%29.1</w:t>
            </w:r>
            <w:proofErr w:type="gramEnd"/>
          </w:p>
        </w:tc>
        <w:tc>
          <w:tcPr>
            <w:tcW w:w="1560" w:type="dxa"/>
            <w:shd w:val="clear" w:color="auto" w:fill="F2F4F7"/>
            <w:tcMar>
              <w:top w:w="100" w:type="dxa"/>
              <w:left w:w="150" w:type="dxa"/>
              <w:bottom w:w="100" w:type="dxa"/>
              <w:right w:w="150" w:type="dxa"/>
            </w:tcMar>
          </w:tcPr>
          <w:p w14:paraId="2B561091"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%47.2</w:t>
            </w:r>
            <w:proofErr w:type="gramEnd"/>
          </w:p>
        </w:tc>
      </w:tr>
      <w:tr w:rsidR="00523531" w:rsidRPr="00571BA6" w14:paraId="0CA5532F" w14:textId="77777777">
        <w:trPr>
          <w:jc w:val="center"/>
        </w:trPr>
        <w:tc>
          <w:tcPr>
            <w:tcW w:w="1560" w:type="dxa"/>
            <w:shd w:val="clear" w:color="auto" w:fill="FFFFFF"/>
            <w:tcMar>
              <w:top w:w="100" w:type="dxa"/>
              <w:left w:w="150" w:type="dxa"/>
              <w:bottom w:w="100" w:type="dxa"/>
              <w:right w:w="150" w:type="dxa"/>
            </w:tcMar>
          </w:tcPr>
          <w:p w14:paraId="15229AA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f=37 (</w:t>
            </w:r>
            <w:proofErr w:type="gramStart"/>
            <w:r w:rsidRPr="00571BA6">
              <w:rPr>
                <w:rFonts w:ascii="Times New Roman" w:hAnsi="Times New Roman" w:cs="Times New Roman"/>
                <w:sz w:val="24"/>
                <w:szCs w:val="24"/>
                <w:lang w:val="tr-TR"/>
              </w:rPr>
              <w:t>%29.1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B92FA9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f=23 (</w:t>
            </w:r>
            <w:proofErr w:type="gramStart"/>
            <w:r w:rsidRPr="00571BA6">
              <w:rPr>
                <w:rFonts w:ascii="Times New Roman" w:hAnsi="Times New Roman" w:cs="Times New Roman"/>
                <w:sz w:val="24"/>
                <w:szCs w:val="24"/>
                <w:lang w:val="tr-TR"/>
              </w:rPr>
              <w:t>%18.1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0A34B9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f=37 (</w:t>
            </w:r>
            <w:proofErr w:type="gramStart"/>
            <w:r w:rsidRPr="00571BA6">
              <w:rPr>
                <w:rFonts w:ascii="Times New Roman" w:hAnsi="Times New Roman" w:cs="Times New Roman"/>
                <w:sz w:val="24"/>
                <w:szCs w:val="24"/>
                <w:lang w:val="tr-TR"/>
              </w:rPr>
              <w:t>%29.1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398B60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f=19 (</w:t>
            </w:r>
            <w:proofErr w:type="gramStart"/>
            <w:r w:rsidRPr="00571BA6">
              <w:rPr>
                <w:rFonts w:ascii="Times New Roman" w:hAnsi="Times New Roman" w:cs="Times New Roman"/>
                <w:sz w:val="24"/>
                <w:szCs w:val="24"/>
                <w:lang w:val="tr-TR"/>
              </w:rPr>
              <w:t>%15.0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48CFFC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f=11 (</w:t>
            </w:r>
            <w:proofErr w:type="gramStart"/>
            <w:r w:rsidRPr="00571BA6">
              <w:rPr>
                <w:rFonts w:ascii="Times New Roman" w:hAnsi="Times New Roman" w:cs="Times New Roman"/>
                <w:sz w:val="24"/>
                <w:szCs w:val="24"/>
                <w:lang w:val="tr-TR"/>
              </w:rPr>
              <w:t>%8.7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03CEEE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3D74E7F3"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%47.2</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2.56</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49165DD0"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48F31FC1"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9: Bölüm derslerimizi içerikleri açısından nasıl buluyorsunuz?</w:t>
      </w:r>
    </w:p>
    <w:p w14:paraId="32161E15" w14:textId="77777777" w:rsidR="00523531" w:rsidRPr="00571BA6" w:rsidRDefault="00523531" w:rsidP="005B48AD">
      <w:pPr>
        <w:spacing w:after="40" w:line="360" w:lineRule="auto"/>
        <w:rPr>
          <w:rFonts w:ascii="Times New Roman" w:hAnsi="Times New Roman" w:cs="Times New Roman"/>
          <w:sz w:val="24"/>
          <w:szCs w:val="24"/>
          <w:lang w:val="tr-TR"/>
        </w:rPr>
      </w:pPr>
    </w:p>
    <w:p w14:paraId="158CE5D8"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47B6AA48" wp14:editId="45AF67DE">
            <wp:extent cx="3474720" cy="2653423"/>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4"/>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07E9B912" w14:textId="77777777">
        <w:trPr>
          <w:jc w:val="center"/>
        </w:trPr>
        <w:tc>
          <w:tcPr>
            <w:tcW w:w="1560" w:type="dxa"/>
            <w:shd w:val="clear" w:color="auto" w:fill="2B547E"/>
            <w:tcMar>
              <w:top w:w="100" w:type="dxa"/>
              <w:left w:w="150" w:type="dxa"/>
              <w:bottom w:w="100" w:type="dxa"/>
              <w:right w:w="150" w:type="dxa"/>
            </w:tcMar>
          </w:tcPr>
          <w:p w14:paraId="595A5D9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7AC6618B"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279907F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34D3229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22E2B38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6E0D1BA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191E894B" w14:textId="77777777">
        <w:trPr>
          <w:jc w:val="center"/>
        </w:trPr>
        <w:tc>
          <w:tcPr>
            <w:tcW w:w="1560" w:type="dxa"/>
            <w:shd w:val="clear" w:color="auto" w:fill="F2F4F7"/>
            <w:tcMar>
              <w:top w:w="100" w:type="dxa"/>
              <w:left w:w="150" w:type="dxa"/>
              <w:bottom w:w="100" w:type="dxa"/>
              <w:right w:w="150" w:type="dxa"/>
            </w:tcMar>
          </w:tcPr>
          <w:p w14:paraId="2C6DA96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3.81</w:t>
            </w:r>
          </w:p>
        </w:tc>
        <w:tc>
          <w:tcPr>
            <w:tcW w:w="1560" w:type="dxa"/>
            <w:shd w:val="clear" w:color="auto" w:fill="F2F4F7"/>
            <w:tcMar>
              <w:top w:w="100" w:type="dxa"/>
              <w:left w:w="150" w:type="dxa"/>
              <w:bottom w:w="100" w:type="dxa"/>
              <w:right w:w="150" w:type="dxa"/>
            </w:tcMar>
          </w:tcPr>
          <w:p w14:paraId="0608A14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0.97</w:t>
            </w:r>
          </w:p>
        </w:tc>
        <w:tc>
          <w:tcPr>
            <w:tcW w:w="1560" w:type="dxa"/>
            <w:shd w:val="clear" w:color="auto" w:fill="F2F4F7"/>
            <w:tcMar>
              <w:top w:w="100" w:type="dxa"/>
              <w:left w:w="150" w:type="dxa"/>
              <w:bottom w:w="100" w:type="dxa"/>
              <w:right w:w="150" w:type="dxa"/>
            </w:tcMar>
          </w:tcPr>
          <w:p w14:paraId="1420A20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42F4899C"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%66.9</w:t>
            </w:r>
            <w:proofErr w:type="gramEnd"/>
          </w:p>
        </w:tc>
        <w:tc>
          <w:tcPr>
            <w:tcW w:w="1560" w:type="dxa"/>
            <w:shd w:val="clear" w:color="auto" w:fill="F2F4F7"/>
            <w:tcMar>
              <w:top w:w="100" w:type="dxa"/>
              <w:left w:w="150" w:type="dxa"/>
              <w:bottom w:w="100" w:type="dxa"/>
              <w:right w:w="150" w:type="dxa"/>
            </w:tcMar>
          </w:tcPr>
          <w:p w14:paraId="3A4FFFD0"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%26.8</w:t>
            </w:r>
            <w:proofErr w:type="gramEnd"/>
          </w:p>
        </w:tc>
        <w:tc>
          <w:tcPr>
            <w:tcW w:w="1560" w:type="dxa"/>
            <w:shd w:val="clear" w:color="auto" w:fill="F2F4F7"/>
            <w:tcMar>
              <w:top w:w="100" w:type="dxa"/>
              <w:left w:w="150" w:type="dxa"/>
              <w:bottom w:w="100" w:type="dxa"/>
              <w:right w:w="150" w:type="dxa"/>
            </w:tcMar>
          </w:tcPr>
          <w:p w14:paraId="2A1595B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%6.3</w:t>
            </w:r>
            <w:proofErr w:type="gramEnd"/>
          </w:p>
        </w:tc>
      </w:tr>
      <w:tr w:rsidR="00523531" w:rsidRPr="00571BA6" w14:paraId="04D271B1" w14:textId="77777777">
        <w:trPr>
          <w:jc w:val="center"/>
        </w:trPr>
        <w:tc>
          <w:tcPr>
            <w:tcW w:w="1560" w:type="dxa"/>
            <w:shd w:val="clear" w:color="auto" w:fill="FFFFFF"/>
            <w:tcMar>
              <w:top w:w="100" w:type="dxa"/>
              <w:left w:w="150" w:type="dxa"/>
              <w:bottom w:w="100" w:type="dxa"/>
              <w:right w:w="150" w:type="dxa"/>
            </w:tcMar>
          </w:tcPr>
          <w:p w14:paraId="4385D1F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f=5 (</w:t>
            </w:r>
            <w:proofErr w:type="gramStart"/>
            <w:r w:rsidRPr="00571BA6">
              <w:rPr>
                <w:rFonts w:ascii="Times New Roman" w:hAnsi="Times New Roman" w:cs="Times New Roman"/>
                <w:sz w:val="24"/>
                <w:szCs w:val="24"/>
                <w:lang w:val="tr-TR"/>
              </w:rPr>
              <w:t>%3.9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FD4FB1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f=3 (</w:t>
            </w:r>
            <w:proofErr w:type="gramStart"/>
            <w:r w:rsidRPr="00571BA6">
              <w:rPr>
                <w:rFonts w:ascii="Times New Roman" w:hAnsi="Times New Roman" w:cs="Times New Roman"/>
                <w:sz w:val="24"/>
                <w:szCs w:val="24"/>
                <w:lang w:val="tr-TR"/>
              </w:rPr>
              <w:t>%2.4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8B2C0E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f=34 (</w:t>
            </w:r>
            <w:proofErr w:type="gramStart"/>
            <w:r w:rsidRPr="00571BA6">
              <w:rPr>
                <w:rFonts w:ascii="Times New Roman" w:hAnsi="Times New Roman" w:cs="Times New Roman"/>
                <w:sz w:val="24"/>
                <w:szCs w:val="24"/>
                <w:lang w:val="tr-TR"/>
              </w:rPr>
              <w:t>%26.8</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C9F6CC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f=54 (</w:t>
            </w:r>
            <w:proofErr w:type="gramStart"/>
            <w:r w:rsidRPr="00571BA6">
              <w:rPr>
                <w:rFonts w:ascii="Times New Roman" w:hAnsi="Times New Roman" w:cs="Times New Roman"/>
                <w:sz w:val="24"/>
                <w:szCs w:val="24"/>
                <w:lang w:val="tr-TR"/>
              </w:rPr>
              <w:t>%42.5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B1E039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f=31 (</w:t>
            </w:r>
            <w:proofErr w:type="gramStart"/>
            <w:r w:rsidRPr="00571BA6">
              <w:rPr>
                <w:rFonts w:ascii="Times New Roman" w:hAnsi="Times New Roman" w:cs="Times New Roman"/>
                <w:sz w:val="24"/>
                <w:szCs w:val="24"/>
                <w:lang w:val="tr-TR"/>
              </w:rPr>
              <w:t>%24.4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97C68F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1860571D"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%66.9</w:t>
      </w:r>
      <w:proofErr w:type="gramEnd"/>
      <w:r w:rsidRPr="00571BA6">
        <w:rPr>
          <w:rFonts w:ascii="Times New Roman" w:hAnsi="Times New Roman" w:cs="Times New Roman"/>
          <w:sz w:val="24"/>
          <w:szCs w:val="24"/>
          <w:lang w:val="tr-TR"/>
        </w:rPr>
        <w:t xml:space="preserve">'i bu maddeye ilişkin olumlu değerlendirmede bulunmuştur. Ortalamanın </w:t>
      </w:r>
      <w:proofErr w:type="gramStart"/>
      <w:r w:rsidRPr="00571BA6">
        <w:rPr>
          <w:rFonts w:ascii="Times New Roman" w:hAnsi="Times New Roman" w:cs="Times New Roman"/>
          <w:sz w:val="24"/>
          <w:szCs w:val="24"/>
          <w:lang w:val="tr-TR"/>
        </w:rPr>
        <w:t>3.81</w:t>
      </w:r>
      <w:proofErr w:type="gramEnd"/>
      <w:r w:rsidRPr="00571BA6">
        <w:rPr>
          <w:rFonts w:ascii="Times New Roman" w:hAnsi="Times New Roman" w:cs="Times New Roman"/>
          <w:sz w:val="24"/>
          <w:szCs w:val="24"/>
          <w:lang w:val="tr-TR"/>
        </w:rPr>
        <w:t xml:space="preserve"> seviyesinde gerçekleşmesi, bölümün bu alandaki performansının son derece yüksek olduğunu ve öğrencilerin beklentilerini güçlü bir şekilde karşıladığını göstermektedir. Bu alan bölümün sürdürülebilir güçlü yönleri arasındadır.</w:t>
      </w:r>
    </w:p>
    <w:p w14:paraId="10FFAFB5" w14:textId="77777777" w:rsidR="00571BA6" w:rsidRDefault="00571BA6" w:rsidP="005B48AD">
      <w:pPr>
        <w:spacing w:before="120" w:after="280" w:line="360" w:lineRule="auto"/>
        <w:rPr>
          <w:rFonts w:ascii="Times New Roman" w:hAnsi="Times New Roman" w:cs="Times New Roman"/>
          <w:sz w:val="24"/>
          <w:szCs w:val="24"/>
          <w:lang w:val="tr-TR"/>
        </w:rPr>
      </w:pPr>
    </w:p>
    <w:p w14:paraId="10683062"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42FAB5C6"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 xml:space="preserve">Soru 10: Bölüm derslerimizle ilgili </w:t>
      </w:r>
      <w:proofErr w:type="gramStart"/>
      <w:r w:rsidRPr="00571BA6">
        <w:rPr>
          <w:rFonts w:ascii="Times New Roman" w:hAnsi="Times New Roman" w:cs="Times New Roman"/>
          <w:sz w:val="24"/>
          <w:szCs w:val="24"/>
          <w:lang w:val="tr-TR"/>
        </w:rPr>
        <w:t>dokümanların</w:t>
      </w:r>
      <w:proofErr w:type="gramEnd"/>
      <w:r w:rsidRPr="00571BA6">
        <w:rPr>
          <w:rFonts w:ascii="Times New Roman" w:hAnsi="Times New Roman" w:cs="Times New Roman"/>
          <w:sz w:val="24"/>
          <w:szCs w:val="24"/>
          <w:lang w:val="tr-TR"/>
        </w:rPr>
        <w:t xml:space="preserve"> (ders notu, kitap vb.) yeterliliği konusunda ne düşünüyorsunuz?</w:t>
      </w:r>
    </w:p>
    <w:p w14:paraId="271C3649" w14:textId="77777777" w:rsidR="00523531" w:rsidRPr="00571BA6" w:rsidRDefault="00523531" w:rsidP="005B48AD">
      <w:pPr>
        <w:spacing w:after="40" w:line="360" w:lineRule="auto"/>
        <w:rPr>
          <w:rFonts w:ascii="Times New Roman" w:hAnsi="Times New Roman" w:cs="Times New Roman"/>
          <w:sz w:val="24"/>
          <w:szCs w:val="24"/>
          <w:lang w:val="tr-TR"/>
        </w:rPr>
      </w:pPr>
    </w:p>
    <w:p w14:paraId="005B61B2"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75309613" wp14:editId="63FA3C5A">
            <wp:extent cx="3474720" cy="265342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5"/>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526543BC" w14:textId="77777777">
        <w:trPr>
          <w:jc w:val="center"/>
        </w:trPr>
        <w:tc>
          <w:tcPr>
            <w:tcW w:w="1560" w:type="dxa"/>
            <w:shd w:val="clear" w:color="auto" w:fill="2B547E"/>
            <w:tcMar>
              <w:top w:w="100" w:type="dxa"/>
              <w:left w:w="150" w:type="dxa"/>
              <w:bottom w:w="100" w:type="dxa"/>
              <w:right w:w="150" w:type="dxa"/>
            </w:tcMar>
          </w:tcPr>
          <w:p w14:paraId="4CBF8E9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6BCE98D7"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6FCA51B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3FAE8D3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266C2A7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1EA59C2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5031F1B2" w14:textId="77777777">
        <w:trPr>
          <w:jc w:val="center"/>
        </w:trPr>
        <w:tc>
          <w:tcPr>
            <w:tcW w:w="1560" w:type="dxa"/>
            <w:shd w:val="clear" w:color="auto" w:fill="F2F4F7"/>
            <w:tcMar>
              <w:top w:w="100" w:type="dxa"/>
              <w:left w:w="150" w:type="dxa"/>
              <w:bottom w:w="100" w:type="dxa"/>
              <w:right w:w="150" w:type="dxa"/>
            </w:tcMar>
          </w:tcPr>
          <w:p w14:paraId="11E477E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3.63</w:t>
            </w:r>
          </w:p>
        </w:tc>
        <w:tc>
          <w:tcPr>
            <w:tcW w:w="1560" w:type="dxa"/>
            <w:shd w:val="clear" w:color="auto" w:fill="F2F4F7"/>
            <w:tcMar>
              <w:top w:w="100" w:type="dxa"/>
              <w:left w:w="150" w:type="dxa"/>
              <w:bottom w:w="100" w:type="dxa"/>
              <w:right w:w="150" w:type="dxa"/>
            </w:tcMar>
          </w:tcPr>
          <w:p w14:paraId="04D80B3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1.07</w:t>
            </w:r>
          </w:p>
        </w:tc>
        <w:tc>
          <w:tcPr>
            <w:tcW w:w="1560" w:type="dxa"/>
            <w:shd w:val="clear" w:color="auto" w:fill="F2F4F7"/>
            <w:tcMar>
              <w:top w:w="100" w:type="dxa"/>
              <w:left w:w="150" w:type="dxa"/>
              <w:bottom w:w="100" w:type="dxa"/>
              <w:right w:w="150" w:type="dxa"/>
            </w:tcMar>
          </w:tcPr>
          <w:p w14:paraId="6F332F5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19AB3DAD"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%55.1</w:t>
            </w:r>
            <w:proofErr w:type="gramEnd"/>
          </w:p>
        </w:tc>
        <w:tc>
          <w:tcPr>
            <w:tcW w:w="1560" w:type="dxa"/>
            <w:shd w:val="clear" w:color="auto" w:fill="F2F4F7"/>
            <w:tcMar>
              <w:top w:w="100" w:type="dxa"/>
              <w:left w:w="150" w:type="dxa"/>
              <w:bottom w:w="100" w:type="dxa"/>
              <w:right w:w="150" w:type="dxa"/>
            </w:tcMar>
          </w:tcPr>
          <w:p w14:paraId="5969C414"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%34.6</w:t>
            </w:r>
            <w:proofErr w:type="gramEnd"/>
          </w:p>
        </w:tc>
        <w:tc>
          <w:tcPr>
            <w:tcW w:w="1560" w:type="dxa"/>
            <w:shd w:val="clear" w:color="auto" w:fill="F2F4F7"/>
            <w:tcMar>
              <w:top w:w="100" w:type="dxa"/>
              <w:left w:w="150" w:type="dxa"/>
              <w:bottom w:w="100" w:type="dxa"/>
              <w:right w:w="150" w:type="dxa"/>
            </w:tcMar>
          </w:tcPr>
          <w:p w14:paraId="49940FE0"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%10.2</w:t>
            </w:r>
            <w:proofErr w:type="gramEnd"/>
          </w:p>
        </w:tc>
      </w:tr>
      <w:tr w:rsidR="00523531" w:rsidRPr="00571BA6" w14:paraId="664F4AAF" w14:textId="77777777">
        <w:trPr>
          <w:jc w:val="center"/>
        </w:trPr>
        <w:tc>
          <w:tcPr>
            <w:tcW w:w="1560" w:type="dxa"/>
            <w:shd w:val="clear" w:color="auto" w:fill="FFFFFF"/>
            <w:tcMar>
              <w:top w:w="100" w:type="dxa"/>
              <w:left w:w="150" w:type="dxa"/>
              <w:bottom w:w="100" w:type="dxa"/>
              <w:right w:w="150" w:type="dxa"/>
            </w:tcMar>
          </w:tcPr>
          <w:p w14:paraId="2712140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f=7 (</w:t>
            </w:r>
            <w:proofErr w:type="gramStart"/>
            <w:r w:rsidRPr="00571BA6">
              <w:rPr>
                <w:rFonts w:ascii="Times New Roman" w:hAnsi="Times New Roman" w:cs="Times New Roman"/>
                <w:sz w:val="24"/>
                <w:szCs w:val="24"/>
                <w:lang w:val="tr-TR"/>
              </w:rPr>
              <w:t>%5.5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B972CA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f=6 (</w:t>
            </w:r>
            <w:proofErr w:type="gramStart"/>
            <w:r w:rsidRPr="00571BA6">
              <w:rPr>
                <w:rFonts w:ascii="Times New Roman" w:hAnsi="Times New Roman" w:cs="Times New Roman"/>
                <w:sz w:val="24"/>
                <w:szCs w:val="24"/>
                <w:lang w:val="tr-TR"/>
              </w:rPr>
              <w:t>%4.7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197FF6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f=44 (</w:t>
            </w:r>
            <w:proofErr w:type="gramStart"/>
            <w:r w:rsidRPr="00571BA6">
              <w:rPr>
                <w:rFonts w:ascii="Times New Roman" w:hAnsi="Times New Roman" w:cs="Times New Roman"/>
                <w:sz w:val="24"/>
                <w:szCs w:val="24"/>
                <w:lang w:val="tr-TR"/>
              </w:rPr>
              <w:t>%34.6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F2D968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f=40 (</w:t>
            </w:r>
            <w:proofErr w:type="gramStart"/>
            <w:r w:rsidRPr="00571BA6">
              <w:rPr>
                <w:rFonts w:ascii="Times New Roman" w:hAnsi="Times New Roman" w:cs="Times New Roman"/>
                <w:sz w:val="24"/>
                <w:szCs w:val="24"/>
                <w:lang w:val="tr-TR"/>
              </w:rPr>
              <w:t>%31.5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2F505A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f=30 (</w:t>
            </w:r>
            <w:proofErr w:type="gramStart"/>
            <w:r w:rsidRPr="00571BA6">
              <w:rPr>
                <w:rFonts w:ascii="Times New Roman" w:hAnsi="Times New Roman" w:cs="Times New Roman"/>
                <w:sz w:val="24"/>
                <w:szCs w:val="24"/>
                <w:lang w:val="tr-TR"/>
              </w:rPr>
              <w:t>%23.6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CE773B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0AF10A8C"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%55.1</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%34.6</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3.63</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498648CF"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5C2E50B5"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11: Bölümümüzün akademik kadrosunu eğitim ve öğretimi yürütme açısından ne derece yeterli buluyorsunuz?</w:t>
      </w:r>
    </w:p>
    <w:p w14:paraId="77DB2444" w14:textId="77777777" w:rsidR="00523531" w:rsidRPr="00571BA6" w:rsidRDefault="00523531" w:rsidP="005B48AD">
      <w:pPr>
        <w:spacing w:after="40" w:line="360" w:lineRule="auto"/>
        <w:rPr>
          <w:rFonts w:ascii="Times New Roman" w:hAnsi="Times New Roman" w:cs="Times New Roman"/>
          <w:sz w:val="24"/>
          <w:szCs w:val="24"/>
          <w:lang w:val="tr-TR"/>
        </w:rPr>
      </w:pPr>
    </w:p>
    <w:p w14:paraId="2D0B2FDA"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11EA46CE" wp14:editId="63AAF4D9">
            <wp:extent cx="3474720" cy="265342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6"/>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25A7E5D6" w14:textId="77777777">
        <w:trPr>
          <w:jc w:val="center"/>
        </w:trPr>
        <w:tc>
          <w:tcPr>
            <w:tcW w:w="1560" w:type="dxa"/>
            <w:shd w:val="clear" w:color="auto" w:fill="2B547E"/>
            <w:tcMar>
              <w:top w:w="100" w:type="dxa"/>
              <w:left w:w="150" w:type="dxa"/>
              <w:bottom w:w="100" w:type="dxa"/>
              <w:right w:w="150" w:type="dxa"/>
            </w:tcMar>
          </w:tcPr>
          <w:p w14:paraId="21378E7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6B60737E"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6E3B9EE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004D21E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2A1A3DC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4BC0271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7430F01E" w14:textId="77777777">
        <w:trPr>
          <w:jc w:val="center"/>
        </w:trPr>
        <w:tc>
          <w:tcPr>
            <w:tcW w:w="1560" w:type="dxa"/>
            <w:shd w:val="clear" w:color="auto" w:fill="F2F4F7"/>
            <w:tcMar>
              <w:top w:w="100" w:type="dxa"/>
              <w:left w:w="150" w:type="dxa"/>
              <w:bottom w:w="100" w:type="dxa"/>
              <w:right w:w="150" w:type="dxa"/>
            </w:tcMar>
          </w:tcPr>
          <w:p w14:paraId="352905B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4.05</w:t>
            </w:r>
          </w:p>
        </w:tc>
        <w:tc>
          <w:tcPr>
            <w:tcW w:w="1560" w:type="dxa"/>
            <w:shd w:val="clear" w:color="auto" w:fill="F2F4F7"/>
            <w:tcMar>
              <w:top w:w="100" w:type="dxa"/>
              <w:left w:w="150" w:type="dxa"/>
              <w:bottom w:w="100" w:type="dxa"/>
              <w:right w:w="150" w:type="dxa"/>
            </w:tcMar>
          </w:tcPr>
          <w:p w14:paraId="01CD994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1.03</w:t>
            </w:r>
          </w:p>
        </w:tc>
        <w:tc>
          <w:tcPr>
            <w:tcW w:w="1560" w:type="dxa"/>
            <w:shd w:val="clear" w:color="auto" w:fill="F2F4F7"/>
            <w:tcMar>
              <w:top w:w="100" w:type="dxa"/>
              <w:left w:w="150" w:type="dxa"/>
              <w:bottom w:w="100" w:type="dxa"/>
              <w:right w:w="150" w:type="dxa"/>
            </w:tcMar>
          </w:tcPr>
          <w:p w14:paraId="477CD63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1B32A4AC"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%76.4</w:t>
            </w:r>
            <w:proofErr w:type="gramEnd"/>
          </w:p>
        </w:tc>
        <w:tc>
          <w:tcPr>
            <w:tcW w:w="1560" w:type="dxa"/>
            <w:shd w:val="clear" w:color="auto" w:fill="F2F4F7"/>
            <w:tcMar>
              <w:top w:w="100" w:type="dxa"/>
              <w:left w:w="150" w:type="dxa"/>
              <w:bottom w:w="100" w:type="dxa"/>
              <w:right w:w="150" w:type="dxa"/>
            </w:tcMar>
          </w:tcPr>
          <w:p w14:paraId="00E416CE"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%17.3</w:t>
            </w:r>
            <w:proofErr w:type="gramEnd"/>
          </w:p>
        </w:tc>
        <w:tc>
          <w:tcPr>
            <w:tcW w:w="1560" w:type="dxa"/>
            <w:shd w:val="clear" w:color="auto" w:fill="F2F4F7"/>
            <w:tcMar>
              <w:top w:w="100" w:type="dxa"/>
              <w:left w:w="150" w:type="dxa"/>
              <w:bottom w:w="100" w:type="dxa"/>
              <w:right w:w="150" w:type="dxa"/>
            </w:tcMar>
          </w:tcPr>
          <w:p w14:paraId="494B98C7"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%6.3</w:t>
            </w:r>
            <w:proofErr w:type="gramEnd"/>
          </w:p>
        </w:tc>
      </w:tr>
      <w:tr w:rsidR="00523531" w:rsidRPr="00571BA6" w14:paraId="4390F094" w14:textId="77777777">
        <w:trPr>
          <w:jc w:val="center"/>
        </w:trPr>
        <w:tc>
          <w:tcPr>
            <w:tcW w:w="1560" w:type="dxa"/>
            <w:shd w:val="clear" w:color="auto" w:fill="FFFFFF"/>
            <w:tcMar>
              <w:top w:w="100" w:type="dxa"/>
              <w:left w:w="150" w:type="dxa"/>
              <w:bottom w:w="100" w:type="dxa"/>
              <w:right w:w="150" w:type="dxa"/>
            </w:tcMar>
          </w:tcPr>
          <w:p w14:paraId="1478B4C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f=6 (</w:t>
            </w:r>
            <w:proofErr w:type="gramStart"/>
            <w:r w:rsidRPr="00571BA6">
              <w:rPr>
                <w:rFonts w:ascii="Times New Roman" w:hAnsi="Times New Roman" w:cs="Times New Roman"/>
                <w:sz w:val="24"/>
                <w:szCs w:val="24"/>
                <w:lang w:val="tr-TR"/>
              </w:rPr>
              <w:t>%4.7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5BCC05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 (</w:t>
            </w:r>
            <w:proofErr w:type="gramStart"/>
            <w:r w:rsidRPr="00571BA6">
              <w:rPr>
                <w:rFonts w:ascii="Times New Roman" w:hAnsi="Times New Roman" w:cs="Times New Roman"/>
                <w:sz w:val="24"/>
                <w:szCs w:val="24"/>
                <w:lang w:val="tr-TR"/>
              </w:rPr>
              <w:t>%1.6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52C89D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f=22 (</w:t>
            </w:r>
            <w:proofErr w:type="gramStart"/>
            <w:r w:rsidRPr="00571BA6">
              <w:rPr>
                <w:rFonts w:ascii="Times New Roman" w:hAnsi="Times New Roman" w:cs="Times New Roman"/>
                <w:sz w:val="24"/>
                <w:szCs w:val="24"/>
                <w:lang w:val="tr-TR"/>
              </w:rPr>
              <w:t>%17.3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8B1308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f=47 (</w:t>
            </w:r>
            <w:proofErr w:type="gramStart"/>
            <w:r w:rsidRPr="00571BA6">
              <w:rPr>
                <w:rFonts w:ascii="Times New Roman" w:hAnsi="Times New Roman" w:cs="Times New Roman"/>
                <w:sz w:val="24"/>
                <w:szCs w:val="24"/>
                <w:lang w:val="tr-TR"/>
              </w:rPr>
              <w:t>%37.0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0A0B8E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f=50 (</w:t>
            </w:r>
            <w:proofErr w:type="gramStart"/>
            <w:r w:rsidRPr="00571BA6">
              <w:rPr>
                <w:rFonts w:ascii="Times New Roman" w:hAnsi="Times New Roman" w:cs="Times New Roman"/>
                <w:sz w:val="24"/>
                <w:szCs w:val="24"/>
                <w:lang w:val="tr-TR"/>
              </w:rPr>
              <w:t>%39.4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0E2B04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2A6A2985"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%76.4</w:t>
      </w:r>
      <w:proofErr w:type="gramEnd"/>
      <w:r w:rsidRPr="00571BA6">
        <w:rPr>
          <w:rFonts w:ascii="Times New Roman" w:hAnsi="Times New Roman" w:cs="Times New Roman"/>
          <w:sz w:val="24"/>
          <w:szCs w:val="24"/>
          <w:lang w:val="tr-TR"/>
        </w:rPr>
        <w:t xml:space="preserve">'i bu maddeye ilişkin olumlu değerlendirmede bulunmuştur. Ortalamanın </w:t>
      </w:r>
      <w:proofErr w:type="gramStart"/>
      <w:r w:rsidRPr="00571BA6">
        <w:rPr>
          <w:rFonts w:ascii="Times New Roman" w:hAnsi="Times New Roman" w:cs="Times New Roman"/>
          <w:sz w:val="24"/>
          <w:szCs w:val="24"/>
          <w:lang w:val="tr-TR"/>
        </w:rPr>
        <w:t>4.05</w:t>
      </w:r>
      <w:proofErr w:type="gramEnd"/>
      <w:r w:rsidRPr="00571BA6">
        <w:rPr>
          <w:rFonts w:ascii="Times New Roman" w:hAnsi="Times New Roman" w:cs="Times New Roman"/>
          <w:sz w:val="24"/>
          <w:szCs w:val="24"/>
          <w:lang w:val="tr-TR"/>
        </w:rPr>
        <w:t xml:space="preserve"> seviyesinde gerçekleşmesi, bölümün bu alandaki performansının son derece yüksek olduğunu ve öğrencilerin beklentilerini güçlü bir şekilde karşıladığını göstermektedir. Bu alan bölümün sürdürülebilir güçlü yönleri arasındadır.</w:t>
      </w:r>
    </w:p>
    <w:p w14:paraId="24429D4C"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45C79F4B"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12: Bölümümüz öğretim elemanlarının size olan yaklaşımlarını nasıl değerlendiriyorsunuz?</w:t>
      </w:r>
    </w:p>
    <w:p w14:paraId="1636E122" w14:textId="77777777" w:rsidR="00523531" w:rsidRPr="00571BA6" w:rsidRDefault="00523531" w:rsidP="005B48AD">
      <w:pPr>
        <w:spacing w:after="40" w:line="360" w:lineRule="auto"/>
        <w:rPr>
          <w:rFonts w:ascii="Times New Roman" w:hAnsi="Times New Roman" w:cs="Times New Roman"/>
          <w:sz w:val="24"/>
          <w:szCs w:val="24"/>
          <w:lang w:val="tr-TR"/>
        </w:rPr>
      </w:pPr>
    </w:p>
    <w:p w14:paraId="52678382"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30800286" wp14:editId="39ED926A">
            <wp:extent cx="3474720" cy="265342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7"/>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1C4EDD69" w14:textId="77777777">
        <w:trPr>
          <w:jc w:val="center"/>
        </w:trPr>
        <w:tc>
          <w:tcPr>
            <w:tcW w:w="1560" w:type="dxa"/>
            <w:shd w:val="clear" w:color="auto" w:fill="2B547E"/>
            <w:tcMar>
              <w:top w:w="100" w:type="dxa"/>
              <w:left w:w="150" w:type="dxa"/>
              <w:bottom w:w="100" w:type="dxa"/>
              <w:right w:w="150" w:type="dxa"/>
            </w:tcMar>
          </w:tcPr>
          <w:p w14:paraId="682CE7D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1DC82118"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21AA495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1CCC949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6F6CC2E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3A7E59F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3B02767E" w14:textId="77777777">
        <w:trPr>
          <w:jc w:val="center"/>
        </w:trPr>
        <w:tc>
          <w:tcPr>
            <w:tcW w:w="1560" w:type="dxa"/>
            <w:shd w:val="clear" w:color="auto" w:fill="F2F4F7"/>
            <w:tcMar>
              <w:top w:w="100" w:type="dxa"/>
              <w:left w:w="150" w:type="dxa"/>
              <w:bottom w:w="100" w:type="dxa"/>
              <w:right w:w="150" w:type="dxa"/>
            </w:tcMar>
          </w:tcPr>
          <w:p w14:paraId="1890B5D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4.04</w:t>
            </w:r>
          </w:p>
        </w:tc>
        <w:tc>
          <w:tcPr>
            <w:tcW w:w="1560" w:type="dxa"/>
            <w:shd w:val="clear" w:color="auto" w:fill="F2F4F7"/>
            <w:tcMar>
              <w:top w:w="100" w:type="dxa"/>
              <w:left w:w="150" w:type="dxa"/>
              <w:bottom w:w="100" w:type="dxa"/>
              <w:right w:w="150" w:type="dxa"/>
            </w:tcMar>
          </w:tcPr>
          <w:p w14:paraId="029D223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0.92</w:t>
            </w:r>
          </w:p>
        </w:tc>
        <w:tc>
          <w:tcPr>
            <w:tcW w:w="1560" w:type="dxa"/>
            <w:shd w:val="clear" w:color="auto" w:fill="F2F4F7"/>
            <w:tcMar>
              <w:top w:w="100" w:type="dxa"/>
              <w:left w:w="150" w:type="dxa"/>
              <w:bottom w:w="100" w:type="dxa"/>
              <w:right w:w="150" w:type="dxa"/>
            </w:tcMar>
          </w:tcPr>
          <w:p w14:paraId="613696C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06427736"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%76.3</w:t>
            </w:r>
            <w:proofErr w:type="gramEnd"/>
          </w:p>
        </w:tc>
        <w:tc>
          <w:tcPr>
            <w:tcW w:w="1560" w:type="dxa"/>
            <w:shd w:val="clear" w:color="auto" w:fill="F2F4F7"/>
            <w:tcMar>
              <w:top w:w="100" w:type="dxa"/>
              <w:left w:w="150" w:type="dxa"/>
              <w:bottom w:w="100" w:type="dxa"/>
              <w:right w:w="150" w:type="dxa"/>
            </w:tcMar>
          </w:tcPr>
          <w:p w14:paraId="3EE3F7DB"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%18.9</w:t>
            </w:r>
            <w:proofErr w:type="gramEnd"/>
          </w:p>
        </w:tc>
        <w:tc>
          <w:tcPr>
            <w:tcW w:w="1560" w:type="dxa"/>
            <w:shd w:val="clear" w:color="auto" w:fill="F2F4F7"/>
            <w:tcMar>
              <w:top w:w="100" w:type="dxa"/>
              <w:left w:w="150" w:type="dxa"/>
              <w:bottom w:w="100" w:type="dxa"/>
              <w:right w:w="150" w:type="dxa"/>
            </w:tcMar>
          </w:tcPr>
          <w:p w14:paraId="4AA870F6"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%4.8</w:t>
            </w:r>
            <w:proofErr w:type="gramEnd"/>
          </w:p>
        </w:tc>
      </w:tr>
      <w:tr w:rsidR="00523531" w:rsidRPr="00571BA6" w14:paraId="56F9CC11" w14:textId="77777777">
        <w:trPr>
          <w:jc w:val="center"/>
        </w:trPr>
        <w:tc>
          <w:tcPr>
            <w:tcW w:w="1560" w:type="dxa"/>
            <w:shd w:val="clear" w:color="auto" w:fill="FFFFFF"/>
            <w:tcMar>
              <w:top w:w="100" w:type="dxa"/>
              <w:left w:w="150" w:type="dxa"/>
              <w:bottom w:w="100" w:type="dxa"/>
              <w:right w:w="150" w:type="dxa"/>
            </w:tcMar>
          </w:tcPr>
          <w:p w14:paraId="6888938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f=3 (</w:t>
            </w:r>
            <w:proofErr w:type="gramStart"/>
            <w:r w:rsidRPr="00571BA6">
              <w:rPr>
                <w:rFonts w:ascii="Times New Roman" w:hAnsi="Times New Roman" w:cs="Times New Roman"/>
                <w:sz w:val="24"/>
                <w:szCs w:val="24"/>
                <w:lang w:val="tr-TR"/>
              </w:rPr>
              <w:t>%2.4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A91182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f=3 (</w:t>
            </w:r>
            <w:proofErr w:type="gramStart"/>
            <w:r w:rsidRPr="00571BA6">
              <w:rPr>
                <w:rFonts w:ascii="Times New Roman" w:hAnsi="Times New Roman" w:cs="Times New Roman"/>
                <w:sz w:val="24"/>
                <w:szCs w:val="24"/>
                <w:lang w:val="tr-TR"/>
              </w:rPr>
              <w:t>%2.4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B59910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f=24 (</w:t>
            </w:r>
            <w:proofErr w:type="gramStart"/>
            <w:r w:rsidRPr="00571BA6">
              <w:rPr>
                <w:rFonts w:ascii="Times New Roman" w:hAnsi="Times New Roman" w:cs="Times New Roman"/>
                <w:sz w:val="24"/>
                <w:szCs w:val="24"/>
                <w:lang w:val="tr-TR"/>
              </w:rPr>
              <w:t>%18.9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61C833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f=53 (</w:t>
            </w:r>
            <w:proofErr w:type="gramStart"/>
            <w:r w:rsidRPr="00571BA6">
              <w:rPr>
                <w:rFonts w:ascii="Times New Roman" w:hAnsi="Times New Roman" w:cs="Times New Roman"/>
                <w:sz w:val="24"/>
                <w:szCs w:val="24"/>
                <w:lang w:val="tr-TR"/>
              </w:rPr>
              <w:t>%41.7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EE3BDF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f=44 (</w:t>
            </w:r>
            <w:proofErr w:type="gramStart"/>
            <w:r w:rsidRPr="00571BA6">
              <w:rPr>
                <w:rFonts w:ascii="Times New Roman" w:hAnsi="Times New Roman" w:cs="Times New Roman"/>
                <w:sz w:val="24"/>
                <w:szCs w:val="24"/>
                <w:lang w:val="tr-TR"/>
              </w:rPr>
              <w:t>%34.6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1FC4BE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48168383"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%76.3</w:t>
      </w:r>
      <w:proofErr w:type="gramEnd"/>
      <w:r w:rsidRPr="00571BA6">
        <w:rPr>
          <w:rFonts w:ascii="Times New Roman" w:hAnsi="Times New Roman" w:cs="Times New Roman"/>
          <w:sz w:val="24"/>
          <w:szCs w:val="24"/>
          <w:lang w:val="tr-TR"/>
        </w:rPr>
        <w:t xml:space="preserve">'i bu maddeye ilişkin olumlu değerlendirmede bulunmuştur. Ortalamanın </w:t>
      </w:r>
      <w:proofErr w:type="gramStart"/>
      <w:r w:rsidRPr="00571BA6">
        <w:rPr>
          <w:rFonts w:ascii="Times New Roman" w:hAnsi="Times New Roman" w:cs="Times New Roman"/>
          <w:sz w:val="24"/>
          <w:szCs w:val="24"/>
          <w:lang w:val="tr-TR"/>
        </w:rPr>
        <w:t>4.04</w:t>
      </w:r>
      <w:proofErr w:type="gramEnd"/>
      <w:r w:rsidRPr="00571BA6">
        <w:rPr>
          <w:rFonts w:ascii="Times New Roman" w:hAnsi="Times New Roman" w:cs="Times New Roman"/>
          <w:sz w:val="24"/>
          <w:szCs w:val="24"/>
          <w:lang w:val="tr-TR"/>
        </w:rPr>
        <w:t xml:space="preserve"> seviyesinde gerçekleşmesi, bölümün bu alandaki performansının son derece yüksek olduğunu ve öğrencilerin beklentilerini güçlü bir şekilde karşıladığını göstermektedir. Bu alan bölümün sürdürülebilir güçlü yönleri arasındadır.</w:t>
      </w:r>
    </w:p>
    <w:p w14:paraId="546184C2"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22C0228A"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13: Danışmanınızı sizi yönlendirme ve sorunlarınızı çözme açısından nasıl değerlendiriyorsunuz?</w:t>
      </w:r>
    </w:p>
    <w:p w14:paraId="3FF9DBD4" w14:textId="77777777" w:rsidR="00523531" w:rsidRPr="00571BA6" w:rsidRDefault="00523531" w:rsidP="005B48AD">
      <w:pPr>
        <w:spacing w:after="40" w:line="360" w:lineRule="auto"/>
        <w:rPr>
          <w:rFonts w:ascii="Times New Roman" w:hAnsi="Times New Roman" w:cs="Times New Roman"/>
          <w:sz w:val="24"/>
          <w:szCs w:val="24"/>
          <w:lang w:val="tr-TR"/>
        </w:rPr>
      </w:pPr>
    </w:p>
    <w:p w14:paraId="6F7329BB"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6A16CE23" wp14:editId="07EF088F">
            <wp:extent cx="3474720" cy="265342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8"/>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3211A182" w14:textId="77777777">
        <w:trPr>
          <w:jc w:val="center"/>
        </w:trPr>
        <w:tc>
          <w:tcPr>
            <w:tcW w:w="1560" w:type="dxa"/>
            <w:shd w:val="clear" w:color="auto" w:fill="2B547E"/>
            <w:tcMar>
              <w:top w:w="100" w:type="dxa"/>
              <w:left w:w="150" w:type="dxa"/>
              <w:bottom w:w="100" w:type="dxa"/>
              <w:right w:w="150" w:type="dxa"/>
            </w:tcMar>
          </w:tcPr>
          <w:p w14:paraId="3014E35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2C627CEA"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595EDD9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2768001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5BD82D1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0F47018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604EBFCB" w14:textId="77777777">
        <w:trPr>
          <w:jc w:val="center"/>
        </w:trPr>
        <w:tc>
          <w:tcPr>
            <w:tcW w:w="1560" w:type="dxa"/>
            <w:shd w:val="clear" w:color="auto" w:fill="F2F4F7"/>
            <w:tcMar>
              <w:top w:w="100" w:type="dxa"/>
              <w:left w:w="150" w:type="dxa"/>
              <w:bottom w:w="100" w:type="dxa"/>
              <w:right w:w="150" w:type="dxa"/>
            </w:tcMar>
          </w:tcPr>
          <w:p w14:paraId="696DC46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4.08</w:t>
            </w:r>
          </w:p>
        </w:tc>
        <w:tc>
          <w:tcPr>
            <w:tcW w:w="1560" w:type="dxa"/>
            <w:shd w:val="clear" w:color="auto" w:fill="F2F4F7"/>
            <w:tcMar>
              <w:top w:w="100" w:type="dxa"/>
              <w:left w:w="150" w:type="dxa"/>
              <w:bottom w:w="100" w:type="dxa"/>
              <w:right w:w="150" w:type="dxa"/>
            </w:tcMar>
          </w:tcPr>
          <w:p w14:paraId="33157F6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0.99</w:t>
            </w:r>
          </w:p>
        </w:tc>
        <w:tc>
          <w:tcPr>
            <w:tcW w:w="1560" w:type="dxa"/>
            <w:shd w:val="clear" w:color="auto" w:fill="F2F4F7"/>
            <w:tcMar>
              <w:top w:w="100" w:type="dxa"/>
              <w:left w:w="150" w:type="dxa"/>
              <w:bottom w:w="100" w:type="dxa"/>
              <w:right w:w="150" w:type="dxa"/>
            </w:tcMar>
          </w:tcPr>
          <w:p w14:paraId="5AC4C11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49319907"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%72.4</w:t>
            </w:r>
            <w:proofErr w:type="gramEnd"/>
          </w:p>
        </w:tc>
        <w:tc>
          <w:tcPr>
            <w:tcW w:w="1560" w:type="dxa"/>
            <w:shd w:val="clear" w:color="auto" w:fill="F2F4F7"/>
            <w:tcMar>
              <w:top w:w="100" w:type="dxa"/>
              <w:left w:w="150" w:type="dxa"/>
              <w:bottom w:w="100" w:type="dxa"/>
              <w:right w:w="150" w:type="dxa"/>
            </w:tcMar>
          </w:tcPr>
          <w:p w14:paraId="0EC8886C"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%23.6</w:t>
            </w:r>
            <w:proofErr w:type="gramEnd"/>
          </w:p>
        </w:tc>
        <w:tc>
          <w:tcPr>
            <w:tcW w:w="1560" w:type="dxa"/>
            <w:shd w:val="clear" w:color="auto" w:fill="F2F4F7"/>
            <w:tcMar>
              <w:top w:w="100" w:type="dxa"/>
              <w:left w:w="150" w:type="dxa"/>
              <w:bottom w:w="100" w:type="dxa"/>
              <w:right w:w="150" w:type="dxa"/>
            </w:tcMar>
          </w:tcPr>
          <w:p w14:paraId="3E2659C5"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%3.9</w:t>
            </w:r>
            <w:proofErr w:type="gramEnd"/>
          </w:p>
        </w:tc>
      </w:tr>
      <w:tr w:rsidR="00523531" w:rsidRPr="00571BA6" w14:paraId="775FBE3F" w14:textId="77777777">
        <w:trPr>
          <w:jc w:val="center"/>
        </w:trPr>
        <w:tc>
          <w:tcPr>
            <w:tcW w:w="1560" w:type="dxa"/>
            <w:shd w:val="clear" w:color="auto" w:fill="FFFFFF"/>
            <w:tcMar>
              <w:top w:w="100" w:type="dxa"/>
              <w:left w:w="150" w:type="dxa"/>
              <w:bottom w:w="100" w:type="dxa"/>
              <w:right w:w="150" w:type="dxa"/>
            </w:tcMar>
          </w:tcPr>
          <w:p w14:paraId="4820B7C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f=4 (</w:t>
            </w:r>
            <w:proofErr w:type="gramStart"/>
            <w:r w:rsidRPr="00571BA6">
              <w:rPr>
                <w:rFonts w:ascii="Times New Roman" w:hAnsi="Times New Roman" w:cs="Times New Roman"/>
                <w:sz w:val="24"/>
                <w:szCs w:val="24"/>
                <w:lang w:val="tr-TR"/>
              </w:rPr>
              <w:t>%3.1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A37D9E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f=1 (</w:t>
            </w:r>
            <w:proofErr w:type="gramStart"/>
            <w:r w:rsidRPr="00571BA6">
              <w:rPr>
                <w:rFonts w:ascii="Times New Roman" w:hAnsi="Times New Roman" w:cs="Times New Roman"/>
                <w:sz w:val="24"/>
                <w:szCs w:val="24"/>
                <w:lang w:val="tr-TR"/>
              </w:rPr>
              <w:t>%0.8</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BAFA07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f=30 (</w:t>
            </w:r>
            <w:proofErr w:type="gramStart"/>
            <w:r w:rsidRPr="00571BA6">
              <w:rPr>
                <w:rFonts w:ascii="Times New Roman" w:hAnsi="Times New Roman" w:cs="Times New Roman"/>
                <w:sz w:val="24"/>
                <w:szCs w:val="24"/>
                <w:lang w:val="tr-TR"/>
              </w:rPr>
              <w:t>%23.6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BAB4FB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f=38 (</w:t>
            </w:r>
            <w:proofErr w:type="gramStart"/>
            <w:r w:rsidRPr="00571BA6">
              <w:rPr>
                <w:rFonts w:ascii="Times New Roman" w:hAnsi="Times New Roman" w:cs="Times New Roman"/>
                <w:sz w:val="24"/>
                <w:szCs w:val="24"/>
                <w:lang w:val="tr-TR"/>
              </w:rPr>
              <w:t>%29.9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61D131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f=54 (</w:t>
            </w:r>
            <w:proofErr w:type="gramStart"/>
            <w:r w:rsidRPr="00571BA6">
              <w:rPr>
                <w:rFonts w:ascii="Times New Roman" w:hAnsi="Times New Roman" w:cs="Times New Roman"/>
                <w:sz w:val="24"/>
                <w:szCs w:val="24"/>
                <w:lang w:val="tr-TR"/>
              </w:rPr>
              <w:t>%42.5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4713DE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2F126B1A"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%72.4</w:t>
      </w:r>
      <w:proofErr w:type="gramEnd"/>
      <w:r w:rsidRPr="00571BA6">
        <w:rPr>
          <w:rFonts w:ascii="Times New Roman" w:hAnsi="Times New Roman" w:cs="Times New Roman"/>
          <w:sz w:val="24"/>
          <w:szCs w:val="24"/>
          <w:lang w:val="tr-TR"/>
        </w:rPr>
        <w:t xml:space="preserve">'i bu maddeye ilişkin olumlu değerlendirmede bulunmuştur. Ortalamanın </w:t>
      </w:r>
      <w:proofErr w:type="gramStart"/>
      <w:r w:rsidRPr="00571BA6">
        <w:rPr>
          <w:rFonts w:ascii="Times New Roman" w:hAnsi="Times New Roman" w:cs="Times New Roman"/>
          <w:sz w:val="24"/>
          <w:szCs w:val="24"/>
          <w:lang w:val="tr-TR"/>
        </w:rPr>
        <w:t>4.08</w:t>
      </w:r>
      <w:proofErr w:type="gramEnd"/>
      <w:r w:rsidRPr="00571BA6">
        <w:rPr>
          <w:rFonts w:ascii="Times New Roman" w:hAnsi="Times New Roman" w:cs="Times New Roman"/>
          <w:sz w:val="24"/>
          <w:szCs w:val="24"/>
          <w:lang w:val="tr-TR"/>
        </w:rPr>
        <w:t xml:space="preserve"> seviyesinde gerçekleşmesi, bölümün bu alandaki performansının son derece yüksek olduğunu ve öğrencilerin beklentilerini güçlü bir şekilde karşıladığını göstermektedir. Bu alan bölümün sürdürülebilir güçlü yönleri arasındadır.</w:t>
      </w:r>
    </w:p>
    <w:p w14:paraId="7187E53F"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70A393CB"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14: Bölümümüz mesleki seçmeli derslerini sayı ve içerik açısından nasıl değerlendiriyorsunuz?</w:t>
      </w:r>
    </w:p>
    <w:p w14:paraId="4E69BA4C" w14:textId="77777777" w:rsidR="00523531" w:rsidRPr="00571BA6" w:rsidRDefault="00523531" w:rsidP="005B48AD">
      <w:pPr>
        <w:spacing w:after="40" w:line="360" w:lineRule="auto"/>
        <w:rPr>
          <w:rFonts w:ascii="Times New Roman" w:hAnsi="Times New Roman" w:cs="Times New Roman"/>
          <w:sz w:val="24"/>
          <w:szCs w:val="24"/>
          <w:lang w:val="tr-TR"/>
        </w:rPr>
      </w:pPr>
    </w:p>
    <w:p w14:paraId="491CD0A6"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78280261" wp14:editId="31F0386D">
            <wp:extent cx="3474720" cy="265342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9"/>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1CB9A52F" w14:textId="77777777">
        <w:trPr>
          <w:jc w:val="center"/>
        </w:trPr>
        <w:tc>
          <w:tcPr>
            <w:tcW w:w="1560" w:type="dxa"/>
            <w:shd w:val="clear" w:color="auto" w:fill="2B547E"/>
            <w:tcMar>
              <w:top w:w="100" w:type="dxa"/>
              <w:left w:w="150" w:type="dxa"/>
              <w:bottom w:w="100" w:type="dxa"/>
              <w:right w:w="150" w:type="dxa"/>
            </w:tcMar>
          </w:tcPr>
          <w:p w14:paraId="717D3E6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6CCEF36A"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5A5D242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4241466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5D37EEB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45CE770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7A22542E" w14:textId="77777777">
        <w:trPr>
          <w:jc w:val="center"/>
        </w:trPr>
        <w:tc>
          <w:tcPr>
            <w:tcW w:w="1560" w:type="dxa"/>
            <w:shd w:val="clear" w:color="auto" w:fill="F2F4F7"/>
            <w:tcMar>
              <w:top w:w="100" w:type="dxa"/>
              <w:left w:w="150" w:type="dxa"/>
              <w:bottom w:w="100" w:type="dxa"/>
              <w:right w:w="150" w:type="dxa"/>
            </w:tcMar>
          </w:tcPr>
          <w:p w14:paraId="1902BAC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3.65</w:t>
            </w:r>
          </w:p>
        </w:tc>
        <w:tc>
          <w:tcPr>
            <w:tcW w:w="1560" w:type="dxa"/>
            <w:shd w:val="clear" w:color="auto" w:fill="F2F4F7"/>
            <w:tcMar>
              <w:top w:w="100" w:type="dxa"/>
              <w:left w:w="150" w:type="dxa"/>
              <w:bottom w:w="100" w:type="dxa"/>
              <w:right w:w="150" w:type="dxa"/>
            </w:tcMar>
          </w:tcPr>
          <w:p w14:paraId="18C4B28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1.07</w:t>
            </w:r>
          </w:p>
        </w:tc>
        <w:tc>
          <w:tcPr>
            <w:tcW w:w="1560" w:type="dxa"/>
            <w:shd w:val="clear" w:color="auto" w:fill="F2F4F7"/>
            <w:tcMar>
              <w:top w:w="100" w:type="dxa"/>
              <w:left w:w="150" w:type="dxa"/>
              <w:bottom w:w="100" w:type="dxa"/>
              <w:right w:w="150" w:type="dxa"/>
            </w:tcMar>
          </w:tcPr>
          <w:p w14:paraId="4D00872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284ECFC5"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%55.1</w:t>
            </w:r>
            <w:proofErr w:type="gramEnd"/>
          </w:p>
        </w:tc>
        <w:tc>
          <w:tcPr>
            <w:tcW w:w="1560" w:type="dxa"/>
            <w:shd w:val="clear" w:color="auto" w:fill="F2F4F7"/>
            <w:tcMar>
              <w:top w:w="100" w:type="dxa"/>
              <w:left w:w="150" w:type="dxa"/>
              <w:bottom w:w="100" w:type="dxa"/>
              <w:right w:w="150" w:type="dxa"/>
            </w:tcMar>
          </w:tcPr>
          <w:p w14:paraId="72858D28"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%35.4</w:t>
            </w:r>
            <w:proofErr w:type="gramEnd"/>
          </w:p>
        </w:tc>
        <w:tc>
          <w:tcPr>
            <w:tcW w:w="1560" w:type="dxa"/>
            <w:shd w:val="clear" w:color="auto" w:fill="F2F4F7"/>
            <w:tcMar>
              <w:top w:w="100" w:type="dxa"/>
              <w:left w:w="150" w:type="dxa"/>
              <w:bottom w:w="100" w:type="dxa"/>
              <w:right w:w="150" w:type="dxa"/>
            </w:tcMar>
          </w:tcPr>
          <w:p w14:paraId="08853A82"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%9.4</w:t>
            </w:r>
            <w:proofErr w:type="gramEnd"/>
          </w:p>
        </w:tc>
      </w:tr>
      <w:tr w:rsidR="00523531" w:rsidRPr="00571BA6" w14:paraId="6B6F2DFD" w14:textId="77777777">
        <w:trPr>
          <w:jc w:val="center"/>
        </w:trPr>
        <w:tc>
          <w:tcPr>
            <w:tcW w:w="1560" w:type="dxa"/>
            <w:shd w:val="clear" w:color="auto" w:fill="FFFFFF"/>
            <w:tcMar>
              <w:top w:w="100" w:type="dxa"/>
              <w:left w:w="150" w:type="dxa"/>
              <w:bottom w:w="100" w:type="dxa"/>
              <w:right w:w="150" w:type="dxa"/>
            </w:tcMar>
          </w:tcPr>
          <w:p w14:paraId="1204697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f=7 (</w:t>
            </w:r>
            <w:proofErr w:type="gramStart"/>
            <w:r w:rsidRPr="00571BA6">
              <w:rPr>
                <w:rFonts w:ascii="Times New Roman" w:hAnsi="Times New Roman" w:cs="Times New Roman"/>
                <w:sz w:val="24"/>
                <w:szCs w:val="24"/>
                <w:lang w:val="tr-TR"/>
              </w:rPr>
              <w:t>%5.5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E4DC9E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f=5 (</w:t>
            </w:r>
            <w:proofErr w:type="gramStart"/>
            <w:r w:rsidRPr="00571BA6">
              <w:rPr>
                <w:rFonts w:ascii="Times New Roman" w:hAnsi="Times New Roman" w:cs="Times New Roman"/>
                <w:sz w:val="24"/>
                <w:szCs w:val="24"/>
                <w:lang w:val="tr-TR"/>
              </w:rPr>
              <w:t>%3.9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948539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f=45 (</w:t>
            </w:r>
            <w:proofErr w:type="gramStart"/>
            <w:r w:rsidRPr="00571BA6">
              <w:rPr>
                <w:rFonts w:ascii="Times New Roman" w:hAnsi="Times New Roman" w:cs="Times New Roman"/>
                <w:sz w:val="24"/>
                <w:szCs w:val="24"/>
                <w:lang w:val="tr-TR"/>
              </w:rPr>
              <w:t>%35.4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6BB1D6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f=39 (</w:t>
            </w:r>
            <w:proofErr w:type="gramStart"/>
            <w:r w:rsidRPr="00571BA6">
              <w:rPr>
                <w:rFonts w:ascii="Times New Roman" w:hAnsi="Times New Roman" w:cs="Times New Roman"/>
                <w:sz w:val="24"/>
                <w:szCs w:val="24"/>
                <w:lang w:val="tr-TR"/>
              </w:rPr>
              <w:t>%30.7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3629FB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f=31 (</w:t>
            </w:r>
            <w:proofErr w:type="gramStart"/>
            <w:r w:rsidRPr="00571BA6">
              <w:rPr>
                <w:rFonts w:ascii="Times New Roman" w:hAnsi="Times New Roman" w:cs="Times New Roman"/>
                <w:sz w:val="24"/>
                <w:szCs w:val="24"/>
                <w:lang w:val="tr-TR"/>
              </w:rPr>
              <w:t>%24.4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99670B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23443960"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%55.1</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%35.4</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3.65</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0B59D219"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15: Bölümümüz dışından aldığınız seçmeli dersleri sayı ve içerik açısından nasıl değerlendiriyorsunuz?</w:t>
      </w:r>
    </w:p>
    <w:p w14:paraId="0FDDC1BB" w14:textId="77777777" w:rsidR="00523531" w:rsidRPr="00571BA6" w:rsidRDefault="00523531" w:rsidP="005B48AD">
      <w:pPr>
        <w:spacing w:after="40" w:line="360" w:lineRule="auto"/>
        <w:rPr>
          <w:rFonts w:ascii="Times New Roman" w:hAnsi="Times New Roman" w:cs="Times New Roman"/>
          <w:sz w:val="24"/>
          <w:szCs w:val="24"/>
          <w:lang w:val="tr-TR"/>
        </w:rPr>
      </w:pPr>
    </w:p>
    <w:p w14:paraId="495DE2B3"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67B18ABB" wp14:editId="21241FAC">
            <wp:extent cx="3474720" cy="265342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0"/>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6F57F27B" w14:textId="77777777">
        <w:trPr>
          <w:jc w:val="center"/>
        </w:trPr>
        <w:tc>
          <w:tcPr>
            <w:tcW w:w="1560" w:type="dxa"/>
            <w:shd w:val="clear" w:color="auto" w:fill="2B547E"/>
            <w:tcMar>
              <w:top w:w="100" w:type="dxa"/>
              <w:left w:w="150" w:type="dxa"/>
              <w:bottom w:w="100" w:type="dxa"/>
              <w:right w:w="150" w:type="dxa"/>
            </w:tcMar>
          </w:tcPr>
          <w:p w14:paraId="31CEB69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62404062"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55F2D4E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5FDE91E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78916CD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7E0A61D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57BD3740" w14:textId="77777777">
        <w:trPr>
          <w:jc w:val="center"/>
        </w:trPr>
        <w:tc>
          <w:tcPr>
            <w:tcW w:w="1560" w:type="dxa"/>
            <w:shd w:val="clear" w:color="auto" w:fill="F2F4F7"/>
            <w:tcMar>
              <w:top w:w="100" w:type="dxa"/>
              <w:left w:w="150" w:type="dxa"/>
              <w:bottom w:w="100" w:type="dxa"/>
              <w:right w:w="150" w:type="dxa"/>
            </w:tcMar>
          </w:tcPr>
          <w:p w14:paraId="1BFE4B4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3.35</w:t>
            </w:r>
          </w:p>
        </w:tc>
        <w:tc>
          <w:tcPr>
            <w:tcW w:w="1560" w:type="dxa"/>
            <w:shd w:val="clear" w:color="auto" w:fill="F2F4F7"/>
            <w:tcMar>
              <w:top w:w="100" w:type="dxa"/>
              <w:left w:w="150" w:type="dxa"/>
              <w:bottom w:w="100" w:type="dxa"/>
              <w:right w:w="150" w:type="dxa"/>
            </w:tcMar>
          </w:tcPr>
          <w:p w14:paraId="0599A5C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1.09</w:t>
            </w:r>
          </w:p>
        </w:tc>
        <w:tc>
          <w:tcPr>
            <w:tcW w:w="1560" w:type="dxa"/>
            <w:shd w:val="clear" w:color="auto" w:fill="F2F4F7"/>
            <w:tcMar>
              <w:top w:w="100" w:type="dxa"/>
              <w:left w:w="150" w:type="dxa"/>
              <w:bottom w:w="100" w:type="dxa"/>
              <w:right w:w="150" w:type="dxa"/>
            </w:tcMar>
          </w:tcPr>
          <w:p w14:paraId="727885D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14B4B506"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%44.0</w:t>
            </w:r>
            <w:proofErr w:type="gramEnd"/>
          </w:p>
        </w:tc>
        <w:tc>
          <w:tcPr>
            <w:tcW w:w="1560" w:type="dxa"/>
            <w:shd w:val="clear" w:color="auto" w:fill="F2F4F7"/>
            <w:tcMar>
              <w:top w:w="100" w:type="dxa"/>
              <w:left w:w="150" w:type="dxa"/>
              <w:bottom w:w="100" w:type="dxa"/>
              <w:right w:w="150" w:type="dxa"/>
            </w:tcMar>
          </w:tcPr>
          <w:p w14:paraId="73916824"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%38.6</w:t>
            </w:r>
            <w:proofErr w:type="gramEnd"/>
          </w:p>
        </w:tc>
        <w:tc>
          <w:tcPr>
            <w:tcW w:w="1560" w:type="dxa"/>
            <w:shd w:val="clear" w:color="auto" w:fill="F2F4F7"/>
            <w:tcMar>
              <w:top w:w="100" w:type="dxa"/>
              <w:left w:w="150" w:type="dxa"/>
              <w:bottom w:w="100" w:type="dxa"/>
              <w:right w:w="150" w:type="dxa"/>
            </w:tcMar>
          </w:tcPr>
          <w:p w14:paraId="2C55196D"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%17.3</w:t>
            </w:r>
            <w:proofErr w:type="gramEnd"/>
          </w:p>
        </w:tc>
      </w:tr>
      <w:tr w:rsidR="00523531" w:rsidRPr="00571BA6" w14:paraId="01CE7822" w14:textId="77777777">
        <w:trPr>
          <w:jc w:val="center"/>
        </w:trPr>
        <w:tc>
          <w:tcPr>
            <w:tcW w:w="1560" w:type="dxa"/>
            <w:shd w:val="clear" w:color="auto" w:fill="FFFFFF"/>
            <w:tcMar>
              <w:top w:w="100" w:type="dxa"/>
              <w:left w:w="150" w:type="dxa"/>
              <w:bottom w:w="100" w:type="dxa"/>
              <w:right w:w="150" w:type="dxa"/>
            </w:tcMar>
          </w:tcPr>
          <w:p w14:paraId="10FD652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f=9 (</w:t>
            </w:r>
            <w:proofErr w:type="gramStart"/>
            <w:r w:rsidRPr="00571BA6">
              <w:rPr>
                <w:rFonts w:ascii="Times New Roman" w:hAnsi="Times New Roman" w:cs="Times New Roman"/>
                <w:sz w:val="24"/>
                <w:szCs w:val="24"/>
                <w:lang w:val="tr-TR"/>
              </w:rPr>
              <w:t>%7.1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41D2C0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f=13 (</w:t>
            </w:r>
            <w:proofErr w:type="gramStart"/>
            <w:r w:rsidRPr="00571BA6">
              <w:rPr>
                <w:rFonts w:ascii="Times New Roman" w:hAnsi="Times New Roman" w:cs="Times New Roman"/>
                <w:sz w:val="24"/>
                <w:szCs w:val="24"/>
                <w:lang w:val="tr-TR"/>
              </w:rPr>
              <w:t>%10.2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E2FEE1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f=49 (</w:t>
            </w:r>
            <w:proofErr w:type="gramStart"/>
            <w:r w:rsidRPr="00571BA6">
              <w:rPr>
                <w:rFonts w:ascii="Times New Roman" w:hAnsi="Times New Roman" w:cs="Times New Roman"/>
                <w:sz w:val="24"/>
                <w:szCs w:val="24"/>
                <w:lang w:val="tr-TR"/>
              </w:rPr>
              <w:t>%38.6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FCE2D3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f=36 (</w:t>
            </w:r>
            <w:proofErr w:type="gramStart"/>
            <w:r w:rsidRPr="00571BA6">
              <w:rPr>
                <w:rFonts w:ascii="Times New Roman" w:hAnsi="Times New Roman" w:cs="Times New Roman"/>
                <w:sz w:val="24"/>
                <w:szCs w:val="24"/>
                <w:lang w:val="tr-TR"/>
              </w:rPr>
              <w:t>%28.3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3A8912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f=20 (</w:t>
            </w:r>
            <w:proofErr w:type="gramStart"/>
            <w:r w:rsidRPr="00571BA6">
              <w:rPr>
                <w:rFonts w:ascii="Times New Roman" w:hAnsi="Times New Roman" w:cs="Times New Roman"/>
                <w:sz w:val="24"/>
                <w:szCs w:val="24"/>
                <w:lang w:val="tr-TR"/>
              </w:rPr>
              <w:t>%15.7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4D59C0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68E35271"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%44.0</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%38.6</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3.35</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73DEABB1"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16: Yabancı dil öğretimine ilişkin dersleri sayı ve içerik açısından nasıl değerlendiriyorsunuz?</w:t>
      </w:r>
    </w:p>
    <w:p w14:paraId="406D92B2" w14:textId="77777777" w:rsidR="00523531" w:rsidRPr="00571BA6" w:rsidRDefault="00523531" w:rsidP="005B48AD">
      <w:pPr>
        <w:spacing w:after="40" w:line="360" w:lineRule="auto"/>
        <w:rPr>
          <w:rFonts w:ascii="Times New Roman" w:hAnsi="Times New Roman" w:cs="Times New Roman"/>
          <w:sz w:val="24"/>
          <w:szCs w:val="24"/>
          <w:lang w:val="tr-TR"/>
        </w:rPr>
      </w:pPr>
    </w:p>
    <w:p w14:paraId="46A197FF"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01DFC701" wp14:editId="00E229B7">
            <wp:extent cx="3474720" cy="2653423"/>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1"/>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3C68634C" w14:textId="77777777">
        <w:trPr>
          <w:jc w:val="center"/>
        </w:trPr>
        <w:tc>
          <w:tcPr>
            <w:tcW w:w="1560" w:type="dxa"/>
            <w:shd w:val="clear" w:color="auto" w:fill="2B547E"/>
            <w:tcMar>
              <w:top w:w="100" w:type="dxa"/>
              <w:left w:w="150" w:type="dxa"/>
              <w:bottom w:w="100" w:type="dxa"/>
              <w:right w:w="150" w:type="dxa"/>
            </w:tcMar>
          </w:tcPr>
          <w:p w14:paraId="4050E99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7B1E9C39"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605C2A6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4AD34FE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27AD9B1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4A23044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70EBB20B" w14:textId="77777777">
        <w:trPr>
          <w:jc w:val="center"/>
        </w:trPr>
        <w:tc>
          <w:tcPr>
            <w:tcW w:w="1560" w:type="dxa"/>
            <w:shd w:val="clear" w:color="auto" w:fill="F2F4F7"/>
            <w:tcMar>
              <w:top w:w="100" w:type="dxa"/>
              <w:left w:w="150" w:type="dxa"/>
              <w:bottom w:w="100" w:type="dxa"/>
              <w:right w:w="150" w:type="dxa"/>
            </w:tcMar>
          </w:tcPr>
          <w:p w14:paraId="0BB6415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3.13</w:t>
            </w:r>
          </w:p>
        </w:tc>
        <w:tc>
          <w:tcPr>
            <w:tcW w:w="1560" w:type="dxa"/>
            <w:shd w:val="clear" w:color="auto" w:fill="F2F4F7"/>
            <w:tcMar>
              <w:top w:w="100" w:type="dxa"/>
              <w:left w:w="150" w:type="dxa"/>
              <w:bottom w:w="100" w:type="dxa"/>
              <w:right w:w="150" w:type="dxa"/>
            </w:tcMar>
          </w:tcPr>
          <w:p w14:paraId="69F55B3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1.21</w:t>
            </w:r>
          </w:p>
        </w:tc>
        <w:tc>
          <w:tcPr>
            <w:tcW w:w="1560" w:type="dxa"/>
            <w:shd w:val="clear" w:color="auto" w:fill="F2F4F7"/>
            <w:tcMar>
              <w:top w:w="100" w:type="dxa"/>
              <w:left w:w="150" w:type="dxa"/>
              <w:bottom w:w="100" w:type="dxa"/>
              <w:right w:w="150" w:type="dxa"/>
            </w:tcMar>
          </w:tcPr>
          <w:p w14:paraId="04B8C75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3FC4FCB9"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%38.6</w:t>
            </w:r>
            <w:proofErr w:type="gramEnd"/>
          </w:p>
        </w:tc>
        <w:tc>
          <w:tcPr>
            <w:tcW w:w="1560" w:type="dxa"/>
            <w:shd w:val="clear" w:color="auto" w:fill="F2F4F7"/>
            <w:tcMar>
              <w:top w:w="100" w:type="dxa"/>
              <w:left w:w="150" w:type="dxa"/>
              <w:bottom w:w="100" w:type="dxa"/>
              <w:right w:w="150" w:type="dxa"/>
            </w:tcMar>
          </w:tcPr>
          <w:p w14:paraId="0320190E"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%33.9</w:t>
            </w:r>
            <w:proofErr w:type="gramEnd"/>
          </w:p>
        </w:tc>
        <w:tc>
          <w:tcPr>
            <w:tcW w:w="1560" w:type="dxa"/>
            <w:shd w:val="clear" w:color="auto" w:fill="F2F4F7"/>
            <w:tcMar>
              <w:top w:w="100" w:type="dxa"/>
              <w:left w:w="150" w:type="dxa"/>
              <w:bottom w:w="100" w:type="dxa"/>
              <w:right w:w="150" w:type="dxa"/>
            </w:tcMar>
          </w:tcPr>
          <w:p w14:paraId="016DEB62"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%27.6</w:t>
            </w:r>
            <w:proofErr w:type="gramEnd"/>
          </w:p>
        </w:tc>
      </w:tr>
      <w:tr w:rsidR="00523531" w:rsidRPr="00571BA6" w14:paraId="0C90B1AF" w14:textId="77777777">
        <w:trPr>
          <w:jc w:val="center"/>
        </w:trPr>
        <w:tc>
          <w:tcPr>
            <w:tcW w:w="1560" w:type="dxa"/>
            <w:shd w:val="clear" w:color="auto" w:fill="FFFFFF"/>
            <w:tcMar>
              <w:top w:w="100" w:type="dxa"/>
              <w:left w:w="150" w:type="dxa"/>
              <w:bottom w:w="100" w:type="dxa"/>
              <w:right w:w="150" w:type="dxa"/>
            </w:tcMar>
          </w:tcPr>
          <w:p w14:paraId="1D1A3D9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f=16 (</w:t>
            </w:r>
            <w:proofErr w:type="gramStart"/>
            <w:r w:rsidRPr="00571BA6">
              <w:rPr>
                <w:rFonts w:ascii="Times New Roman" w:hAnsi="Times New Roman" w:cs="Times New Roman"/>
                <w:sz w:val="24"/>
                <w:szCs w:val="24"/>
                <w:lang w:val="tr-TR"/>
              </w:rPr>
              <w:t>%12.6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2BA6CC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t>f=19 (</w:t>
            </w:r>
            <w:proofErr w:type="gramStart"/>
            <w:r w:rsidRPr="00571BA6">
              <w:rPr>
                <w:rFonts w:ascii="Times New Roman" w:hAnsi="Times New Roman" w:cs="Times New Roman"/>
                <w:sz w:val="24"/>
                <w:szCs w:val="24"/>
                <w:lang w:val="tr-TR"/>
              </w:rPr>
              <w:t>%15.0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4ECDA3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f=43 (</w:t>
            </w:r>
            <w:proofErr w:type="gramStart"/>
            <w:r w:rsidRPr="00571BA6">
              <w:rPr>
                <w:rFonts w:ascii="Times New Roman" w:hAnsi="Times New Roman" w:cs="Times New Roman"/>
                <w:sz w:val="24"/>
                <w:szCs w:val="24"/>
                <w:lang w:val="tr-TR"/>
              </w:rPr>
              <w:t>%33.9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D7CB02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f=31 (</w:t>
            </w:r>
            <w:proofErr w:type="gramStart"/>
            <w:r w:rsidRPr="00571BA6">
              <w:rPr>
                <w:rFonts w:ascii="Times New Roman" w:hAnsi="Times New Roman" w:cs="Times New Roman"/>
                <w:sz w:val="24"/>
                <w:szCs w:val="24"/>
                <w:lang w:val="tr-TR"/>
              </w:rPr>
              <w:t>%24.4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37F5E4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f=18 (</w:t>
            </w:r>
            <w:proofErr w:type="gramStart"/>
            <w:r w:rsidRPr="00571BA6">
              <w:rPr>
                <w:rFonts w:ascii="Times New Roman" w:hAnsi="Times New Roman" w:cs="Times New Roman"/>
                <w:sz w:val="24"/>
                <w:szCs w:val="24"/>
                <w:lang w:val="tr-TR"/>
              </w:rPr>
              <w:t>%14.2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851936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25FD4331"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%27.6</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3.13</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0007869F"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17: Bölümümüzden aldığınız dersler bilgisayar yazılımları ile yeterince destekleniyor mu?</w:t>
      </w:r>
    </w:p>
    <w:p w14:paraId="3BC430BE" w14:textId="77777777" w:rsidR="00523531" w:rsidRPr="00571BA6" w:rsidRDefault="00523531" w:rsidP="005B48AD">
      <w:pPr>
        <w:spacing w:after="40" w:line="360" w:lineRule="auto"/>
        <w:rPr>
          <w:rFonts w:ascii="Times New Roman" w:hAnsi="Times New Roman" w:cs="Times New Roman"/>
          <w:sz w:val="24"/>
          <w:szCs w:val="24"/>
          <w:lang w:val="tr-TR"/>
        </w:rPr>
      </w:pPr>
    </w:p>
    <w:p w14:paraId="708EBE97"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7F66F55F" wp14:editId="2BE02E93">
            <wp:extent cx="3474720" cy="2653423"/>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2"/>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09F1BAF0" w14:textId="77777777">
        <w:trPr>
          <w:jc w:val="center"/>
        </w:trPr>
        <w:tc>
          <w:tcPr>
            <w:tcW w:w="1560" w:type="dxa"/>
            <w:shd w:val="clear" w:color="auto" w:fill="2B547E"/>
            <w:tcMar>
              <w:top w:w="100" w:type="dxa"/>
              <w:left w:w="150" w:type="dxa"/>
              <w:bottom w:w="100" w:type="dxa"/>
              <w:right w:w="150" w:type="dxa"/>
            </w:tcMar>
          </w:tcPr>
          <w:p w14:paraId="2F329EF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44094A2A"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336EFE5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441FCAE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12B72F4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189E3F5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2FBABAD8" w14:textId="77777777">
        <w:trPr>
          <w:jc w:val="center"/>
        </w:trPr>
        <w:tc>
          <w:tcPr>
            <w:tcW w:w="1560" w:type="dxa"/>
            <w:shd w:val="clear" w:color="auto" w:fill="F2F4F7"/>
            <w:tcMar>
              <w:top w:w="100" w:type="dxa"/>
              <w:left w:w="150" w:type="dxa"/>
              <w:bottom w:w="100" w:type="dxa"/>
              <w:right w:w="150" w:type="dxa"/>
            </w:tcMar>
          </w:tcPr>
          <w:p w14:paraId="199D4F1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2.72</w:t>
            </w:r>
          </w:p>
        </w:tc>
        <w:tc>
          <w:tcPr>
            <w:tcW w:w="1560" w:type="dxa"/>
            <w:shd w:val="clear" w:color="auto" w:fill="F2F4F7"/>
            <w:tcMar>
              <w:top w:w="100" w:type="dxa"/>
              <w:left w:w="150" w:type="dxa"/>
              <w:bottom w:w="100" w:type="dxa"/>
              <w:right w:w="150" w:type="dxa"/>
            </w:tcMar>
          </w:tcPr>
          <w:p w14:paraId="42F0379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1.26</w:t>
            </w:r>
          </w:p>
        </w:tc>
        <w:tc>
          <w:tcPr>
            <w:tcW w:w="1560" w:type="dxa"/>
            <w:shd w:val="clear" w:color="auto" w:fill="F2F4F7"/>
            <w:tcMar>
              <w:top w:w="100" w:type="dxa"/>
              <w:left w:w="150" w:type="dxa"/>
              <w:bottom w:w="100" w:type="dxa"/>
              <w:right w:w="150" w:type="dxa"/>
            </w:tcMar>
          </w:tcPr>
          <w:p w14:paraId="1492717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51174CCD"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%27.5</w:t>
            </w:r>
            <w:proofErr w:type="gramEnd"/>
          </w:p>
        </w:tc>
        <w:tc>
          <w:tcPr>
            <w:tcW w:w="1560" w:type="dxa"/>
            <w:shd w:val="clear" w:color="auto" w:fill="F2F4F7"/>
            <w:tcMar>
              <w:top w:w="100" w:type="dxa"/>
              <w:left w:w="150" w:type="dxa"/>
              <w:bottom w:w="100" w:type="dxa"/>
              <w:right w:w="150" w:type="dxa"/>
            </w:tcMar>
          </w:tcPr>
          <w:p w14:paraId="05EA3044"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%29.9</w:t>
            </w:r>
            <w:proofErr w:type="gramEnd"/>
          </w:p>
        </w:tc>
        <w:tc>
          <w:tcPr>
            <w:tcW w:w="1560" w:type="dxa"/>
            <w:shd w:val="clear" w:color="auto" w:fill="F2F4F7"/>
            <w:tcMar>
              <w:top w:w="100" w:type="dxa"/>
              <w:left w:w="150" w:type="dxa"/>
              <w:bottom w:w="100" w:type="dxa"/>
              <w:right w:w="150" w:type="dxa"/>
            </w:tcMar>
          </w:tcPr>
          <w:p w14:paraId="044A4160"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%42.5</w:t>
            </w:r>
            <w:proofErr w:type="gramEnd"/>
          </w:p>
        </w:tc>
      </w:tr>
      <w:tr w:rsidR="00523531" w:rsidRPr="00571BA6" w14:paraId="38FF9FFE" w14:textId="77777777">
        <w:trPr>
          <w:jc w:val="center"/>
        </w:trPr>
        <w:tc>
          <w:tcPr>
            <w:tcW w:w="1560" w:type="dxa"/>
            <w:shd w:val="clear" w:color="auto" w:fill="FFFFFF"/>
            <w:tcMar>
              <w:top w:w="100" w:type="dxa"/>
              <w:left w:w="150" w:type="dxa"/>
              <w:bottom w:w="100" w:type="dxa"/>
              <w:right w:w="150" w:type="dxa"/>
            </w:tcMar>
          </w:tcPr>
          <w:p w14:paraId="299EC87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f=28 (</w:t>
            </w:r>
            <w:proofErr w:type="gramStart"/>
            <w:r w:rsidRPr="00571BA6">
              <w:rPr>
                <w:rFonts w:ascii="Times New Roman" w:hAnsi="Times New Roman" w:cs="Times New Roman"/>
                <w:sz w:val="24"/>
                <w:szCs w:val="24"/>
                <w:lang w:val="tr-TR"/>
              </w:rPr>
              <w:t>%22.0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B7C2D9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f=26 (</w:t>
            </w:r>
            <w:proofErr w:type="gramStart"/>
            <w:r w:rsidRPr="00571BA6">
              <w:rPr>
                <w:rFonts w:ascii="Times New Roman" w:hAnsi="Times New Roman" w:cs="Times New Roman"/>
                <w:sz w:val="24"/>
                <w:szCs w:val="24"/>
                <w:lang w:val="tr-TR"/>
              </w:rPr>
              <w:t>%20.5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5EE60A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f=38 (</w:t>
            </w:r>
            <w:proofErr w:type="gramStart"/>
            <w:r w:rsidRPr="00571BA6">
              <w:rPr>
                <w:rFonts w:ascii="Times New Roman" w:hAnsi="Times New Roman" w:cs="Times New Roman"/>
                <w:sz w:val="24"/>
                <w:szCs w:val="24"/>
                <w:lang w:val="tr-TR"/>
              </w:rPr>
              <w:t>%29.9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4FE121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f=23 (</w:t>
            </w:r>
            <w:proofErr w:type="gramStart"/>
            <w:r w:rsidRPr="00571BA6">
              <w:rPr>
                <w:rFonts w:ascii="Times New Roman" w:hAnsi="Times New Roman" w:cs="Times New Roman"/>
                <w:sz w:val="24"/>
                <w:szCs w:val="24"/>
                <w:lang w:val="tr-TR"/>
              </w:rPr>
              <w:t>%18.1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2083A0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f=12 (</w:t>
            </w:r>
            <w:proofErr w:type="gramStart"/>
            <w:r w:rsidRPr="00571BA6">
              <w:rPr>
                <w:rFonts w:ascii="Times New Roman" w:hAnsi="Times New Roman" w:cs="Times New Roman"/>
                <w:sz w:val="24"/>
                <w:szCs w:val="24"/>
                <w:lang w:val="tr-TR"/>
              </w:rPr>
              <w:t>%9.4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0A79B5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41A99403"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%42.5</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2.72</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21A019FF"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18: Bölümümüzde aldığınız matematik / sayısal kültürü diğer derslerde kullanma becerinizi nasıl değerlendirirsiniz?</w:t>
      </w:r>
    </w:p>
    <w:p w14:paraId="16121C7D" w14:textId="77777777" w:rsidR="00523531" w:rsidRPr="00571BA6" w:rsidRDefault="00523531" w:rsidP="005B48AD">
      <w:pPr>
        <w:spacing w:after="40" w:line="360" w:lineRule="auto"/>
        <w:rPr>
          <w:rFonts w:ascii="Times New Roman" w:hAnsi="Times New Roman" w:cs="Times New Roman"/>
          <w:sz w:val="24"/>
          <w:szCs w:val="24"/>
          <w:lang w:val="tr-TR"/>
        </w:rPr>
      </w:pPr>
    </w:p>
    <w:p w14:paraId="4FDB9A83"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526787CE" wp14:editId="68D1D1D6">
            <wp:extent cx="3474720" cy="265342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3"/>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202A0CA1" w14:textId="77777777">
        <w:trPr>
          <w:jc w:val="center"/>
        </w:trPr>
        <w:tc>
          <w:tcPr>
            <w:tcW w:w="1560" w:type="dxa"/>
            <w:shd w:val="clear" w:color="auto" w:fill="2B547E"/>
            <w:tcMar>
              <w:top w:w="100" w:type="dxa"/>
              <w:left w:w="150" w:type="dxa"/>
              <w:bottom w:w="100" w:type="dxa"/>
              <w:right w:w="150" w:type="dxa"/>
            </w:tcMar>
          </w:tcPr>
          <w:p w14:paraId="36C368C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0197AEA8"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3314090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22AAE22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10B3CA2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5C5E13C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421AA7D3" w14:textId="77777777">
        <w:trPr>
          <w:jc w:val="center"/>
        </w:trPr>
        <w:tc>
          <w:tcPr>
            <w:tcW w:w="1560" w:type="dxa"/>
            <w:shd w:val="clear" w:color="auto" w:fill="F2F4F7"/>
            <w:tcMar>
              <w:top w:w="100" w:type="dxa"/>
              <w:left w:w="150" w:type="dxa"/>
              <w:bottom w:w="100" w:type="dxa"/>
              <w:right w:w="150" w:type="dxa"/>
            </w:tcMar>
          </w:tcPr>
          <w:p w14:paraId="08334F5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3.57</w:t>
            </w:r>
          </w:p>
        </w:tc>
        <w:tc>
          <w:tcPr>
            <w:tcW w:w="1560" w:type="dxa"/>
            <w:shd w:val="clear" w:color="auto" w:fill="F2F4F7"/>
            <w:tcMar>
              <w:top w:w="100" w:type="dxa"/>
              <w:left w:w="150" w:type="dxa"/>
              <w:bottom w:w="100" w:type="dxa"/>
              <w:right w:w="150" w:type="dxa"/>
            </w:tcMar>
          </w:tcPr>
          <w:p w14:paraId="3378523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1.03</w:t>
            </w:r>
          </w:p>
        </w:tc>
        <w:tc>
          <w:tcPr>
            <w:tcW w:w="1560" w:type="dxa"/>
            <w:shd w:val="clear" w:color="auto" w:fill="F2F4F7"/>
            <w:tcMar>
              <w:top w:w="100" w:type="dxa"/>
              <w:left w:w="150" w:type="dxa"/>
              <w:bottom w:w="100" w:type="dxa"/>
              <w:right w:w="150" w:type="dxa"/>
            </w:tcMar>
          </w:tcPr>
          <w:p w14:paraId="29F6E0F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7F226861"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%55.1</w:t>
            </w:r>
            <w:proofErr w:type="gramEnd"/>
          </w:p>
        </w:tc>
        <w:tc>
          <w:tcPr>
            <w:tcW w:w="1560" w:type="dxa"/>
            <w:shd w:val="clear" w:color="auto" w:fill="F2F4F7"/>
            <w:tcMar>
              <w:top w:w="100" w:type="dxa"/>
              <w:left w:w="150" w:type="dxa"/>
              <w:bottom w:w="100" w:type="dxa"/>
              <w:right w:w="150" w:type="dxa"/>
            </w:tcMar>
          </w:tcPr>
          <w:p w14:paraId="660B57F5"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%33.1</w:t>
            </w:r>
            <w:proofErr w:type="gramEnd"/>
          </w:p>
        </w:tc>
        <w:tc>
          <w:tcPr>
            <w:tcW w:w="1560" w:type="dxa"/>
            <w:shd w:val="clear" w:color="auto" w:fill="F2F4F7"/>
            <w:tcMar>
              <w:top w:w="100" w:type="dxa"/>
              <w:left w:w="150" w:type="dxa"/>
              <w:bottom w:w="100" w:type="dxa"/>
              <w:right w:w="150" w:type="dxa"/>
            </w:tcMar>
          </w:tcPr>
          <w:p w14:paraId="5C3A429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%11.8</w:t>
            </w:r>
            <w:proofErr w:type="gramEnd"/>
          </w:p>
        </w:tc>
      </w:tr>
      <w:tr w:rsidR="00523531" w:rsidRPr="00571BA6" w14:paraId="580779CF" w14:textId="77777777">
        <w:trPr>
          <w:jc w:val="center"/>
        </w:trPr>
        <w:tc>
          <w:tcPr>
            <w:tcW w:w="1560" w:type="dxa"/>
            <w:shd w:val="clear" w:color="auto" w:fill="FFFFFF"/>
            <w:tcMar>
              <w:top w:w="100" w:type="dxa"/>
              <w:left w:w="150" w:type="dxa"/>
              <w:bottom w:w="100" w:type="dxa"/>
              <w:right w:w="150" w:type="dxa"/>
            </w:tcMar>
          </w:tcPr>
          <w:p w14:paraId="13A5303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f=6 (</w:t>
            </w:r>
            <w:proofErr w:type="gramStart"/>
            <w:r w:rsidRPr="00571BA6">
              <w:rPr>
                <w:rFonts w:ascii="Times New Roman" w:hAnsi="Times New Roman" w:cs="Times New Roman"/>
                <w:sz w:val="24"/>
                <w:szCs w:val="24"/>
                <w:lang w:val="tr-TR"/>
              </w:rPr>
              <w:t>%4.7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338147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t>f=9 (</w:t>
            </w:r>
            <w:proofErr w:type="gramStart"/>
            <w:r w:rsidRPr="00571BA6">
              <w:rPr>
                <w:rFonts w:ascii="Times New Roman" w:hAnsi="Times New Roman" w:cs="Times New Roman"/>
                <w:sz w:val="24"/>
                <w:szCs w:val="24"/>
                <w:lang w:val="tr-TR"/>
              </w:rPr>
              <w:t>%7.1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975C23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f=42 (</w:t>
            </w:r>
            <w:proofErr w:type="gramStart"/>
            <w:r w:rsidRPr="00571BA6">
              <w:rPr>
                <w:rFonts w:ascii="Times New Roman" w:hAnsi="Times New Roman" w:cs="Times New Roman"/>
                <w:sz w:val="24"/>
                <w:szCs w:val="24"/>
                <w:lang w:val="tr-TR"/>
              </w:rPr>
              <w:t>%33.1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5A89F8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f=46 (</w:t>
            </w:r>
            <w:proofErr w:type="gramStart"/>
            <w:r w:rsidRPr="00571BA6">
              <w:rPr>
                <w:rFonts w:ascii="Times New Roman" w:hAnsi="Times New Roman" w:cs="Times New Roman"/>
                <w:sz w:val="24"/>
                <w:szCs w:val="24"/>
                <w:lang w:val="tr-TR"/>
              </w:rPr>
              <w:t>%36.2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0FCFF4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f=24 (</w:t>
            </w:r>
            <w:proofErr w:type="gramStart"/>
            <w:r w:rsidRPr="00571BA6">
              <w:rPr>
                <w:rFonts w:ascii="Times New Roman" w:hAnsi="Times New Roman" w:cs="Times New Roman"/>
                <w:sz w:val="24"/>
                <w:szCs w:val="24"/>
                <w:lang w:val="tr-TR"/>
              </w:rPr>
              <w:t>%18.9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4DAC6C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31D8D92B"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%55.1</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%33.1</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3.57</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67100E7A"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19: Bölümümüzden aldığınız derslerin çağdaş gelişmeleri yansıtması konusunda ne düşünüyorsunuz?</w:t>
      </w:r>
    </w:p>
    <w:p w14:paraId="6E083F93" w14:textId="77777777" w:rsidR="00523531" w:rsidRPr="00571BA6" w:rsidRDefault="00523531" w:rsidP="005B48AD">
      <w:pPr>
        <w:spacing w:after="40" w:line="360" w:lineRule="auto"/>
        <w:rPr>
          <w:rFonts w:ascii="Times New Roman" w:hAnsi="Times New Roman" w:cs="Times New Roman"/>
          <w:sz w:val="24"/>
          <w:szCs w:val="24"/>
          <w:lang w:val="tr-TR"/>
        </w:rPr>
      </w:pPr>
    </w:p>
    <w:p w14:paraId="4D7BE1C3"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546BDD13" wp14:editId="490D160A">
            <wp:extent cx="3474720" cy="2653423"/>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4"/>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74DB4C59" w14:textId="77777777">
        <w:trPr>
          <w:jc w:val="center"/>
        </w:trPr>
        <w:tc>
          <w:tcPr>
            <w:tcW w:w="1560" w:type="dxa"/>
            <w:shd w:val="clear" w:color="auto" w:fill="2B547E"/>
            <w:tcMar>
              <w:top w:w="100" w:type="dxa"/>
              <w:left w:w="150" w:type="dxa"/>
              <w:bottom w:w="100" w:type="dxa"/>
              <w:right w:w="150" w:type="dxa"/>
            </w:tcMar>
          </w:tcPr>
          <w:p w14:paraId="2490DD5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64874058"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33BC5A9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5BEC3EE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1135FAE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5EE7921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3B6F020A" w14:textId="77777777">
        <w:trPr>
          <w:jc w:val="center"/>
        </w:trPr>
        <w:tc>
          <w:tcPr>
            <w:tcW w:w="1560" w:type="dxa"/>
            <w:shd w:val="clear" w:color="auto" w:fill="F2F4F7"/>
            <w:tcMar>
              <w:top w:w="100" w:type="dxa"/>
              <w:left w:w="150" w:type="dxa"/>
              <w:bottom w:w="100" w:type="dxa"/>
              <w:right w:w="150" w:type="dxa"/>
            </w:tcMar>
          </w:tcPr>
          <w:p w14:paraId="1C0CD8B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3.54</w:t>
            </w:r>
          </w:p>
        </w:tc>
        <w:tc>
          <w:tcPr>
            <w:tcW w:w="1560" w:type="dxa"/>
            <w:shd w:val="clear" w:color="auto" w:fill="F2F4F7"/>
            <w:tcMar>
              <w:top w:w="100" w:type="dxa"/>
              <w:left w:w="150" w:type="dxa"/>
              <w:bottom w:w="100" w:type="dxa"/>
              <w:right w:w="150" w:type="dxa"/>
            </w:tcMar>
          </w:tcPr>
          <w:p w14:paraId="33E1903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1.05</w:t>
            </w:r>
          </w:p>
        </w:tc>
        <w:tc>
          <w:tcPr>
            <w:tcW w:w="1560" w:type="dxa"/>
            <w:shd w:val="clear" w:color="auto" w:fill="F2F4F7"/>
            <w:tcMar>
              <w:top w:w="100" w:type="dxa"/>
              <w:left w:w="150" w:type="dxa"/>
              <w:bottom w:w="100" w:type="dxa"/>
              <w:right w:w="150" w:type="dxa"/>
            </w:tcMar>
          </w:tcPr>
          <w:p w14:paraId="6F662AE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3D88BE1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%55.1</w:t>
            </w:r>
            <w:proofErr w:type="gramEnd"/>
          </w:p>
        </w:tc>
        <w:tc>
          <w:tcPr>
            <w:tcW w:w="1560" w:type="dxa"/>
            <w:shd w:val="clear" w:color="auto" w:fill="F2F4F7"/>
            <w:tcMar>
              <w:top w:w="100" w:type="dxa"/>
              <w:left w:w="150" w:type="dxa"/>
              <w:bottom w:w="100" w:type="dxa"/>
              <w:right w:w="150" w:type="dxa"/>
            </w:tcMar>
          </w:tcPr>
          <w:p w14:paraId="41F1D1B9"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%31.5</w:t>
            </w:r>
            <w:proofErr w:type="gramEnd"/>
          </w:p>
        </w:tc>
        <w:tc>
          <w:tcPr>
            <w:tcW w:w="1560" w:type="dxa"/>
            <w:shd w:val="clear" w:color="auto" w:fill="F2F4F7"/>
            <w:tcMar>
              <w:top w:w="100" w:type="dxa"/>
              <w:left w:w="150" w:type="dxa"/>
              <w:bottom w:w="100" w:type="dxa"/>
              <w:right w:w="150" w:type="dxa"/>
            </w:tcMar>
          </w:tcPr>
          <w:p w14:paraId="75077DB8"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%13.4</w:t>
            </w:r>
            <w:proofErr w:type="gramEnd"/>
          </w:p>
        </w:tc>
      </w:tr>
      <w:tr w:rsidR="00523531" w:rsidRPr="00571BA6" w14:paraId="5BCD5864" w14:textId="77777777">
        <w:trPr>
          <w:jc w:val="center"/>
        </w:trPr>
        <w:tc>
          <w:tcPr>
            <w:tcW w:w="1560" w:type="dxa"/>
            <w:shd w:val="clear" w:color="auto" w:fill="FFFFFF"/>
            <w:tcMar>
              <w:top w:w="100" w:type="dxa"/>
              <w:left w:w="150" w:type="dxa"/>
              <w:bottom w:w="100" w:type="dxa"/>
              <w:right w:w="150" w:type="dxa"/>
            </w:tcMar>
          </w:tcPr>
          <w:p w14:paraId="2CAE1FC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f=7 (</w:t>
            </w:r>
            <w:proofErr w:type="gramStart"/>
            <w:r w:rsidRPr="00571BA6">
              <w:rPr>
                <w:rFonts w:ascii="Times New Roman" w:hAnsi="Times New Roman" w:cs="Times New Roman"/>
                <w:sz w:val="24"/>
                <w:szCs w:val="24"/>
                <w:lang w:val="tr-TR"/>
              </w:rPr>
              <w:t>%5.5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F05456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f=10 (</w:t>
            </w:r>
            <w:proofErr w:type="gramStart"/>
            <w:r w:rsidRPr="00571BA6">
              <w:rPr>
                <w:rFonts w:ascii="Times New Roman" w:hAnsi="Times New Roman" w:cs="Times New Roman"/>
                <w:sz w:val="24"/>
                <w:szCs w:val="24"/>
                <w:lang w:val="tr-TR"/>
              </w:rPr>
              <w:t>%7.9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84501F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f=40 (</w:t>
            </w:r>
            <w:proofErr w:type="gramStart"/>
            <w:r w:rsidRPr="00571BA6">
              <w:rPr>
                <w:rFonts w:ascii="Times New Roman" w:hAnsi="Times New Roman" w:cs="Times New Roman"/>
                <w:sz w:val="24"/>
                <w:szCs w:val="24"/>
                <w:lang w:val="tr-TR"/>
              </w:rPr>
              <w:t>%31.5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A68863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f=47 (</w:t>
            </w:r>
            <w:proofErr w:type="gramStart"/>
            <w:r w:rsidRPr="00571BA6">
              <w:rPr>
                <w:rFonts w:ascii="Times New Roman" w:hAnsi="Times New Roman" w:cs="Times New Roman"/>
                <w:sz w:val="24"/>
                <w:szCs w:val="24"/>
                <w:lang w:val="tr-TR"/>
              </w:rPr>
              <w:t>%37.0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6F1DBF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f=23 (</w:t>
            </w:r>
            <w:proofErr w:type="gramStart"/>
            <w:r w:rsidRPr="00571BA6">
              <w:rPr>
                <w:rFonts w:ascii="Times New Roman" w:hAnsi="Times New Roman" w:cs="Times New Roman"/>
                <w:sz w:val="24"/>
                <w:szCs w:val="24"/>
                <w:lang w:val="tr-TR"/>
              </w:rPr>
              <w:t>%18.1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791B4A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6FC4E4B8"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%55.1</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%31.5</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3.54</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6F87525D"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20: Bölümümüzde aldığınız eğitim ve öğretimin sosyal aktivitelerinizi ne düzeyde etkilediğini düşünüyorsunuz?</w:t>
      </w:r>
    </w:p>
    <w:p w14:paraId="356FACCD" w14:textId="77777777" w:rsidR="00523531" w:rsidRPr="00571BA6" w:rsidRDefault="00523531" w:rsidP="005B48AD">
      <w:pPr>
        <w:spacing w:after="40" w:line="360" w:lineRule="auto"/>
        <w:rPr>
          <w:rFonts w:ascii="Times New Roman" w:hAnsi="Times New Roman" w:cs="Times New Roman"/>
          <w:sz w:val="24"/>
          <w:szCs w:val="24"/>
          <w:lang w:val="tr-TR"/>
        </w:rPr>
      </w:pPr>
    </w:p>
    <w:p w14:paraId="1845076C"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16136C4E" wp14:editId="022EAAAE">
            <wp:extent cx="3474720" cy="2653423"/>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5"/>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2562E50B" w14:textId="77777777">
        <w:trPr>
          <w:jc w:val="center"/>
        </w:trPr>
        <w:tc>
          <w:tcPr>
            <w:tcW w:w="1560" w:type="dxa"/>
            <w:shd w:val="clear" w:color="auto" w:fill="2B547E"/>
            <w:tcMar>
              <w:top w:w="100" w:type="dxa"/>
              <w:left w:w="150" w:type="dxa"/>
              <w:bottom w:w="100" w:type="dxa"/>
              <w:right w:w="150" w:type="dxa"/>
            </w:tcMar>
          </w:tcPr>
          <w:p w14:paraId="2B3A70A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7BFFCBBE"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1F38308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49A9C81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116CE9A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1A4D5FD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02722A0F" w14:textId="77777777">
        <w:trPr>
          <w:jc w:val="center"/>
        </w:trPr>
        <w:tc>
          <w:tcPr>
            <w:tcW w:w="1560" w:type="dxa"/>
            <w:shd w:val="clear" w:color="auto" w:fill="F2F4F7"/>
            <w:tcMar>
              <w:top w:w="100" w:type="dxa"/>
              <w:left w:w="150" w:type="dxa"/>
              <w:bottom w:w="100" w:type="dxa"/>
              <w:right w:w="150" w:type="dxa"/>
            </w:tcMar>
          </w:tcPr>
          <w:p w14:paraId="5DF9AF5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2.93</w:t>
            </w:r>
          </w:p>
        </w:tc>
        <w:tc>
          <w:tcPr>
            <w:tcW w:w="1560" w:type="dxa"/>
            <w:shd w:val="clear" w:color="auto" w:fill="F2F4F7"/>
            <w:tcMar>
              <w:top w:w="100" w:type="dxa"/>
              <w:left w:w="150" w:type="dxa"/>
              <w:bottom w:w="100" w:type="dxa"/>
              <w:right w:w="150" w:type="dxa"/>
            </w:tcMar>
          </w:tcPr>
          <w:p w14:paraId="4EC8560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1.18</w:t>
            </w:r>
          </w:p>
        </w:tc>
        <w:tc>
          <w:tcPr>
            <w:tcW w:w="1560" w:type="dxa"/>
            <w:shd w:val="clear" w:color="auto" w:fill="F2F4F7"/>
            <w:tcMar>
              <w:top w:w="100" w:type="dxa"/>
              <w:left w:w="150" w:type="dxa"/>
              <w:bottom w:w="100" w:type="dxa"/>
              <w:right w:w="150" w:type="dxa"/>
            </w:tcMar>
          </w:tcPr>
          <w:p w14:paraId="76981D1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44A09BB9"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%30.7</w:t>
            </w:r>
            <w:proofErr w:type="gramEnd"/>
          </w:p>
        </w:tc>
        <w:tc>
          <w:tcPr>
            <w:tcW w:w="1560" w:type="dxa"/>
            <w:shd w:val="clear" w:color="auto" w:fill="F2F4F7"/>
            <w:tcMar>
              <w:top w:w="100" w:type="dxa"/>
              <w:left w:w="150" w:type="dxa"/>
              <w:bottom w:w="100" w:type="dxa"/>
              <w:right w:w="150" w:type="dxa"/>
            </w:tcMar>
          </w:tcPr>
          <w:p w14:paraId="6082F407"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%36.2</w:t>
            </w:r>
            <w:proofErr w:type="gramEnd"/>
          </w:p>
        </w:tc>
        <w:tc>
          <w:tcPr>
            <w:tcW w:w="1560" w:type="dxa"/>
            <w:shd w:val="clear" w:color="auto" w:fill="F2F4F7"/>
            <w:tcMar>
              <w:top w:w="100" w:type="dxa"/>
              <w:left w:w="150" w:type="dxa"/>
              <w:bottom w:w="100" w:type="dxa"/>
              <w:right w:w="150" w:type="dxa"/>
            </w:tcMar>
          </w:tcPr>
          <w:p w14:paraId="1AD898F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%33.1</w:t>
            </w:r>
            <w:proofErr w:type="gramEnd"/>
          </w:p>
        </w:tc>
      </w:tr>
      <w:tr w:rsidR="00523531" w:rsidRPr="00571BA6" w14:paraId="00B3CCEB" w14:textId="77777777">
        <w:trPr>
          <w:jc w:val="center"/>
        </w:trPr>
        <w:tc>
          <w:tcPr>
            <w:tcW w:w="1560" w:type="dxa"/>
            <w:shd w:val="clear" w:color="auto" w:fill="FFFFFF"/>
            <w:tcMar>
              <w:top w:w="100" w:type="dxa"/>
              <w:left w:w="150" w:type="dxa"/>
              <w:bottom w:w="100" w:type="dxa"/>
              <w:right w:w="150" w:type="dxa"/>
            </w:tcMar>
          </w:tcPr>
          <w:p w14:paraId="70C4367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f=19 (</w:t>
            </w:r>
            <w:proofErr w:type="gramStart"/>
            <w:r w:rsidRPr="00571BA6">
              <w:rPr>
                <w:rFonts w:ascii="Times New Roman" w:hAnsi="Times New Roman" w:cs="Times New Roman"/>
                <w:sz w:val="24"/>
                <w:szCs w:val="24"/>
                <w:lang w:val="tr-TR"/>
              </w:rPr>
              <w:t>%15.0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26B970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f=23 (</w:t>
            </w:r>
            <w:proofErr w:type="gramStart"/>
            <w:r w:rsidRPr="00571BA6">
              <w:rPr>
                <w:rFonts w:ascii="Times New Roman" w:hAnsi="Times New Roman" w:cs="Times New Roman"/>
                <w:sz w:val="24"/>
                <w:szCs w:val="24"/>
                <w:lang w:val="tr-TR"/>
              </w:rPr>
              <w:t>%18.1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48EDAA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f=46 (</w:t>
            </w:r>
            <w:proofErr w:type="gramStart"/>
            <w:r w:rsidRPr="00571BA6">
              <w:rPr>
                <w:rFonts w:ascii="Times New Roman" w:hAnsi="Times New Roman" w:cs="Times New Roman"/>
                <w:sz w:val="24"/>
                <w:szCs w:val="24"/>
                <w:lang w:val="tr-TR"/>
              </w:rPr>
              <w:t>%36.2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76778C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f=26 (</w:t>
            </w:r>
            <w:proofErr w:type="gramStart"/>
            <w:r w:rsidRPr="00571BA6">
              <w:rPr>
                <w:rFonts w:ascii="Times New Roman" w:hAnsi="Times New Roman" w:cs="Times New Roman"/>
                <w:sz w:val="24"/>
                <w:szCs w:val="24"/>
                <w:lang w:val="tr-TR"/>
              </w:rPr>
              <w:t>%20.5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791865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f=13 (</w:t>
            </w:r>
            <w:proofErr w:type="gramStart"/>
            <w:r w:rsidRPr="00571BA6">
              <w:rPr>
                <w:rFonts w:ascii="Times New Roman" w:hAnsi="Times New Roman" w:cs="Times New Roman"/>
                <w:sz w:val="24"/>
                <w:szCs w:val="24"/>
                <w:lang w:val="tr-TR"/>
              </w:rPr>
              <w:t>%10.2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4DCABB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0CC91383"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%33.1</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2.93</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18FE4EA7"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21: Fakülte binamızı altyapı, donanım ve güvenlik açısından nasıl değerlendiriyorsunuz?</w:t>
      </w:r>
    </w:p>
    <w:p w14:paraId="6F1C1546" w14:textId="77777777" w:rsidR="00523531" w:rsidRPr="00571BA6" w:rsidRDefault="00523531" w:rsidP="005B48AD">
      <w:pPr>
        <w:spacing w:after="40" w:line="360" w:lineRule="auto"/>
        <w:rPr>
          <w:rFonts w:ascii="Times New Roman" w:hAnsi="Times New Roman" w:cs="Times New Roman"/>
          <w:sz w:val="24"/>
          <w:szCs w:val="24"/>
          <w:lang w:val="tr-TR"/>
        </w:rPr>
      </w:pPr>
    </w:p>
    <w:p w14:paraId="23691442"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53568D7B" wp14:editId="3A7E9156">
            <wp:extent cx="3474720" cy="2653423"/>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6"/>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51A7C113" w14:textId="77777777">
        <w:trPr>
          <w:jc w:val="center"/>
        </w:trPr>
        <w:tc>
          <w:tcPr>
            <w:tcW w:w="1560" w:type="dxa"/>
            <w:shd w:val="clear" w:color="auto" w:fill="2B547E"/>
            <w:tcMar>
              <w:top w:w="100" w:type="dxa"/>
              <w:left w:w="150" w:type="dxa"/>
              <w:bottom w:w="100" w:type="dxa"/>
              <w:right w:w="150" w:type="dxa"/>
            </w:tcMar>
          </w:tcPr>
          <w:p w14:paraId="113AE08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1AC53A05"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1B4F9F8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58A772A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2AE6597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6204150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679BA53B" w14:textId="77777777">
        <w:trPr>
          <w:jc w:val="center"/>
        </w:trPr>
        <w:tc>
          <w:tcPr>
            <w:tcW w:w="1560" w:type="dxa"/>
            <w:shd w:val="clear" w:color="auto" w:fill="F2F4F7"/>
            <w:tcMar>
              <w:top w:w="100" w:type="dxa"/>
              <w:left w:w="150" w:type="dxa"/>
              <w:bottom w:w="100" w:type="dxa"/>
              <w:right w:w="150" w:type="dxa"/>
            </w:tcMar>
          </w:tcPr>
          <w:p w14:paraId="2BA6E8B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3.13</w:t>
            </w:r>
          </w:p>
        </w:tc>
        <w:tc>
          <w:tcPr>
            <w:tcW w:w="1560" w:type="dxa"/>
            <w:shd w:val="clear" w:color="auto" w:fill="F2F4F7"/>
            <w:tcMar>
              <w:top w:w="100" w:type="dxa"/>
              <w:left w:w="150" w:type="dxa"/>
              <w:bottom w:w="100" w:type="dxa"/>
              <w:right w:w="150" w:type="dxa"/>
            </w:tcMar>
          </w:tcPr>
          <w:p w14:paraId="3D39B2A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1.13</w:t>
            </w:r>
          </w:p>
        </w:tc>
        <w:tc>
          <w:tcPr>
            <w:tcW w:w="1560" w:type="dxa"/>
            <w:shd w:val="clear" w:color="auto" w:fill="F2F4F7"/>
            <w:tcMar>
              <w:top w:w="100" w:type="dxa"/>
              <w:left w:w="150" w:type="dxa"/>
              <w:bottom w:w="100" w:type="dxa"/>
              <w:right w:w="150" w:type="dxa"/>
            </w:tcMar>
          </w:tcPr>
          <w:p w14:paraId="6986ACA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6E9A0DD4"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%37.8</w:t>
            </w:r>
            <w:proofErr w:type="gramEnd"/>
          </w:p>
        </w:tc>
        <w:tc>
          <w:tcPr>
            <w:tcW w:w="1560" w:type="dxa"/>
            <w:shd w:val="clear" w:color="auto" w:fill="F2F4F7"/>
            <w:tcMar>
              <w:top w:w="100" w:type="dxa"/>
              <w:left w:w="150" w:type="dxa"/>
              <w:bottom w:w="100" w:type="dxa"/>
              <w:right w:w="150" w:type="dxa"/>
            </w:tcMar>
          </w:tcPr>
          <w:p w14:paraId="271180B1"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%37.0</w:t>
            </w:r>
            <w:proofErr w:type="gramEnd"/>
          </w:p>
        </w:tc>
        <w:tc>
          <w:tcPr>
            <w:tcW w:w="1560" w:type="dxa"/>
            <w:shd w:val="clear" w:color="auto" w:fill="F2F4F7"/>
            <w:tcMar>
              <w:top w:w="100" w:type="dxa"/>
              <w:left w:w="150" w:type="dxa"/>
              <w:bottom w:w="100" w:type="dxa"/>
              <w:right w:w="150" w:type="dxa"/>
            </w:tcMar>
          </w:tcPr>
          <w:p w14:paraId="6582D7B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%25.2</w:t>
            </w:r>
            <w:proofErr w:type="gramEnd"/>
          </w:p>
        </w:tc>
      </w:tr>
      <w:tr w:rsidR="00523531" w:rsidRPr="00571BA6" w14:paraId="525791B5" w14:textId="77777777">
        <w:trPr>
          <w:jc w:val="center"/>
        </w:trPr>
        <w:tc>
          <w:tcPr>
            <w:tcW w:w="1560" w:type="dxa"/>
            <w:shd w:val="clear" w:color="auto" w:fill="FFFFFF"/>
            <w:tcMar>
              <w:top w:w="100" w:type="dxa"/>
              <w:left w:w="150" w:type="dxa"/>
              <w:bottom w:w="100" w:type="dxa"/>
              <w:right w:w="150" w:type="dxa"/>
            </w:tcMar>
          </w:tcPr>
          <w:p w14:paraId="591EC96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f=14 (</w:t>
            </w:r>
            <w:proofErr w:type="gramStart"/>
            <w:r w:rsidRPr="00571BA6">
              <w:rPr>
                <w:rFonts w:ascii="Times New Roman" w:hAnsi="Times New Roman" w:cs="Times New Roman"/>
                <w:sz w:val="24"/>
                <w:szCs w:val="24"/>
                <w:lang w:val="tr-TR"/>
              </w:rPr>
              <w:t>%11.0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D20A59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f=18 (</w:t>
            </w:r>
            <w:proofErr w:type="gramStart"/>
            <w:r w:rsidRPr="00571BA6">
              <w:rPr>
                <w:rFonts w:ascii="Times New Roman" w:hAnsi="Times New Roman" w:cs="Times New Roman"/>
                <w:sz w:val="24"/>
                <w:szCs w:val="24"/>
                <w:lang w:val="tr-TR"/>
              </w:rPr>
              <w:t>%14.2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87D8EC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f=47 (</w:t>
            </w:r>
            <w:proofErr w:type="gramStart"/>
            <w:r w:rsidRPr="00571BA6">
              <w:rPr>
                <w:rFonts w:ascii="Times New Roman" w:hAnsi="Times New Roman" w:cs="Times New Roman"/>
                <w:sz w:val="24"/>
                <w:szCs w:val="24"/>
                <w:lang w:val="tr-TR"/>
              </w:rPr>
              <w:t>%37.0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3DAA0D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f=34 (</w:t>
            </w:r>
            <w:proofErr w:type="gramStart"/>
            <w:r w:rsidRPr="00571BA6">
              <w:rPr>
                <w:rFonts w:ascii="Times New Roman" w:hAnsi="Times New Roman" w:cs="Times New Roman"/>
                <w:sz w:val="24"/>
                <w:szCs w:val="24"/>
                <w:lang w:val="tr-TR"/>
              </w:rPr>
              <w:t>%26.8</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5581A7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f=14 (</w:t>
            </w:r>
            <w:proofErr w:type="gramStart"/>
            <w:r w:rsidRPr="00571BA6">
              <w:rPr>
                <w:rFonts w:ascii="Times New Roman" w:hAnsi="Times New Roman" w:cs="Times New Roman"/>
                <w:sz w:val="24"/>
                <w:szCs w:val="24"/>
                <w:lang w:val="tr-TR"/>
              </w:rPr>
              <w:t>%11.0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FFC04F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047DB103"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%25.2</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3.13</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1565D049"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64FC74EA"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22: Fakülte kantinimizin olanaklarını nasıl değerlendiriyorsunuz?</w:t>
      </w:r>
    </w:p>
    <w:p w14:paraId="441E1105" w14:textId="77777777" w:rsidR="00523531" w:rsidRPr="00571BA6" w:rsidRDefault="00523531" w:rsidP="005B48AD">
      <w:pPr>
        <w:spacing w:after="40" w:line="360" w:lineRule="auto"/>
        <w:rPr>
          <w:rFonts w:ascii="Times New Roman" w:hAnsi="Times New Roman" w:cs="Times New Roman"/>
          <w:sz w:val="24"/>
          <w:szCs w:val="24"/>
          <w:lang w:val="tr-TR"/>
        </w:rPr>
      </w:pPr>
    </w:p>
    <w:p w14:paraId="507FC8C1"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249A5F12" wp14:editId="513DEC50">
            <wp:extent cx="3474720" cy="2653423"/>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7"/>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54703B08" w14:textId="77777777">
        <w:trPr>
          <w:jc w:val="center"/>
        </w:trPr>
        <w:tc>
          <w:tcPr>
            <w:tcW w:w="1560" w:type="dxa"/>
            <w:shd w:val="clear" w:color="auto" w:fill="2B547E"/>
            <w:tcMar>
              <w:top w:w="100" w:type="dxa"/>
              <w:left w:w="150" w:type="dxa"/>
              <w:bottom w:w="100" w:type="dxa"/>
              <w:right w:w="150" w:type="dxa"/>
            </w:tcMar>
          </w:tcPr>
          <w:p w14:paraId="5145691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6EDD23B7"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34B0228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642AA42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52E98FE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6542F2F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2FDC0768" w14:textId="77777777">
        <w:trPr>
          <w:jc w:val="center"/>
        </w:trPr>
        <w:tc>
          <w:tcPr>
            <w:tcW w:w="1560" w:type="dxa"/>
            <w:shd w:val="clear" w:color="auto" w:fill="F2F4F7"/>
            <w:tcMar>
              <w:top w:w="100" w:type="dxa"/>
              <w:left w:w="150" w:type="dxa"/>
              <w:bottom w:w="100" w:type="dxa"/>
              <w:right w:w="150" w:type="dxa"/>
            </w:tcMar>
          </w:tcPr>
          <w:p w14:paraId="7095966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2.57</w:t>
            </w:r>
          </w:p>
        </w:tc>
        <w:tc>
          <w:tcPr>
            <w:tcW w:w="1560" w:type="dxa"/>
            <w:shd w:val="clear" w:color="auto" w:fill="F2F4F7"/>
            <w:tcMar>
              <w:top w:w="100" w:type="dxa"/>
              <w:left w:w="150" w:type="dxa"/>
              <w:bottom w:w="100" w:type="dxa"/>
              <w:right w:w="150" w:type="dxa"/>
            </w:tcMar>
          </w:tcPr>
          <w:p w14:paraId="35B8720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1.25</w:t>
            </w:r>
          </w:p>
        </w:tc>
        <w:tc>
          <w:tcPr>
            <w:tcW w:w="1560" w:type="dxa"/>
            <w:shd w:val="clear" w:color="auto" w:fill="F2F4F7"/>
            <w:tcMar>
              <w:top w:w="100" w:type="dxa"/>
              <w:left w:w="150" w:type="dxa"/>
              <w:bottom w:w="100" w:type="dxa"/>
              <w:right w:w="150" w:type="dxa"/>
            </w:tcMar>
          </w:tcPr>
          <w:p w14:paraId="7FFAFA1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5A582641"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%23.6</w:t>
            </w:r>
            <w:proofErr w:type="gramEnd"/>
          </w:p>
        </w:tc>
        <w:tc>
          <w:tcPr>
            <w:tcW w:w="1560" w:type="dxa"/>
            <w:shd w:val="clear" w:color="auto" w:fill="F2F4F7"/>
            <w:tcMar>
              <w:top w:w="100" w:type="dxa"/>
              <w:left w:w="150" w:type="dxa"/>
              <w:bottom w:w="100" w:type="dxa"/>
              <w:right w:w="150" w:type="dxa"/>
            </w:tcMar>
          </w:tcPr>
          <w:p w14:paraId="02C081EE"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%27.6</w:t>
            </w:r>
            <w:proofErr w:type="gramEnd"/>
          </w:p>
        </w:tc>
        <w:tc>
          <w:tcPr>
            <w:tcW w:w="1560" w:type="dxa"/>
            <w:shd w:val="clear" w:color="auto" w:fill="F2F4F7"/>
            <w:tcMar>
              <w:top w:w="100" w:type="dxa"/>
              <w:left w:w="150" w:type="dxa"/>
              <w:bottom w:w="100" w:type="dxa"/>
              <w:right w:w="150" w:type="dxa"/>
            </w:tcMar>
          </w:tcPr>
          <w:p w14:paraId="2E4533AC"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%48.8</w:t>
            </w:r>
            <w:proofErr w:type="gramEnd"/>
          </w:p>
        </w:tc>
      </w:tr>
      <w:tr w:rsidR="00523531" w:rsidRPr="00571BA6" w14:paraId="60BB0298" w14:textId="77777777">
        <w:trPr>
          <w:jc w:val="center"/>
        </w:trPr>
        <w:tc>
          <w:tcPr>
            <w:tcW w:w="1560" w:type="dxa"/>
            <w:shd w:val="clear" w:color="auto" w:fill="FFFFFF"/>
            <w:tcMar>
              <w:top w:w="100" w:type="dxa"/>
              <w:left w:w="150" w:type="dxa"/>
              <w:bottom w:w="100" w:type="dxa"/>
              <w:right w:w="150" w:type="dxa"/>
            </w:tcMar>
          </w:tcPr>
          <w:p w14:paraId="2714FAE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f=33 (</w:t>
            </w:r>
            <w:proofErr w:type="gramStart"/>
            <w:r w:rsidRPr="00571BA6">
              <w:rPr>
                <w:rFonts w:ascii="Times New Roman" w:hAnsi="Times New Roman" w:cs="Times New Roman"/>
                <w:sz w:val="24"/>
                <w:szCs w:val="24"/>
                <w:lang w:val="tr-TR"/>
              </w:rPr>
              <w:t>%26.0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AEAF6E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f=29 (</w:t>
            </w:r>
            <w:proofErr w:type="gramStart"/>
            <w:r w:rsidRPr="00571BA6">
              <w:rPr>
                <w:rFonts w:ascii="Times New Roman" w:hAnsi="Times New Roman" w:cs="Times New Roman"/>
                <w:sz w:val="24"/>
                <w:szCs w:val="24"/>
                <w:lang w:val="tr-TR"/>
              </w:rPr>
              <w:t>%22.8</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30F5E4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f=35 (</w:t>
            </w:r>
            <w:proofErr w:type="gramStart"/>
            <w:r w:rsidRPr="00571BA6">
              <w:rPr>
                <w:rFonts w:ascii="Times New Roman" w:hAnsi="Times New Roman" w:cs="Times New Roman"/>
                <w:sz w:val="24"/>
                <w:szCs w:val="24"/>
                <w:lang w:val="tr-TR"/>
              </w:rPr>
              <w:t>%27.6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FA0999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f=20 (</w:t>
            </w:r>
            <w:proofErr w:type="gramStart"/>
            <w:r w:rsidRPr="00571BA6">
              <w:rPr>
                <w:rFonts w:ascii="Times New Roman" w:hAnsi="Times New Roman" w:cs="Times New Roman"/>
                <w:sz w:val="24"/>
                <w:szCs w:val="24"/>
                <w:lang w:val="tr-TR"/>
              </w:rPr>
              <w:t>%15.7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F3120D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f=10 (</w:t>
            </w:r>
            <w:proofErr w:type="gramStart"/>
            <w:r w:rsidRPr="00571BA6">
              <w:rPr>
                <w:rFonts w:ascii="Times New Roman" w:hAnsi="Times New Roman" w:cs="Times New Roman"/>
                <w:sz w:val="24"/>
                <w:szCs w:val="24"/>
                <w:lang w:val="tr-TR"/>
              </w:rPr>
              <w:t>%7.9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AC633B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015F5884"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%48.8</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2.57</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1B9E3945" w14:textId="77777777" w:rsidR="00571BA6" w:rsidRDefault="00571BA6" w:rsidP="005B48AD">
      <w:pPr>
        <w:spacing w:before="120" w:after="280" w:line="360" w:lineRule="auto"/>
        <w:rPr>
          <w:rFonts w:ascii="Times New Roman" w:hAnsi="Times New Roman" w:cs="Times New Roman"/>
          <w:sz w:val="24"/>
          <w:szCs w:val="24"/>
          <w:lang w:val="tr-TR"/>
        </w:rPr>
      </w:pPr>
    </w:p>
    <w:p w14:paraId="65CD37D6"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41D36485"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23: Fakültemizin öğrenci işleri hizmetlerini nasıl buluyorsunuz?</w:t>
      </w:r>
    </w:p>
    <w:p w14:paraId="65C40E5E" w14:textId="77777777" w:rsidR="00523531" w:rsidRPr="00571BA6" w:rsidRDefault="00523531" w:rsidP="005B48AD">
      <w:pPr>
        <w:spacing w:after="40" w:line="360" w:lineRule="auto"/>
        <w:rPr>
          <w:rFonts w:ascii="Times New Roman" w:hAnsi="Times New Roman" w:cs="Times New Roman"/>
          <w:sz w:val="24"/>
          <w:szCs w:val="24"/>
          <w:lang w:val="tr-TR"/>
        </w:rPr>
      </w:pPr>
    </w:p>
    <w:p w14:paraId="2D681F77"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4F9F8A6F" wp14:editId="368EA834">
            <wp:extent cx="3474720" cy="265342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8"/>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61A36803" w14:textId="77777777">
        <w:trPr>
          <w:jc w:val="center"/>
        </w:trPr>
        <w:tc>
          <w:tcPr>
            <w:tcW w:w="1560" w:type="dxa"/>
            <w:shd w:val="clear" w:color="auto" w:fill="2B547E"/>
            <w:tcMar>
              <w:top w:w="100" w:type="dxa"/>
              <w:left w:w="150" w:type="dxa"/>
              <w:bottom w:w="100" w:type="dxa"/>
              <w:right w:w="150" w:type="dxa"/>
            </w:tcMar>
          </w:tcPr>
          <w:p w14:paraId="0E8BE09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2734AC58"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2AC4867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506806B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41D6286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4FD9627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432BB320" w14:textId="77777777">
        <w:trPr>
          <w:jc w:val="center"/>
        </w:trPr>
        <w:tc>
          <w:tcPr>
            <w:tcW w:w="1560" w:type="dxa"/>
            <w:shd w:val="clear" w:color="auto" w:fill="F2F4F7"/>
            <w:tcMar>
              <w:top w:w="100" w:type="dxa"/>
              <w:left w:w="150" w:type="dxa"/>
              <w:bottom w:w="100" w:type="dxa"/>
              <w:right w:w="150" w:type="dxa"/>
            </w:tcMar>
          </w:tcPr>
          <w:p w14:paraId="54DA33C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3.54</w:t>
            </w:r>
          </w:p>
        </w:tc>
        <w:tc>
          <w:tcPr>
            <w:tcW w:w="1560" w:type="dxa"/>
            <w:shd w:val="clear" w:color="auto" w:fill="F2F4F7"/>
            <w:tcMar>
              <w:top w:w="100" w:type="dxa"/>
              <w:left w:w="150" w:type="dxa"/>
              <w:bottom w:w="100" w:type="dxa"/>
              <w:right w:w="150" w:type="dxa"/>
            </w:tcMar>
          </w:tcPr>
          <w:p w14:paraId="52020AD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1.10</w:t>
            </w:r>
          </w:p>
        </w:tc>
        <w:tc>
          <w:tcPr>
            <w:tcW w:w="1560" w:type="dxa"/>
            <w:shd w:val="clear" w:color="auto" w:fill="F2F4F7"/>
            <w:tcMar>
              <w:top w:w="100" w:type="dxa"/>
              <w:left w:w="150" w:type="dxa"/>
              <w:bottom w:w="100" w:type="dxa"/>
              <w:right w:w="150" w:type="dxa"/>
            </w:tcMar>
          </w:tcPr>
          <w:p w14:paraId="33671CB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15C4A7CB"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%55.1</w:t>
            </w:r>
            <w:proofErr w:type="gramEnd"/>
          </w:p>
        </w:tc>
        <w:tc>
          <w:tcPr>
            <w:tcW w:w="1560" w:type="dxa"/>
            <w:shd w:val="clear" w:color="auto" w:fill="F2F4F7"/>
            <w:tcMar>
              <w:top w:w="100" w:type="dxa"/>
              <w:left w:w="150" w:type="dxa"/>
              <w:bottom w:w="100" w:type="dxa"/>
              <w:right w:w="150" w:type="dxa"/>
            </w:tcMar>
          </w:tcPr>
          <w:p w14:paraId="3465C308"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%29.9</w:t>
            </w:r>
            <w:proofErr w:type="gramEnd"/>
          </w:p>
        </w:tc>
        <w:tc>
          <w:tcPr>
            <w:tcW w:w="1560" w:type="dxa"/>
            <w:shd w:val="clear" w:color="auto" w:fill="F2F4F7"/>
            <w:tcMar>
              <w:top w:w="100" w:type="dxa"/>
              <w:left w:w="150" w:type="dxa"/>
              <w:bottom w:w="100" w:type="dxa"/>
              <w:right w:w="150" w:type="dxa"/>
            </w:tcMar>
          </w:tcPr>
          <w:p w14:paraId="3EF7CACB"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%15.0</w:t>
            </w:r>
            <w:proofErr w:type="gramEnd"/>
          </w:p>
        </w:tc>
      </w:tr>
      <w:tr w:rsidR="00523531" w:rsidRPr="00571BA6" w14:paraId="544B143D" w14:textId="77777777">
        <w:trPr>
          <w:jc w:val="center"/>
        </w:trPr>
        <w:tc>
          <w:tcPr>
            <w:tcW w:w="1560" w:type="dxa"/>
            <w:shd w:val="clear" w:color="auto" w:fill="FFFFFF"/>
            <w:tcMar>
              <w:top w:w="100" w:type="dxa"/>
              <w:left w:w="150" w:type="dxa"/>
              <w:bottom w:w="100" w:type="dxa"/>
              <w:right w:w="150" w:type="dxa"/>
            </w:tcMar>
          </w:tcPr>
          <w:p w14:paraId="7E83A33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f=8 (</w:t>
            </w:r>
            <w:proofErr w:type="gramStart"/>
            <w:r w:rsidRPr="00571BA6">
              <w:rPr>
                <w:rFonts w:ascii="Times New Roman" w:hAnsi="Times New Roman" w:cs="Times New Roman"/>
                <w:sz w:val="24"/>
                <w:szCs w:val="24"/>
                <w:lang w:val="tr-TR"/>
              </w:rPr>
              <w:t>%6.3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B1A92D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f=11 (</w:t>
            </w:r>
            <w:proofErr w:type="gramStart"/>
            <w:r w:rsidRPr="00571BA6">
              <w:rPr>
                <w:rFonts w:ascii="Times New Roman" w:hAnsi="Times New Roman" w:cs="Times New Roman"/>
                <w:sz w:val="24"/>
                <w:szCs w:val="24"/>
                <w:lang w:val="tr-TR"/>
              </w:rPr>
              <w:t>%8.7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57EF0D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f=38 (</w:t>
            </w:r>
            <w:proofErr w:type="gramStart"/>
            <w:r w:rsidRPr="00571BA6">
              <w:rPr>
                <w:rFonts w:ascii="Times New Roman" w:hAnsi="Times New Roman" w:cs="Times New Roman"/>
                <w:sz w:val="24"/>
                <w:szCs w:val="24"/>
                <w:lang w:val="tr-TR"/>
              </w:rPr>
              <w:t>%29.9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1E9E8D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f=45 (</w:t>
            </w:r>
            <w:proofErr w:type="gramStart"/>
            <w:r w:rsidRPr="00571BA6">
              <w:rPr>
                <w:rFonts w:ascii="Times New Roman" w:hAnsi="Times New Roman" w:cs="Times New Roman"/>
                <w:sz w:val="24"/>
                <w:szCs w:val="24"/>
                <w:lang w:val="tr-TR"/>
              </w:rPr>
              <w:t>%35.4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596EC5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f=25 (</w:t>
            </w:r>
            <w:proofErr w:type="gramStart"/>
            <w:r w:rsidRPr="00571BA6">
              <w:rPr>
                <w:rFonts w:ascii="Times New Roman" w:hAnsi="Times New Roman" w:cs="Times New Roman"/>
                <w:sz w:val="24"/>
                <w:szCs w:val="24"/>
                <w:lang w:val="tr-TR"/>
              </w:rPr>
              <w:t>%19.7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9F62DE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5F543988"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%55.1</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%29.9</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3.54</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217B8C7D" w14:textId="77777777" w:rsidR="00571BA6" w:rsidRDefault="00571BA6" w:rsidP="005B48AD">
      <w:pPr>
        <w:spacing w:before="120" w:after="280" w:line="360" w:lineRule="auto"/>
        <w:rPr>
          <w:rFonts w:ascii="Times New Roman" w:hAnsi="Times New Roman" w:cs="Times New Roman"/>
          <w:sz w:val="24"/>
          <w:szCs w:val="24"/>
          <w:lang w:val="tr-TR"/>
        </w:rPr>
      </w:pPr>
    </w:p>
    <w:p w14:paraId="16336227"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3D2FFA49"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24: Üniversitemizi öğrencilere sağladığı kültürel, sanatsal ve sportif faaliyetleri açısından nasıl buluyorsunuz?</w:t>
      </w:r>
    </w:p>
    <w:p w14:paraId="74A1A13A" w14:textId="77777777" w:rsidR="00523531" w:rsidRPr="00571BA6" w:rsidRDefault="00523531" w:rsidP="005B48AD">
      <w:pPr>
        <w:spacing w:after="40" w:line="360" w:lineRule="auto"/>
        <w:rPr>
          <w:rFonts w:ascii="Times New Roman" w:hAnsi="Times New Roman" w:cs="Times New Roman"/>
          <w:sz w:val="24"/>
          <w:szCs w:val="24"/>
          <w:lang w:val="tr-TR"/>
        </w:rPr>
      </w:pPr>
    </w:p>
    <w:p w14:paraId="77B31EAF"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19D7B19A" wp14:editId="02C52B34">
            <wp:extent cx="3474720" cy="2653423"/>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29"/>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16A91635" w14:textId="77777777">
        <w:trPr>
          <w:jc w:val="center"/>
        </w:trPr>
        <w:tc>
          <w:tcPr>
            <w:tcW w:w="1560" w:type="dxa"/>
            <w:shd w:val="clear" w:color="auto" w:fill="2B547E"/>
            <w:tcMar>
              <w:top w:w="100" w:type="dxa"/>
              <w:left w:w="150" w:type="dxa"/>
              <w:bottom w:w="100" w:type="dxa"/>
              <w:right w:w="150" w:type="dxa"/>
            </w:tcMar>
          </w:tcPr>
          <w:p w14:paraId="2DAD201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65B46685"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54CDF28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7BDEFD2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34A3FED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1274673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5B203628" w14:textId="77777777">
        <w:trPr>
          <w:jc w:val="center"/>
        </w:trPr>
        <w:tc>
          <w:tcPr>
            <w:tcW w:w="1560" w:type="dxa"/>
            <w:shd w:val="clear" w:color="auto" w:fill="F2F4F7"/>
            <w:tcMar>
              <w:top w:w="100" w:type="dxa"/>
              <w:left w:w="150" w:type="dxa"/>
              <w:bottom w:w="100" w:type="dxa"/>
              <w:right w:w="150" w:type="dxa"/>
            </w:tcMar>
          </w:tcPr>
          <w:p w14:paraId="6FC5A59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2.72</w:t>
            </w:r>
          </w:p>
        </w:tc>
        <w:tc>
          <w:tcPr>
            <w:tcW w:w="1560" w:type="dxa"/>
            <w:shd w:val="clear" w:color="auto" w:fill="F2F4F7"/>
            <w:tcMar>
              <w:top w:w="100" w:type="dxa"/>
              <w:left w:w="150" w:type="dxa"/>
              <w:bottom w:w="100" w:type="dxa"/>
              <w:right w:w="150" w:type="dxa"/>
            </w:tcMar>
          </w:tcPr>
          <w:p w14:paraId="0C6DECB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1.22</w:t>
            </w:r>
          </w:p>
        </w:tc>
        <w:tc>
          <w:tcPr>
            <w:tcW w:w="1560" w:type="dxa"/>
            <w:shd w:val="clear" w:color="auto" w:fill="F2F4F7"/>
            <w:tcMar>
              <w:top w:w="100" w:type="dxa"/>
              <w:left w:w="150" w:type="dxa"/>
              <w:bottom w:w="100" w:type="dxa"/>
              <w:right w:w="150" w:type="dxa"/>
            </w:tcMar>
          </w:tcPr>
          <w:p w14:paraId="701E188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4DA068F5"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%26.0</w:t>
            </w:r>
            <w:proofErr w:type="gramEnd"/>
          </w:p>
        </w:tc>
        <w:tc>
          <w:tcPr>
            <w:tcW w:w="1560" w:type="dxa"/>
            <w:shd w:val="clear" w:color="auto" w:fill="F2F4F7"/>
            <w:tcMar>
              <w:top w:w="100" w:type="dxa"/>
              <w:left w:w="150" w:type="dxa"/>
              <w:bottom w:w="100" w:type="dxa"/>
              <w:right w:w="150" w:type="dxa"/>
            </w:tcMar>
          </w:tcPr>
          <w:p w14:paraId="1DE75E8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%31.5</w:t>
            </w:r>
            <w:proofErr w:type="gramEnd"/>
          </w:p>
        </w:tc>
        <w:tc>
          <w:tcPr>
            <w:tcW w:w="1560" w:type="dxa"/>
            <w:shd w:val="clear" w:color="auto" w:fill="F2F4F7"/>
            <w:tcMar>
              <w:top w:w="100" w:type="dxa"/>
              <w:left w:w="150" w:type="dxa"/>
              <w:bottom w:w="100" w:type="dxa"/>
              <w:right w:w="150" w:type="dxa"/>
            </w:tcMar>
          </w:tcPr>
          <w:p w14:paraId="50229E50"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%42.5</w:t>
            </w:r>
            <w:proofErr w:type="gramEnd"/>
          </w:p>
        </w:tc>
      </w:tr>
      <w:tr w:rsidR="00523531" w:rsidRPr="00571BA6" w14:paraId="5BFE81A5" w14:textId="77777777">
        <w:trPr>
          <w:jc w:val="center"/>
        </w:trPr>
        <w:tc>
          <w:tcPr>
            <w:tcW w:w="1560" w:type="dxa"/>
            <w:shd w:val="clear" w:color="auto" w:fill="FFFFFF"/>
            <w:tcMar>
              <w:top w:w="100" w:type="dxa"/>
              <w:left w:w="150" w:type="dxa"/>
              <w:bottom w:w="100" w:type="dxa"/>
              <w:right w:w="150" w:type="dxa"/>
            </w:tcMar>
          </w:tcPr>
          <w:p w14:paraId="7DCA873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f=26 (</w:t>
            </w:r>
            <w:proofErr w:type="gramStart"/>
            <w:r w:rsidRPr="00571BA6">
              <w:rPr>
                <w:rFonts w:ascii="Times New Roman" w:hAnsi="Times New Roman" w:cs="Times New Roman"/>
                <w:sz w:val="24"/>
                <w:szCs w:val="24"/>
                <w:lang w:val="tr-TR"/>
              </w:rPr>
              <w:t>%20.5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DB2AF1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f=28 (</w:t>
            </w:r>
            <w:proofErr w:type="gramStart"/>
            <w:r w:rsidRPr="00571BA6">
              <w:rPr>
                <w:rFonts w:ascii="Times New Roman" w:hAnsi="Times New Roman" w:cs="Times New Roman"/>
                <w:sz w:val="24"/>
                <w:szCs w:val="24"/>
                <w:lang w:val="tr-TR"/>
              </w:rPr>
              <w:t>%22.0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AF3B1F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f=40 (</w:t>
            </w:r>
            <w:proofErr w:type="gramStart"/>
            <w:r w:rsidRPr="00571BA6">
              <w:rPr>
                <w:rFonts w:ascii="Times New Roman" w:hAnsi="Times New Roman" w:cs="Times New Roman"/>
                <w:sz w:val="24"/>
                <w:szCs w:val="24"/>
                <w:lang w:val="tr-TR"/>
              </w:rPr>
              <w:t>%31.5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1FE20F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f=22 (</w:t>
            </w:r>
            <w:proofErr w:type="gramStart"/>
            <w:r w:rsidRPr="00571BA6">
              <w:rPr>
                <w:rFonts w:ascii="Times New Roman" w:hAnsi="Times New Roman" w:cs="Times New Roman"/>
                <w:sz w:val="24"/>
                <w:szCs w:val="24"/>
                <w:lang w:val="tr-TR"/>
              </w:rPr>
              <w:t>%17.3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D42DF2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f=11 (</w:t>
            </w:r>
            <w:proofErr w:type="gramStart"/>
            <w:r w:rsidRPr="00571BA6">
              <w:rPr>
                <w:rFonts w:ascii="Times New Roman" w:hAnsi="Times New Roman" w:cs="Times New Roman"/>
                <w:sz w:val="24"/>
                <w:szCs w:val="24"/>
                <w:lang w:val="tr-TR"/>
              </w:rPr>
              <w:t>%8.7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9786D1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4DC072CE"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%42.5</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2.72</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31634C81"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6B0116D6"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25: Üniversitemizin bilgisayar ve internet olanaklarını nasıl buluyorsunuz?</w:t>
      </w:r>
    </w:p>
    <w:p w14:paraId="23D5ECF4" w14:textId="77777777" w:rsidR="00523531" w:rsidRPr="00571BA6" w:rsidRDefault="00523531" w:rsidP="005B48AD">
      <w:pPr>
        <w:spacing w:after="40" w:line="360" w:lineRule="auto"/>
        <w:rPr>
          <w:rFonts w:ascii="Times New Roman" w:hAnsi="Times New Roman" w:cs="Times New Roman"/>
          <w:sz w:val="24"/>
          <w:szCs w:val="24"/>
          <w:lang w:val="tr-TR"/>
        </w:rPr>
      </w:pPr>
    </w:p>
    <w:p w14:paraId="60F024FB"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61171D97" wp14:editId="4ED7106F">
            <wp:extent cx="3474720" cy="2653423"/>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0"/>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036D7F47" w14:textId="77777777">
        <w:trPr>
          <w:jc w:val="center"/>
        </w:trPr>
        <w:tc>
          <w:tcPr>
            <w:tcW w:w="1560" w:type="dxa"/>
            <w:shd w:val="clear" w:color="auto" w:fill="2B547E"/>
            <w:tcMar>
              <w:top w:w="100" w:type="dxa"/>
              <w:left w:w="150" w:type="dxa"/>
              <w:bottom w:w="100" w:type="dxa"/>
              <w:right w:w="150" w:type="dxa"/>
            </w:tcMar>
          </w:tcPr>
          <w:p w14:paraId="77C790F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3E104CA3"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1258D00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7431429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20D518A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2A1F077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193F8597" w14:textId="77777777">
        <w:trPr>
          <w:jc w:val="center"/>
        </w:trPr>
        <w:tc>
          <w:tcPr>
            <w:tcW w:w="1560" w:type="dxa"/>
            <w:shd w:val="clear" w:color="auto" w:fill="F2F4F7"/>
            <w:tcMar>
              <w:top w:w="100" w:type="dxa"/>
              <w:left w:w="150" w:type="dxa"/>
              <w:bottom w:w="100" w:type="dxa"/>
              <w:right w:w="150" w:type="dxa"/>
            </w:tcMar>
          </w:tcPr>
          <w:p w14:paraId="1AB8789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2.67</w:t>
            </w:r>
          </w:p>
        </w:tc>
        <w:tc>
          <w:tcPr>
            <w:tcW w:w="1560" w:type="dxa"/>
            <w:shd w:val="clear" w:color="auto" w:fill="F2F4F7"/>
            <w:tcMar>
              <w:top w:w="100" w:type="dxa"/>
              <w:left w:w="150" w:type="dxa"/>
              <w:bottom w:w="100" w:type="dxa"/>
              <w:right w:w="150" w:type="dxa"/>
            </w:tcMar>
          </w:tcPr>
          <w:p w14:paraId="31F83D9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1.26</w:t>
            </w:r>
          </w:p>
        </w:tc>
        <w:tc>
          <w:tcPr>
            <w:tcW w:w="1560" w:type="dxa"/>
            <w:shd w:val="clear" w:color="auto" w:fill="F2F4F7"/>
            <w:tcMar>
              <w:top w:w="100" w:type="dxa"/>
              <w:left w:w="150" w:type="dxa"/>
              <w:bottom w:w="100" w:type="dxa"/>
              <w:right w:w="150" w:type="dxa"/>
            </w:tcMar>
          </w:tcPr>
          <w:p w14:paraId="1B5F647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359DA27D"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%26.8</w:t>
            </w:r>
            <w:proofErr w:type="gramEnd"/>
          </w:p>
        </w:tc>
        <w:tc>
          <w:tcPr>
            <w:tcW w:w="1560" w:type="dxa"/>
            <w:shd w:val="clear" w:color="auto" w:fill="F2F4F7"/>
            <w:tcMar>
              <w:top w:w="100" w:type="dxa"/>
              <w:left w:w="150" w:type="dxa"/>
              <w:bottom w:w="100" w:type="dxa"/>
              <w:right w:w="150" w:type="dxa"/>
            </w:tcMar>
          </w:tcPr>
          <w:p w14:paraId="7B6F61E9"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%28.3</w:t>
            </w:r>
            <w:proofErr w:type="gramEnd"/>
          </w:p>
        </w:tc>
        <w:tc>
          <w:tcPr>
            <w:tcW w:w="1560" w:type="dxa"/>
            <w:shd w:val="clear" w:color="auto" w:fill="F2F4F7"/>
            <w:tcMar>
              <w:top w:w="100" w:type="dxa"/>
              <w:left w:w="150" w:type="dxa"/>
              <w:bottom w:w="100" w:type="dxa"/>
              <w:right w:w="150" w:type="dxa"/>
            </w:tcMar>
          </w:tcPr>
          <w:p w14:paraId="7B0C12F0"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%44.9</w:t>
            </w:r>
            <w:proofErr w:type="gramEnd"/>
          </w:p>
        </w:tc>
      </w:tr>
      <w:tr w:rsidR="00523531" w:rsidRPr="00571BA6" w14:paraId="21991A54" w14:textId="77777777">
        <w:trPr>
          <w:jc w:val="center"/>
        </w:trPr>
        <w:tc>
          <w:tcPr>
            <w:tcW w:w="1560" w:type="dxa"/>
            <w:shd w:val="clear" w:color="auto" w:fill="FFFFFF"/>
            <w:tcMar>
              <w:top w:w="100" w:type="dxa"/>
              <w:left w:w="150" w:type="dxa"/>
              <w:bottom w:w="100" w:type="dxa"/>
              <w:right w:w="150" w:type="dxa"/>
            </w:tcMar>
          </w:tcPr>
          <w:p w14:paraId="34F4A3D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f=30 (</w:t>
            </w:r>
            <w:proofErr w:type="gramStart"/>
            <w:r w:rsidRPr="00571BA6">
              <w:rPr>
                <w:rFonts w:ascii="Times New Roman" w:hAnsi="Times New Roman" w:cs="Times New Roman"/>
                <w:sz w:val="24"/>
                <w:szCs w:val="24"/>
                <w:lang w:val="tr-TR"/>
              </w:rPr>
              <w:t>%23.6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83E022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f=27 (</w:t>
            </w:r>
            <w:proofErr w:type="gramStart"/>
            <w:r w:rsidRPr="00571BA6">
              <w:rPr>
                <w:rFonts w:ascii="Times New Roman" w:hAnsi="Times New Roman" w:cs="Times New Roman"/>
                <w:sz w:val="24"/>
                <w:szCs w:val="24"/>
                <w:lang w:val="tr-TR"/>
              </w:rPr>
              <w:t>%21.3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DE4D7C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f=36 (</w:t>
            </w:r>
            <w:proofErr w:type="gramStart"/>
            <w:r w:rsidRPr="00571BA6">
              <w:rPr>
                <w:rFonts w:ascii="Times New Roman" w:hAnsi="Times New Roman" w:cs="Times New Roman"/>
                <w:sz w:val="24"/>
                <w:szCs w:val="24"/>
                <w:lang w:val="tr-TR"/>
              </w:rPr>
              <w:t>%28.3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F379A3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f=23 (</w:t>
            </w:r>
            <w:proofErr w:type="gramStart"/>
            <w:r w:rsidRPr="00571BA6">
              <w:rPr>
                <w:rFonts w:ascii="Times New Roman" w:hAnsi="Times New Roman" w:cs="Times New Roman"/>
                <w:sz w:val="24"/>
                <w:szCs w:val="24"/>
                <w:lang w:val="tr-TR"/>
              </w:rPr>
              <w:t>%18.1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323A8B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f=11 (</w:t>
            </w:r>
            <w:proofErr w:type="gramStart"/>
            <w:r w:rsidRPr="00571BA6">
              <w:rPr>
                <w:rFonts w:ascii="Times New Roman" w:hAnsi="Times New Roman" w:cs="Times New Roman"/>
                <w:sz w:val="24"/>
                <w:szCs w:val="24"/>
                <w:lang w:val="tr-TR"/>
              </w:rPr>
              <w:t>%8.7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A0C36A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0993DFD0"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%44.9</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2.67</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06E76B41"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08FDD322"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26: Üniversitemiz kütüphanesindeki kaynakların yeterliliği hakkında ne düşünüyorsunuz?</w:t>
      </w:r>
    </w:p>
    <w:p w14:paraId="0C99650B" w14:textId="77777777" w:rsidR="00523531" w:rsidRPr="00571BA6" w:rsidRDefault="00523531" w:rsidP="005B48AD">
      <w:pPr>
        <w:spacing w:after="40" w:line="360" w:lineRule="auto"/>
        <w:rPr>
          <w:rFonts w:ascii="Times New Roman" w:hAnsi="Times New Roman" w:cs="Times New Roman"/>
          <w:sz w:val="24"/>
          <w:szCs w:val="24"/>
          <w:lang w:val="tr-TR"/>
        </w:rPr>
      </w:pPr>
    </w:p>
    <w:p w14:paraId="73C6187B"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2B9E565B" wp14:editId="7463A757">
            <wp:extent cx="3474720" cy="2653423"/>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1"/>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30C9B39A" w14:textId="77777777">
        <w:trPr>
          <w:jc w:val="center"/>
        </w:trPr>
        <w:tc>
          <w:tcPr>
            <w:tcW w:w="1560" w:type="dxa"/>
            <w:shd w:val="clear" w:color="auto" w:fill="2B547E"/>
            <w:tcMar>
              <w:top w:w="100" w:type="dxa"/>
              <w:left w:w="150" w:type="dxa"/>
              <w:bottom w:w="100" w:type="dxa"/>
              <w:right w:w="150" w:type="dxa"/>
            </w:tcMar>
          </w:tcPr>
          <w:p w14:paraId="11A61D7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2CC47482"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07B66DC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7C9D465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38A1B2B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2E52927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1E209A80" w14:textId="77777777">
        <w:trPr>
          <w:jc w:val="center"/>
        </w:trPr>
        <w:tc>
          <w:tcPr>
            <w:tcW w:w="1560" w:type="dxa"/>
            <w:shd w:val="clear" w:color="auto" w:fill="F2F4F7"/>
            <w:tcMar>
              <w:top w:w="100" w:type="dxa"/>
              <w:left w:w="150" w:type="dxa"/>
              <w:bottom w:w="100" w:type="dxa"/>
              <w:right w:w="150" w:type="dxa"/>
            </w:tcMar>
          </w:tcPr>
          <w:p w14:paraId="44FBE2A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3.35</w:t>
            </w:r>
          </w:p>
        </w:tc>
        <w:tc>
          <w:tcPr>
            <w:tcW w:w="1560" w:type="dxa"/>
            <w:shd w:val="clear" w:color="auto" w:fill="F2F4F7"/>
            <w:tcMar>
              <w:top w:w="100" w:type="dxa"/>
              <w:left w:w="150" w:type="dxa"/>
              <w:bottom w:w="100" w:type="dxa"/>
              <w:right w:w="150" w:type="dxa"/>
            </w:tcMar>
          </w:tcPr>
          <w:p w14:paraId="0E32F3F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1.11</w:t>
            </w:r>
          </w:p>
        </w:tc>
        <w:tc>
          <w:tcPr>
            <w:tcW w:w="1560" w:type="dxa"/>
            <w:shd w:val="clear" w:color="auto" w:fill="F2F4F7"/>
            <w:tcMar>
              <w:top w:w="100" w:type="dxa"/>
              <w:left w:w="150" w:type="dxa"/>
              <w:bottom w:w="100" w:type="dxa"/>
              <w:right w:w="150" w:type="dxa"/>
            </w:tcMar>
          </w:tcPr>
          <w:p w14:paraId="53C70A2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15DD3A76"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%46.5</w:t>
            </w:r>
            <w:proofErr w:type="gramEnd"/>
          </w:p>
        </w:tc>
        <w:tc>
          <w:tcPr>
            <w:tcW w:w="1560" w:type="dxa"/>
            <w:shd w:val="clear" w:color="auto" w:fill="F2F4F7"/>
            <w:tcMar>
              <w:top w:w="100" w:type="dxa"/>
              <w:left w:w="150" w:type="dxa"/>
              <w:bottom w:w="100" w:type="dxa"/>
              <w:right w:w="150" w:type="dxa"/>
            </w:tcMar>
          </w:tcPr>
          <w:p w14:paraId="63186E7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%34.6</w:t>
            </w:r>
            <w:proofErr w:type="gramEnd"/>
          </w:p>
        </w:tc>
        <w:tc>
          <w:tcPr>
            <w:tcW w:w="1560" w:type="dxa"/>
            <w:shd w:val="clear" w:color="auto" w:fill="F2F4F7"/>
            <w:tcMar>
              <w:top w:w="100" w:type="dxa"/>
              <w:left w:w="150" w:type="dxa"/>
              <w:bottom w:w="100" w:type="dxa"/>
              <w:right w:w="150" w:type="dxa"/>
            </w:tcMar>
          </w:tcPr>
          <w:p w14:paraId="3B53EFBB"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%18.9</w:t>
            </w:r>
            <w:proofErr w:type="gramEnd"/>
          </w:p>
        </w:tc>
      </w:tr>
      <w:tr w:rsidR="00523531" w:rsidRPr="00571BA6" w14:paraId="7139809A" w14:textId="77777777">
        <w:trPr>
          <w:jc w:val="center"/>
        </w:trPr>
        <w:tc>
          <w:tcPr>
            <w:tcW w:w="1560" w:type="dxa"/>
            <w:shd w:val="clear" w:color="auto" w:fill="FFFFFF"/>
            <w:tcMar>
              <w:top w:w="100" w:type="dxa"/>
              <w:left w:w="150" w:type="dxa"/>
              <w:bottom w:w="100" w:type="dxa"/>
              <w:right w:w="150" w:type="dxa"/>
            </w:tcMar>
          </w:tcPr>
          <w:p w14:paraId="63D3D18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f=10 (</w:t>
            </w:r>
            <w:proofErr w:type="gramStart"/>
            <w:r w:rsidRPr="00571BA6">
              <w:rPr>
                <w:rFonts w:ascii="Times New Roman" w:hAnsi="Times New Roman" w:cs="Times New Roman"/>
                <w:sz w:val="24"/>
                <w:szCs w:val="24"/>
                <w:lang w:val="tr-TR"/>
              </w:rPr>
              <w:t>%7.9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01913C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f=14 (</w:t>
            </w:r>
            <w:proofErr w:type="gramStart"/>
            <w:r w:rsidRPr="00571BA6">
              <w:rPr>
                <w:rFonts w:ascii="Times New Roman" w:hAnsi="Times New Roman" w:cs="Times New Roman"/>
                <w:sz w:val="24"/>
                <w:szCs w:val="24"/>
                <w:lang w:val="tr-TR"/>
              </w:rPr>
              <w:t>%11.0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D17E7C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f=44 (</w:t>
            </w:r>
            <w:proofErr w:type="gramStart"/>
            <w:r w:rsidRPr="00571BA6">
              <w:rPr>
                <w:rFonts w:ascii="Times New Roman" w:hAnsi="Times New Roman" w:cs="Times New Roman"/>
                <w:sz w:val="24"/>
                <w:szCs w:val="24"/>
                <w:lang w:val="tr-TR"/>
              </w:rPr>
              <w:t>%34.6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92358C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f=40 (</w:t>
            </w:r>
            <w:proofErr w:type="gramStart"/>
            <w:r w:rsidRPr="00571BA6">
              <w:rPr>
                <w:rFonts w:ascii="Times New Roman" w:hAnsi="Times New Roman" w:cs="Times New Roman"/>
                <w:sz w:val="24"/>
                <w:szCs w:val="24"/>
                <w:lang w:val="tr-TR"/>
              </w:rPr>
              <w:t>%31.5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C1230B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f=19 (</w:t>
            </w:r>
            <w:proofErr w:type="gramStart"/>
            <w:r w:rsidRPr="00571BA6">
              <w:rPr>
                <w:rFonts w:ascii="Times New Roman" w:hAnsi="Times New Roman" w:cs="Times New Roman"/>
                <w:sz w:val="24"/>
                <w:szCs w:val="24"/>
                <w:lang w:val="tr-TR"/>
              </w:rPr>
              <w:t>%15.0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0E30B6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46077C65"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%46.5</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%34.6</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3.35</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647833F4"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283C10A0"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27: Kampüsümüzdeki yemek olanaklarını nasıl buluyorsunuz?</w:t>
      </w:r>
    </w:p>
    <w:p w14:paraId="23568D1D" w14:textId="77777777" w:rsidR="00523531" w:rsidRPr="00571BA6" w:rsidRDefault="00523531" w:rsidP="005B48AD">
      <w:pPr>
        <w:spacing w:after="40" w:line="360" w:lineRule="auto"/>
        <w:rPr>
          <w:rFonts w:ascii="Times New Roman" w:hAnsi="Times New Roman" w:cs="Times New Roman"/>
          <w:sz w:val="24"/>
          <w:szCs w:val="24"/>
          <w:lang w:val="tr-TR"/>
        </w:rPr>
      </w:pPr>
    </w:p>
    <w:p w14:paraId="4A7053D9"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2E179CFB" wp14:editId="5AEE2412">
            <wp:extent cx="3474720" cy="2653423"/>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2"/>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444A00AE" w14:textId="77777777">
        <w:trPr>
          <w:jc w:val="center"/>
        </w:trPr>
        <w:tc>
          <w:tcPr>
            <w:tcW w:w="1560" w:type="dxa"/>
            <w:shd w:val="clear" w:color="auto" w:fill="2B547E"/>
            <w:tcMar>
              <w:top w:w="100" w:type="dxa"/>
              <w:left w:w="150" w:type="dxa"/>
              <w:bottom w:w="100" w:type="dxa"/>
              <w:right w:w="150" w:type="dxa"/>
            </w:tcMar>
          </w:tcPr>
          <w:p w14:paraId="524D7C2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01A0D996"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12C7F4C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1C076E3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641BD7C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1B31104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2454BFD2" w14:textId="77777777">
        <w:trPr>
          <w:jc w:val="center"/>
        </w:trPr>
        <w:tc>
          <w:tcPr>
            <w:tcW w:w="1560" w:type="dxa"/>
            <w:shd w:val="clear" w:color="auto" w:fill="F2F4F7"/>
            <w:tcMar>
              <w:top w:w="100" w:type="dxa"/>
              <w:left w:w="150" w:type="dxa"/>
              <w:bottom w:w="100" w:type="dxa"/>
              <w:right w:w="150" w:type="dxa"/>
            </w:tcMar>
          </w:tcPr>
          <w:p w14:paraId="6608F65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2.87</w:t>
            </w:r>
          </w:p>
        </w:tc>
        <w:tc>
          <w:tcPr>
            <w:tcW w:w="1560" w:type="dxa"/>
            <w:shd w:val="clear" w:color="auto" w:fill="F2F4F7"/>
            <w:tcMar>
              <w:top w:w="100" w:type="dxa"/>
              <w:left w:w="150" w:type="dxa"/>
              <w:bottom w:w="100" w:type="dxa"/>
              <w:right w:w="150" w:type="dxa"/>
            </w:tcMar>
          </w:tcPr>
          <w:p w14:paraId="00DF4D5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1.25</w:t>
            </w:r>
          </w:p>
        </w:tc>
        <w:tc>
          <w:tcPr>
            <w:tcW w:w="1560" w:type="dxa"/>
            <w:shd w:val="clear" w:color="auto" w:fill="F2F4F7"/>
            <w:tcMar>
              <w:top w:w="100" w:type="dxa"/>
              <w:left w:w="150" w:type="dxa"/>
              <w:bottom w:w="100" w:type="dxa"/>
              <w:right w:w="150" w:type="dxa"/>
            </w:tcMar>
          </w:tcPr>
          <w:p w14:paraId="11A78F8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6439DDF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%31.5</w:t>
            </w:r>
            <w:proofErr w:type="gramEnd"/>
          </w:p>
        </w:tc>
        <w:tc>
          <w:tcPr>
            <w:tcW w:w="1560" w:type="dxa"/>
            <w:shd w:val="clear" w:color="auto" w:fill="F2F4F7"/>
            <w:tcMar>
              <w:top w:w="100" w:type="dxa"/>
              <w:left w:w="150" w:type="dxa"/>
              <w:bottom w:w="100" w:type="dxa"/>
              <w:right w:w="150" w:type="dxa"/>
            </w:tcMar>
          </w:tcPr>
          <w:p w14:paraId="1B066E92"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%30.7</w:t>
            </w:r>
            <w:proofErr w:type="gramEnd"/>
          </w:p>
        </w:tc>
        <w:tc>
          <w:tcPr>
            <w:tcW w:w="1560" w:type="dxa"/>
            <w:shd w:val="clear" w:color="auto" w:fill="F2F4F7"/>
            <w:tcMar>
              <w:top w:w="100" w:type="dxa"/>
              <w:left w:w="150" w:type="dxa"/>
              <w:bottom w:w="100" w:type="dxa"/>
              <w:right w:w="150" w:type="dxa"/>
            </w:tcMar>
          </w:tcPr>
          <w:p w14:paraId="60CC9A9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%37.8</w:t>
            </w:r>
            <w:proofErr w:type="gramEnd"/>
          </w:p>
        </w:tc>
      </w:tr>
      <w:tr w:rsidR="00523531" w:rsidRPr="00571BA6" w14:paraId="6BBCA9DD" w14:textId="77777777">
        <w:trPr>
          <w:jc w:val="center"/>
        </w:trPr>
        <w:tc>
          <w:tcPr>
            <w:tcW w:w="1560" w:type="dxa"/>
            <w:shd w:val="clear" w:color="auto" w:fill="FFFFFF"/>
            <w:tcMar>
              <w:top w:w="100" w:type="dxa"/>
              <w:left w:w="150" w:type="dxa"/>
              <w:bottom w:w="100" w:type="dxa"/>
              <w:right w:w="150" w:type="dxa"/>
            </w:tcMar>
          </w:tcPr>
          <w:p w14:paraId="624FB10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f=23 (</w:t>
            </w:r>
            <w:proofErr w:type="gramStart"/>
            <w:r w:rsidRPr="00571BA6">
              <w:rPr>
                <w:rFonts w:ascii="Times New Roman" w:hAnsi="Times New Roman" w:cs="Times New Roman"/>
                <w:sz w:val="24"/>
                <w:szCs w:val="24"/>
                <w:lang w:val="tr-TR"/>
              </w:rPr>
              <w:t>%18.1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6466BC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f=25 (</w:t>
            </w:r>
            <w:proofErr w:type="gramStart"/>
            <w:r w:rsidRPr="00571BA6">
              <w:rPr>
                <w:rFonts w:ascii="Times New Roman" w:hAnsi="Times New Roman" w:cs="Times New Roman"/>
                <w:sz w:val="24"/>
                <w:szCs w:val="24"/>
                <w:lang w:val="tr-TR"/>
              </w:rPr>
              <w:t>%19.7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6A160C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f=39 (</w:t>
            </w:r>
            <w:proofErr w:type="gramStart"/>
            <w:r w:rsidRPr="00571BA6">
              <w:rPr>
                <w:rFonts w:ascii="Times New Roman" w:hAnsi="Times New Roman" w:cs="Times New Roman"/>
                <w:sz w:val="24"/>
                <w:szCs w:val="24"/>
                <w:lang w:val="tr-TR"/>
              </w:rPr>
              <w:t>%30.7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80B521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f=26 (</w:t>
            </w:r>
            <w:proofErr w:type="gramStart"/>
            <w:r w:rsidRPr="00571BA6">
              <w:rPr>
                <w:rFonts w:ascii="Times New Roman" w:hAnsi="Times New Roman" w:cs="Times New Roman"/>
                <w:sz w:val="24"/>
                <w:szCs w:val="24"/>
                <w:lang w:val="tr-TR"/>
              </w:rPr>
              <w:t>%20.5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559306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f=14 (</w:t>
            </w:r>
            <w:proofErr w:type="gramStart"/>
            <w:r w:rsidRPr="00571BA6">
              <w:rPr>
                <w:rFonts w:ascii="Times New Roman" w:hAnsi="Times New Roman" w:cs="Times New Roman"/>
                <w:sz w:val="24"/>
                <w:szCs w:val="24"/>
                <w:lang w:val="tr-TR"/>
              </w:rPr>
              <w:t>%11.0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9A3609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3FCD618C"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%37.8</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2.87</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00DB3615" w14:textId="77777777" w:rsidR="00571BA6" w:rsidRDefault="00571BA6" w:rsidP="005B48AD">
      <w:pPr>
        <w:spacing w:before="120" w:after="280" w:line="360" w:lineRule="auto"/>
        <w:rPr>
          <w:rFonts w:ascii="Times New Roman" w:hAnsi="Times New Roman" w:cs="Times New Roman"/>
          <w:sz w:val="24"/>
          <w:szCs w:val="24"/>
          <w:lang w:val="tr-TR"/>
        </w:rPr>
      </w:pPr>
    </w:p>
    <w:p w14:paraId="150A2F3F"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4523FED1"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28: Üniversitemiz yurtlarının sayıca yeterliliğini nasıl buluyorsunuz?</w:t>
      </w:r>
    </w:p>
    <w:p w14:paraId="10F3724B" w14:textId="77777777" w:rsidR="00523531" w:rsidRPr="00571BA6" w:rsidRDefault="00523531" w:rsidP="005B48AD">
      <w:pPr>
        <w:spacing w:after="40" w:line="360" w:lineRule="auto"/>
        <w:rPr>
          <w:rFonts w:ascii="Times New Roman" w:hAnsi="Times New Roman" w:cs="Times New Roman"/>
          <w:sz w:val="24"/>
          <w:szCs w:val="24"/>
          <w:lang w:val="tr-TR"/>
        </w:rPr>
      </w:pPr>
    </w:p>
    <w:p w14:paraId="66745CF8"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7CEAAD0A" wp14:editId="51FD450E">
            <wp:extent cx="3474720" cy="265342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3"/>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72D0F946" w14:textId="77777777">
        <w:trPr>
          <w:jc w:val="center"/>
        </w:trPr>
        <w:tc>
          <w:tcPr>
            <w:tcW w:w="1560" w:type="dxa"/>
            <w:shd w:val="clear" w:color="auto" w:fill="2B547E"/>
            <w:tcMar>
              <w:top w:w="100" w:type="dxa"/>
              <w:left w:w="150" w:type="dxa"/>
              <w:bottom w:w="100" w:type="dxa"/>
              <w:right w:w="150" w:type="dxa"/>
            </w:tcMar>
          </w:tcPr>
          <w:p w14:paraId="191F790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6771C5D8"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12BFEF4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684C0BC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486DA57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3171B8F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1AB1E79C" w14:textId="77777777">
        <w:trPr>
          <w:jc w:val="center"/>
        </w:trPr>
        <w:tc>
          <w:tcPr>
            <w:tcW w:w="1560" w:type="dxa"/>
            <w:shd w:val="clear" w:color="auto" w:fill="F2F4F7"/>
            <w:tcMar>
              <w:top w:w="100" w:type="dxa"/>
              <w:left w:w="150" w:type="dxa"/>
              <w:bottom w:w="100" w:type="dxa"/>
              <w:right w:w="150" w:type="dxa"/>
            </w:tcMar>
          </w:tcPr>
          <w:p w14:paraId="55F7D8B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2.75</w:t>
            </w:r>
          </w:p>
        </w:tc>
        <w:tc>
          <w:tcPr>
            <w:tcW w:w="1560" w:type="dxa"/>
            <w:shd w:val="clear" w:color="auto" w:fill="F2F4F7"/>
            <w:tcMar>
              <w:top w:w="100" w:type="dxa"/>
              <w:left w:w="150" w:type="dxa"/>
              <w:bottom w:w="100" w:type="dxa"/>
              <w:right w:w="150" w:type="dxa"/>
            </w:tcMar>
          </w:tcPr>
          <w:p w14:paraId="20416F5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1.24</w:t>
            </w:r>
          </w:p>
        </w:tc>
        <w:tc>
          <w:tcPr>
            <w:tcW w:w="1560" w:type="dxa"/>
            <w:shd w:val="clear" w:color="auto" w:fill="F2F4F7"/>
            <w:tcMar>
              <w:top w:w="100" w:type="dxa"/>
              <w:left w:w="150" w:type="dxa"/>
              <w:bottom w:w="100" w:type="dxa"/>
              <w:right w:w="150" w:type="dxa"/>
            </w:tcMar>
          </w:tcPr>
          <w:p w14:paraId="095969C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463B8C7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%26.7</w:t>
            </w:r>
            <w:proofErr w:type="gramEnd"/>
          </w:p>
        </w:tc>
        <w:tc>
          <w:tcPr>
            <w:tcW w:w="1560" w:type="dxa"/>
            <w:shd w:val="clear" w:color="auto" w:fill="F2F4F7"/>
            <w:tcMar>
              <w:top w:w="100" w:type="dxa"/>
              <w:left w:w="150" w:type="dxa"/>
              <w:bottom w:w="100" w:type="dxa"/>
              <w:right w:w="150" w:type="dxa"/>
            </w:tcMar>
          </w:tcPr>
          <w:p w14:paraId="7589CD7C"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%33.1</w:t>
            </w:r>
            <w:proofErr w:type="gramEnd"/>
          </w:p>
        </w:tc>
        <w:tc>
          <w:tcPr>
            <w:tcW w:w="1560" w:type="dxa"/>
            <w:shd w:val="clear" w:color="auto" w:fill="F2F4F7"/>
            <w:tcMar>
              <w:top w:w="100" w:type="dxa"/>
              <w:left w:w="150" w:type="dxa"/>
              <w:bottom w:w="100" w:type="dxa"/>
              <w:right w:w="150" w:type="dxa"/>
            </w:tcMar>
          </w:tcPr>
          <w:p w14:paraId="429CF6B9"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%40.2</w:t>
            </w:r>
            <w:proofErr w:type="gramEnd"/>
          </w:p>
        </w:tc>
      </w:tr>
      <w:tr w:rsidR="00523531" w:rsidRPr="00571BA6" w14:paraId="69139560" w14:textId="77777777">
        <w:trPr>
          <w:jc w:val="center"/>
        </w:trPr>
        <w:tc>
          <w:tcPr>
            <w:tcW w:w="1560" w:type="dxa"/>
            <w:shd w:val="clear" w:color="auto" w:fill="FFFFFF"/>
            <w:tcMar>
              <w:top w:w="100" w:type="dxa"/>
              <w:left w:w="150" w:type="dxa"/>
              <w:bottom w:w="100" w:type="dxa"/>
              <w:right w:w="150" w:type="dxa"/>
            </w:tcMar>
          </w:tcPr>
          <w:p w14:paraId="360EFB5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f=27 (</w:t>
            </w:r>
            <w:proofErr w:type="gramStart"/>
            <w:r w:rsidRPr="00571BA6">
              <w:rPr>
                <w:rFonts w:ascii="Times New Roman" w:hAnsi="Times New Roman" w:cs="Times New Roman"/>
                <w:sz w:val="24"/>
                <w:szCs w:val="24"/>
                <w:lang w:val="tr-TR"/>
              </w:rPr>
              <w:t>%21.3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7CC8D1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f=24 (</w:t>
            </w:r>
            <w:proofErr w:type="gramStart"/>
            <w:r w:rsidRPr="00571BA6">
              <w:rPr>
                <w:rFonts w:ascii="Times New Roman" w:hAnsi="Times New Roman" w:cs="Times New Roman"/>
                <w:sz w:val="24"/>
                <w:szCs w:val="24"/>
                <w:lang w:val="tr-TR"/>
              </w:rPr>
              <w:t>%18.9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D4CD74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f=42 (</w:t>
            </w:r>
            <w:proofErr w:type="gramStart"/>
            <w:r w:rsidRPr="00571BA6">
              <w:rPr>
                <w:rFonts w:ascii="Times New Roman" w:hAnsi="Times New Roman" w:cs="Times New Roman"/>
                <w:sz w:val="24"/>
                <w:szCs w:val="24"/>
                <w:lang w:val="tr-TR"/>
              </w:rPr>
              <w:t>%33.1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7EBED2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t>f=22 (</w:t>
            </w:r>
            <w:proofErr w:type="gramStart"/>
            <w:r w:rsidRPr="00571BA6">
              <w:rPr>
                <w:rFonts w:ascii="Times New Roman" w:hAnsi="Times New Roman" w:cs="Times New Roman"/>
                <w:sz w:val="24"/>
                <w:szCs w:val="24"/>
                <w:lang w:val="tr-TR"/>
              </w:rPr>
              <w:t>%17.3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0F5BEB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f=12 (</w:t>
            </w:r>
            <w:proofErr w:type="gramStart"/>
            <w:r w:rsidRPr="00571BA6">
              <w:rPr>
                <w:rFonts w:ascii="Times New Roman" w:hAnsi="Times New Roman" w:cs="Times New Roman"/>
                <w:sz w:val="24"/>
                <w:szCs w:val="24"/>
                <w:lang w:val="tr-TR"/>
              </w:rPr>
              <w:t>%9.4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EA2729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2F566D00"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%40.2</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2.75</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574F2F86"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21A06CC6"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29: Bölümümüz öğretim elemanlarının gelecekle ilgili mesleki planlarınızı oluşturmada size yardımlarını nasıl değerlendiriyorsunuz?</w:t>
      </w:r>
    </w:p>
    <w:p w14:paraId="22799E41" w14:textId="77777777" w:rsidR="00523531" w:rsidRPr="00571BA6" w:rsidRDefault="00523531" w:rsidP="005B48AD">
      <w:pPr>
        <w:spacing w:after="40" w:line="360" w:lineRule="auto"/>
        <w:rPr>
          <w:rFonts w:ascii="Times New Roman" w:hAnsi="Times New Roman" w:cs="Times New Roman"/>
          <w:sz w:val="24"/>
          <w:szCs w:val="24"/>
          <w:lang w:val="tr-TR"/>
        </w:rPr>
      </w:pPr>
    </w:p>
    <w:p w14:paraId="2EB8F18A"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7C4EFDA1" wp14:editId="7D64F7A1">
            <wp:extent cx="3474720" cy="2653423"/>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4"/>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77E3AD59" w14:textId="77777777">
        <w:trPr>
          <w:jc w:val="center"/>
        </w:trPr>
        <w:tc>
          <w:tcPr>
            <w:tcW w:w="1560" w:type="dxa"/>
            <w:shd w:val="clear" w:color="auto" w:fill="2B547E"/>
            <w:tcMar>
              <w:top w:w="100" w:type="dxa"/>
              <w:left w:w="150" w:type="dxa"/>
              <w:bottom w:w="100" w:type="dxa"/>
              <w:right w:w="150" w:type="dxa"/>
            </w:tcMar>
          </w:tcPr>
          <w:p w14:paraId="0817116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78026C55"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1002FEA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5DEF22C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3A171B2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237919E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35B48725" w14:textId="77777777">
        <w:trPr>
          <w:jc w:val="center"/>
        </w:trPr>
        <w:tc>
          <w:tcPr>
            <w:tcW w:w="1560" w:type="dxa"/>
            <w:shd w:val="clear" w:color="auto" w:fill="F2F4F7"/>
            <w:tcMar>
              <w:top w:w="100" w:type="dxa"/>
              <w:left w:w="150" w:type="dxa"/>
              <w:bottom w:w="100" w:type="dxa"/>
              <w:right w:w="150" w:type="dxa"/>
            </w:tcMar>
          </w:tcPr>
          <w:p w14:paraId="747E27E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3.74</w:t>
            </w:r>
          </w:p>
        </w:tc>
        <w:tc>
          <w:tcPr>
            <w:tcW w:w="1560" w:type="dxa"/>
            <w:shd w:val="clear" w:color="auto" w:fill="F2F4F7"/>
            <w:tcMar>
              <w:top w:w="100" w:type="dxa"/>
              <w:left w:w="150" w:type="dxa"/>
              <w:bottom w:w="100" w:type="dxa"/>
              <w:right w:w="150" w:type="dxa"/>
            </w:tcMar>
          </w:tcPr>
          <w:p w14:paraId="26CD39B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1.03</w:t>
            </w:r>
          </w:p>
        </w:tc>
        <w:tc>
          <w:tcPr>
            <w:tcW w:w="1560" w:type="dxa"/>
            <w:shd w:val="clear" w:color="auto" w:fill="F2F4F7"/>
            <w:tcMar>
              <w:top w:w="100" w:type="dxa"/>
              <w:left w:w="150" w:type="dxa"/>
              <w:bottom w:w="100" w:type="dxa"/>
              <w:right w:w="150" w:type="dxa"/>
            </w:tcMar>
          </w:tcPr>
          <w:p w14:paraId="2A2BB38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6993865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%63.0</w:t>
            </w:r>
            <w:proofErr w:type="gramEnd"/>
          </w:p>
        </w:tc>
        <w:tc>
          <w:tcPr>
            <w:tcW w:w="1560" w:type="dxa"/>
            <w:shd w:val="clear" w:color="auto" w:fill="F2F4F7"/>
            <w:tcMar>
              <w:top w:w="100" w:type="dxa"/>
              <w:left w:w="150" w:type="dxa"/>
              <w:bottom w:w="100" w:type="dxa"/>
              <w:right w:w="150" w:type="dxa"/>
            </w:tcMar>
          </w:tcPr>
          <w:p w14:paraId="5B962700"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%26.8</w:t>
            </w:r>
            <w:proofErr w:type="gramEnd"/>
          </w:p>
        </w:tc>
        <w:tc>
          <w:tcPr>
            <w:tcW w:w="1560" w:type="dxa"/>
            <w:shd w:val="clear" w:color="auto" w:fill="F2F4F7"/>
            <w:tcMar>
              <w:top w:w="100" w:type="dxa"/>
              <w:left w:w="150" w:type="dxa"/>
              <w:bottom w:w="100" w:type="dxa"/>
              <w:right w:w="150" w:type="dxa"/>
            </w:tcMar>
          </w:tcPr>
          <w:p w14:paraId="2A6311F4"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%10.2</w:t>
            </w:r>
            <w:proofErr w:type="gramEnd"/>
          </w:p>
        </w:tc>
      </w:tr>
      <w:tr w:rsidR="00523531" w:rsidRPr="00571BA6" w14:paraId="01A64E43" w14:textId="77777777">
        <w:trPr>
          <w:jc w:val="center"/>
        </w:trPr>
        <w:tc>
          <w:tcPr>
            <w:tcW w:w="1560" w:type="dxa"/>
            <w:shd w:val="clear" w:color="auto" w:fill="FFFFFF"/>
            <w:tcMar>
              <w:top w:w="100" w:type="dxa"/>
              <w:left w:w="150" w:type="dxa"/>
              <w:bottom w:w="100" w:type="dxa"/>
              <w:right w:w="150" w:type="dxa"/>
            </w:tcMar>
          </w:tcPr>
          <w:p w14:paraId="69B1778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f=5 (</w:t>
            </w:r>
            <w:proofErr w:type="gramStart"/>
            <w:r w:rsidRPr="00571BA6">
              <w:rPr>
                <w:rFonts w:ascii="Times New Roman" w:hAnsi="Times New Roman" w:cs="Times New Roman"/>
                <w:sz w:val="24"/>
                <w:szCs w:val="24"/>
                <w:lang w:val="tr-TR"/>
              </w:rPr>
              <w:t>%3.9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8441F4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f=8 (</w:t>
            </w:r>
            <w:proofErr w:type="gramStart"/>
            <w:r w:rsidRPr="00571BA6">
              <w:rPr>
                <w:rFonts w:ascii="Times New Roman" w:hAnsi="Times New Roman" w:cs="Times New Roman"/>
                <w:sz w:val="24"/>
                <w:szCs w:val="24"/>
                <w:lang w:val="tr-TR"/>
              </w:rPr>
              <w:t>%6.3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870FCC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f=34 (</w:t>
            </w:r>
            <w:proofErr w:type="gramStart"/>
            <w:r w:rsidRPr="00571BA6">
              <w:rPr>
                <w:rFonts w:ascii="Times New Roman" w:hAnsi="Times New Roman" w:cs="Times New Roman"/>
                <w:sz w:val="24"/>
                <w:szCs w:val="24"/>
                <w:lang w:val="tr-TR"/>
              </w:rPr>
              <w:t>%26.8</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19F10A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f=48 (</w:t>
            </w:r>
            <w:proofErr w:type="gramStart"/>
            <w:r w:rsidRPr="00571BA6">
              <w:rPr>
                <w:rFonts w:ascii="Times New Roman" w:hAnsi="Times New Roman" w:cs="Times New Roman"/>
                <w:sz w:val="24"/>
                <w:szCs w:val="24"/>
                <w:lang w:val="tr-TR"/>
              </w:rPr>
              <w:t>%37.8</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E4F8C4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f=32 (</w:t>
            </w:r>
            <w:proofErr w:type="gramStart"/>
            <w:r w:rsidRPr="00571BA6">
              <w:rPr>
                <w:rFonts w:ascii="Times New Roman" w:hAnsi="Times New Roman" w:cs="Times New Roman"/>
                <w:sz w:val="24"/>
                <w:szCs w:val="24"/>
                <w:lang w:val="tr-TR"/>
              </w:rPr>
              <w:t>%25.2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CC5219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641520DA"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%63.0</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%26.8</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3.74</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6EB44CB1"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199A3419"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30: Üniversitemizin sağladığı yurtdışı eğitim olanaklarını nasıl değerlendiriyorsunuz?</w:t>
      </w:r>
    </w:p>
    <w:p w14:paraId="4BCD6D69" w14:textId="77777777" w:rsidR="00523531" w:rsidRPr="00571BA6" w:rsidRDefault="00523531" w:rsidP="005B48AD">
      <w:pPr>
        <w:spacing w:after="40" w:line="360" w:lineRule="auto"/>
        <w:rPr>
          <w:rFonts w:ascii="Times New Roman" w:hAnsi="Times New Roman" w:cs="Times New Roman"/>
          <w:sz w:val="24"/>
          <w:szCs w:val="24"/>
          <w:lang w:val="tr-TR"/>
        </w:rPr>
      </w:pPr>
    </w:p>
    <w:p w14:paraId="22EB362E"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257CDC4B" wp14:editId="421BE603">
            <wp:extent cx="3474720" cy="265342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5"/>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4A9BA4C5" w14:textId="77777777">
        <w:trPr>
          <w:jc w:val="center"/>
        </w:trPr>
        <w:tc>
          <w:tcPr>
            <w:tcW w:w="1560" w:type="dxa"/>
            <w:shd w:val="clear" w:color="auto" w:fill="2B547E"/>
            <w:tcMar>
              <w:top w:w="100" w:type="dxa"/>
              <w:left w:w="150" w:type="dxa"/>
              <w:bottom w:w="100" w:type="dxa"/>
              <w:right w:w="150" w:type="dxa"/>
            </w:tcMar>
          </w:tcPr>
          <w:p w14:paraId="348A3EC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3698323D"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07CC19F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3C0DD1D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79389B5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0BAB6DB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49AB21F2" w14:textId="77777777">
        <w:trPr>
          <w:jc w:val="center"/>
        </w:trPr>
        <w:tc>
          <w:tcPr>
            <w:tcW w:w="1560" w:type="dxa"/>
            <w:shd w:val="clear" w:color="auto" w:fill="F2F4F7"/>
            <w:tcMar>
              <w:top w:w="100" w:type="dxa"/>
              <w:left w:w="150" w:type="dxa"/>
              <w:bottom w:w="100" w:type="dxa"/>
              <w:right w:w="150" w:type="dxa"/>
            </w:tcMar>
          </w:tcPr>
          <w:p w14:paraId="500CFD5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2.63</w:t>
            </w:r>
          </w:p>
        </w:tc>
        <w:tc>
          <w:tcPr>
            <w:tcW w:w="1560" w:type="dxa"/>
            <w:shd w:val="clear" w:color="auto" w:fill="F2F4F7"/>
            <w:tcMar>
              <w:top w:w="100" w:type="dxa"/>
              <w:left w:w="150" w:type="dxa"/>
              <w:bottom w:w="100" w:type="dxa"/>
              <w:right w:w="150" w:type="dxa"/>
            </w:tcMar>
          </w:tcPr>
          <w:p w14:paraId="1D60FD4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1.26</w:t>
            </w:r>
          </w:p>
        </w:tc>
        <w:tc>
          <w:tcPr>
            <w:tcW w:w="1560" w:type="dxa"/>
            <w:shd w:val="clear" w:color="auto" w:fill="F2F4F7"/>
            <w:tcMar>
              <w:top w:w="100" w:type="dxa"/>
              <w:left w:w="150" w:type="dxa"/>
              <w:bottom w:w="100" w:type="dxa"/>
              <w:right w:w="150" w:type="dxa"/>
            </w:tcMar>
          </w:tcPr>
          <w:p w14:paraId="2CE074F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39F4E79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%25.2</w:t>
            </w:r>
            <w:proofErr w:type="gramEnd"/>
          </w:p>
        </w:tc>
        <w:tc>
          <w:tcPr>
            <w:tcW w:w="1560" w:type="dxa"/>
            <w:shd w:val="clear" w:color="auto" w:fill="F2F4F7"/>
            <w:tcMar>
              <w:top w:w="100" w:type="dxa"/>
              <w:left w:w="150" w:type="dxa"/>
              <w:bottom w:w="100" w:type="dxa"/>
              <w:right w:w="150" w:type="dxa"/>
            </w:tcMar>
          </w:tcPr>
          <w:p w14:paraId="0365C2A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%29.1</w:t>
            </w:r>
            <w:proofErr w:type="gramEnd"/>
          </w:p>
        </w:tc>
        <w:tc>
          <w:tcPr>
            <w:tcW w:w="1560" w:type="dxa"/>
            <w:shd w:val="clear" w:color="auto" w:fill="F2F4F7"/>
            <w:tcMar>
              <w:top w:w="100" w:type="dxa"/>
              <w:left w:w="150" w:type="dxa"/>
              <w:bottom w:w="100" w:type="dxa"/>
              <w:right w:w="150" w:type="dxa"/>
            </w:tcMar>
          </w:tcPr>
          <w:p w14:paraId="71EA6ED7"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%45.7</w:t>
            </w:r>
            <w:proofErr w:type="gramEnd"/>
          </w:p>
        </w:tc>
      </w:tr>
      <w:tr w:rsidR="00523531" w:rsidRPr="00571BA6" w14:paraId="1BD466E3" w14:textId="77777777">
        <w:trPr>
          <w:jc w:val="center"/>
        </w:trPr>
        <w:tc>
          <w:tcPr>
            <w:tcW w:w="1560" w:type="dxa"/>
            <w:shd w:val="clear" w:color="auto" w:fill="FFFFFF"/>
            <w:tcMar>
              <w:top w:w="100" w:type="dxa"/>
              <w:left w:w="150" w:type="dxa"/>
              <w:bottom w:w="100" w:type="dxa"/>
              <w:right w:w="150" w:type="dxa"/>
            </w:tcMar>
          </w:tcPr>
          <w:p w14:paraId="454213D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f=32 (</w:t>
            </w:r>
            <w:proofErr w:type="gramStart"/>
            <w:r w:rsidRPr="00571BA6">
              <w:rPr>
                <w:rFonts w:ascii="Times New Roman" w:hAnsi="Times New Roman" w:cs="Times New Roman"/>
                <w:sz w:val="24"/>
                <w:szCs w:val="24"/>
                <w:lang w:val="tr-TR"/>
              </w:rPr>
              <w:t>%25.2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300BBB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f=26 (</w:t>
            </w:r>
            <w:proofErr w:type="gramStart"/>
            <w:r w:rsidRPr="00571BA6">
              <w:rPr>
                <w:rFonts w:ascii="Times New Roman" w:hAnsi="Times New Roman" w:cs="Times New Roman"/>
                <w:sz w:val="24"/>
                <w:szCs w:val="24"/>
                <w:lang w:val="tr-TR"/>
              </w:rPr>
              <w:t>%20.5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E2CFD7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f=37 (</w:t>
            </w:r>
            <w:proofErr w:type="gramStart"/>
            <w:r w:rsidRPr="00571BA6">
              <w:rPr>
                <w:rFonts w:ascii="Times New Roman" w:hAnsi="Times New Roman" w:cs="Times New Roman"/>
                <w:sz w:val="24"/>
                <w:szCs w:val="24"/>
                <w:lang w:val="tr-TR"/>
              </w:rPr>
              <w:t>%29.1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F04B6B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f=21 (</w:t>
            </w:r>
            <w:proofErr w:type="gramStart"/>
            <w:r w:rsidRPr="00571BA6">
              <w:rPr>
                <w:rFonts w:ascii="Times New Roman" w:hAnsi="Times New Roman" w:cs="Times New Roman"/>
                <w:sz w:val="24"/>
                <w:szCs w:val="24"/>
                <w:lang w:val="tr-TR"/>
              </w:rPr>
              <w:t>%16.5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2E2675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f=11 (</w:t>
            </w:r>
            <w:proofErr w:type="gramStart"/>
            <w:r w:rsidRPr="00571BA6">
              <w:rPr>
                <w:rFonts w:ascii="Times New Roman" w:hAnsi="Times New Roman" w:cs="Times New Roman"/>
                <w:sz w:val="24"/>
                <w:szCs w:val="24"/>
                <w:lang w:val="tr-TR"/>
              </w:rPr>
              <w:t>%8.7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2A26A4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3E7BC950"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%45.7</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2.63</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0EE6A4D3"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2DE6DA68"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31: Bölüm Başkanlığını, iletilen sorunları çözme konusunda nasıl değerlendiriyorsunuz?</w:t>
      </w:r>
    </w:p>
    <w:p w14:paraId="0C55812E" w14:textId="77777777" w:rsidR="00523531" w:rsidRPr="00571BA6" w:rsidRDefault="00523531" w:rsidP="005B48AD">
      <w:pPr>
        <w:spacing w:after="40" w:line="360" w:lineRule="auto"/>
        <w:rPr>
          <w:rFonts w:ascii="Times New Roman" w:hAnsi="Times New Roman" w:cs="Times New Roman"/>
          <w:sz w:val="24"/>
          <w:szCs w:val="24"/>
          <w:lang w:val="tr-TR"/>
        </w:rPr>
      </w:pPr>
    </w:p>
    <w:p w14:paraId="47497A6E"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4353E6D8" wp14:editId="04CBB993">
            <wp:extent cx="3474720" cy="265342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6"/>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2C69E309" w14:textId="77777777">
        <w:trPr>
          <w:jc w:val="center"/>
        </w:trPr>
        <w:tc>
          <w:tcPr>
            <w:tcW w:w="1560" w:type="dxa"/>
            <w:shd w:val="clear" w:color="auto" w:fill="2B547E"/>
            <w:tcMar>
              <w:top w:w="100" w:type="dxa"/>
              <w:left w:w="150" w:type="dxa"/>
              <w:bottom w:w="100" w:type="dxa"/>
              <w:right w:w="150" w:type="dxa"/>
            </w:tcMar>
          </w:tcPr>
          <w:p w14:paraId="68EABB0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1016F3E9"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5B97F3B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6F6E2EB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7102FDE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1AD304B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2DB53D16" w14:textId="77777777">
        <w:trPr>
          <w:jc w:val="center"/>
        </w:trPr>
        <w:tc>
          <w:tcPr>
            <w:tcW w:w="1560" w:type="dxa"/>
            <w:shd w:val="clear" w:color="auto" w:fill="F2F4F7"/>
            <w:tcMar>
              <w:top w:w="100" w:type="dxa"/>
              <w:left w:w="150" w:type="dxa"/>
              <w:bottom w:w="100" w:type="dxa"/>
              <w:right w:w="150" w:type="dxa"/>
            </w:tcMar>
          </w:tcPr>
          <w:p w14:paraId="7537AD5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3.94</w:t>
            </w:r>
          </w:p>
        </w:tc>
        <w:tc>
          <w:tcPr>
            <w:tcW w:w="1560" w:type="dxa"/>
            <w:shd w:val="clear" w:color="auto" w:fill="F2F4F7"/>
            <w:tcMar>
              <w:top w:w="100" w:type="dxa"/>
              <w:left w:w="150" w:type="dxa"/>
              <w:bottom w:w="100" w:type="dxa"/>
              <w:right w:w="150" w:type="dxa"/>
            </w:tcMar>
          </w:tcPr>
          <w:p w14:paraId="7401604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0.99</w:t>
            </w:r>
          </w:p>
        </w:tc>
        <w:tc>
          <w:tcPr>
            <w:tcW w:w="1560" w:type="dxa"/>
            <w:shd w:val="clear" w:color="auto" w:fill="F2F4F7"/>
            <w:tcMar>
              <w:top w:w="100" w:type="dxa"/>
              <w:left w:w="150" w:type="dxa"/>
              <w:bottom w:w="100" w:type="dxa"/>
              <w:right w:w="150" w:type="dxa"/>
            </w:tcMar>
          </w:tcPr>
          <w:p w14:paraId="73D7923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3011C6D0"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%71.7</w:t>
            </w:r>
            <w:proofErr w:type="gramEnd"/>
          </w:p>
        </w:tc>
        <w:tc>
          <w:tcPr>
            <w:tcW w:w="1560" w:type="dxa"/>
            <w:shd w:val="clear" w:color="auto" w:fill="F2F4F7"/>
            <w:tcMar>
              <w:top w:w="100" w:type="dxa"/>
              <w:left w:w="150" w:type="dxa"/>
              <w:bottom w:w="100" w:type="dxa"/>
              <w:right w:w="150" w:type="dxa"/>
            </w:tcMar>
          </w:tcPr>
          <w:p w14:paraId="3504EA43"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%21.3</w:t>
            </w:r>
            <w:proofErr w:type="gramEnd"/>
          </w:p>
        </w:tc>
        <w:tc>
          <w:tcPr>
            <w:tcW w:w="1560" w:type="dxa"/>
            <w:shd w:val="clear" w:color="auto" w:fill="F2F4F7"/>
            <w:tcMar>
              <w:top w:w="100" w:type="dxa"/>
              <w:left w:w="150" w:type="dxa"/>
              <w:bottom w:w="100" w:type="dxa"/>
              <w:right w:w="150" w:type="dxa"/>
            </w:tcMar>
          </w:tcPr>
          <w:p w14:paraId="189BD7D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%7.0</w:t>
            </w:r>
            <w:proofErr w:type="gramEnd"/>
          </w:p>
        </w:tc>
      </w:tr>
      <w:tr w:rsidR="00523531" w:rsidRPr="00571BA6" w14:paraId="5CFBE3F8" w14:textId="77777777">
        <w:trPr>
          <w:jc w:val="center"/>
        </w:trPr>
        <w:tc>
          <w:tcPr>
            <w:tcW w:w="1560" w:type="dxa"/>
            <w:shd w:val="clear" w:color="auto" w:fill="FFFFFF"/>
            <w:tcMar>
              <w:top w:w="100" w:type="dxa"/>
              <w:left w:w="150" w:type="dxa"/>
              <w:bottom w:w="100" w:type="dxa"/>
              <w:right w:w="150" w:type="dxa"/>
            </w:tcMar>
          </w:tcPr>
          <w:p w14:paraId="1CF53BE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f=4 (</w:t>
            </w:r>
            <w:proofErr w:type="gramStart"/>
            <w:r w:rsidRPr="00571BA6">
              <w:rPr>
                <w:rFonts w:ascii="Times New Roman" w:hAnsi="Times New Roman" w:cs="Times New Roman"/>
                <w:sz w:val="24"/>
                <w:szCs w:val="24"/>
                <w:lang w:val="tr-TR"/>
              </w:rPr>
              <w:t>%3.1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706D3C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f=5 (</w:t>
            </w:r>
            <w:proofErr w:type="gramStart"/>
            <w:r w:rsidRPr="00571BA6">
              <w:rPr>
                <w:rFonts w:ascii="Times New Roman" w:hAnsi="Times New Roman" w:cs="Times New Roman"/>
                <w:sz w:val="24"/>
                <w:szCs w:val="24"/>
                <w:lang w:val="tr-TR"/>
              </w:rPr>
              <w:t>%3.9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BF70CC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f=27 (</w:t>
            </w:r>
            <w:proofErr w:type="gramStart"/>
            <w:r w:rsidRPr="00571BA6">
              <w:rPr>
                <w:rFonts w:ascii="Times New Roman" w:hAnsi="Times New Roman" w:cs="Times New Roman"/>
                <w:sz w:val="24"/>
                <w:szCs w:val="24"/>
                <w:lang w:val="tr-TR"/>
              </w:rPr>
              <w:t>%21.3</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FB1EA7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f=49 (</w:t>
            </w:r>
            <w:proofErr w:type="gramStart"/>
            <w:r w:rsidRPr="00571BA6">
              <w:rPr>
                <w:rFonts w:ascii="Times New Roman" w:hAnsi="Times New Roman" w:cs="Times New Roman"/>
                <w:sz w:val="24"/>
                <w:szCs w:val="24"/>
                <w:lang w:val="tr-TR"/>
              </w:rPr>
              <w:t>%38.6</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77C853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f=42 (</w:t>
            </w:r>
            <w:proofErr w:type="gramStart"/>
            <w:r w:rsidRPr="00571BA6">
              <w:rPr>
                <w:rFonts w:ascii="Times New Roman" w:hAnsi="Times New Roman" w:cs="Times New Roman"/>
                <w:sz w:val="24"/>
                <w:szCs w:val="24"/>
                <w:lang w:val="tr-TR"/>
              </w:rPr>
              <w:t>%33.1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F103CD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46657A55"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%71.7</w:t>
      </w:r>
      <w:proofErr w:type="gramEnd"/>
      <w:r w:rsidRPr="00571BA6">
        <w:rPr>
          <w:rFonts w:ascii="Times New Roman" w:hAnsi="Times New Roman" w:cs="Times New Roman"/>
          <w:sz w:val="24"/>
          <w:szCs w:val="24"/>
          <w:lang w:val="tr-TR"/>
        </w:rPr>
        <w:t xml:space="preserve">'i bu maddeye ilişkin olumlu değerlendirmede bulunmuştur. Ortalamanın </w:t>
      </w:r>
      <w:proofErr w:type="gramStart"/>
      <w:r w:rsidRPr="00571BA6">
        <w:rPr>
          <w:rFonts w:ascii="Times New Roman" w:hAnsi="Times New Roman" w:cs="Times New Roman"/>
          <w:sz w:val="24"/>
          <w:szCs w:val="24"/>
          <w:lang w:val="tr-TR"/>
        </w:rPr>
        <w:t>3.94</w:t>
      </w:r>
      <w:proofErr w:type="gramEnd"/>
      <w:r w:rsidRPr="00571BA6">
        <w:rPr>
          <w:rFonts w:ascii="Times New Roman" w:hAnsi="Times New Roman" w:cs="Times New Roman"/>
          <w:sz w:val="24"/>
          <w:szCs w:val="24"/>
          <w:lang w:val="tr-TR"/>
        </w:rPr>
        <w:t xml:space="preserve"> seviyesinde gerçekleşmesi, bölümün bu alandaki performansının son derece yüksek olduğunu ve öğrencilerin beklentilerini güçlü bir şekilde karşıladığını göstermektedir. Bu alan bölümün sürdürülebilir güçlü yönleri arasındadır.</w:t>
      </w:r>
    </w:p>
    <w:p w14:paraId="55A1E637"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3E12F588"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32: Bölümümüz öğretim elemanlarının ders saatleri dışındaki ulaşılabilirliğini nasıl değerlendiriyorsunuz?</w:t>
      </w:r>
    </w:p>
    <w:p w14:paraId="78623666" w14:textId="77777777" w:rsidR="00523531" w:rsidRPr="00571BA6" w:rsidRDefault="00523531" w:rsidP="005B48AD">
      <w:pPr>
        <w:spacing w:after="40" w:line="360" w:lineRule="auto"/>
        <w:rPr>
          <w:rFonts w:ascii="Times New Roman" w:hAnsi="Times New Roman" w:cs="Times New Roman"/>
          <w:sz w:val="24"/>
          <w:szCs w:val="24"/>
          <w:lang w:val="tr-TR"/>
        </w:rPr>
      </w:pPr>
    </w:p>
    <w:p w14:paraId="6ACDD8A5"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169AEC5C" wp14:editId="506A427D">
            <wp:extent cx="3474720" cy="2653423"/>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7"/>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58D4B9DF" w14:textId="77777777">
        <w:trPr>
          <w:jc w:val="center"/>
        </w:trPr>
        <w:tc>
          <w:tcPr>
            <w:tcW w:w="1560" w:type="dxa"/>
            <w:shd w:val="clear" w:color="auto" w:fill="2B547E"/>
            <w:tcMar>
              <w:top w:w="100" w:type="dxa"/>
              <w:left w:w="150" w:type="dxa"/>
              <w:bottom w:w="100" w:type="dxa"/>
              <w:right w:w="150" w:type="dxa"/>
            </w:tcMar>
          </w:tcPr>
          <w:p w14:paraId="75FD19D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09D63118"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7926184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457EE66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3059489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6C42C6E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4D7596E0" w14:textId="77777777">
        <w:trPr>
          <w:jc w:val="center"/>
        </w:trPr>
        <w:tc>
          <w:tcPr>
            <w:tcW w:w="1560" w:type="dxa"/>
            <w:shd w:val="clear" w:color="auto" w:fill="F2F4F7"/>
            <w:tcMar>
              <w:top w:w="100" w:type="dxa"/>
              <w:left w:w="150" w:type="dxa"/>
              <w:bottom w:w="100" w:type="dxa"/>
              <w:right w:w="150" w:type="dxa"/>
            </w:tcMar>
          </w:tcPr>
          <w:p w14:paraId="73EB7DE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4.00</w:t>
            </w:r>
          </w:p>
        </w:tc>
        <w:tc>
          <w:tcPr>
            <w:tcW w:w="1560" w:type="dxa"/>
            <w:shd w:val="clear" w:color="auto" w:fill="F2F4F7"/>
            <w:tcMar>
              <w:top w:w="100" w:type="dxa"/>
              <w:left w:w="150" w:type="dxa"/>
              <w:bottom w:w="100" w:type="dxa"/>
              <w:right w:w="150" w:type="dxa"/>
            </w:tcMar>
          </w:tcPr>
          <w:p w14:paraId="2C49AAE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0.94</w:t>
            </w:r>
          </w:p>
        </w:tc>
        <w:tc>
          <w:tcPr>
            <w:tcW w:w="1560" w:type="dxa"/>
            <w:shd w:val="clear" w:color="auto" w:fill="F2F4F7"/>
            <w:tcMar>
              <w:top w:w="100" w:type="dxa"/>
              <w:left w:w="150" w:type="dxa"/>
              <w:bottom w:w="100" w:type="dxa"/>
              <w:right w:w="150" w:type="dxa"/>
            </w:tcMar>
          </w:tcPr>
          <w:p w14:paraId="212D812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69BFD7CE"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%74.1</w:t>
            </w:r>
            <w:proofErr w:type="gramEnd"/>
          </w:p>
        </w:tc>
        <w:tc>
          <w:tcPr>
            <w:tcW w:w="1560" w:type="dxa"/>
            <w:shd w:val="clear" w:color="auto" w:fill="F2F4F7"/>
            <w:tcMar>
              <w:top w:w="100" w:type="dxa"/>
              <w:left w:w="150" w:type="dxa"/>
              <w:bottom w:w="100" w:type="dxa"/>
              <w:right w:w="150" w:type="dxa"/>
            </w:tcMar>
          </w:tcPr>
          <w:p w14:paraId="7FC6ED99"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%20.5</w:t>
            </w:r>
            <w:proofErr w:type="gramEnd"/>
          </w:p>
        </w:tc>
        <w:tc>
          <w:tcPr>
            <w:tcW w:w="1560" w:type="dxa"/>
            <w:shd w:val="clear" w:color="auto" w:fill="F2F4F7"/>
            <w:tcMar>
              <w:top w:w="100" w:type="dxa"/>
              <w:left w:w="150" w:type="dxa"/>
              <w:bottom w:w="100" w:type="dxa"/>
              <w:right w:w="150" w:type="dxa"/>
            </w:tcMar>
          </w:tcPr>
          <w:p w14:paraId="0D95F8C7"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%5.5</w:t>
            </w:r>
            <w:proofErr w:type="gramEnd"/>
          </w:p>
        </w:tc>
      </w:tr>
      <w:tr w:rsidR="00523531" w:rsidRPr="00571BA6" w14:paraId="7623C4A3" w14:textId="77777777">
        <w:trPr>
          <w:jc w:val="center"/>
        </w:trPr>
        <w:tc>
          <w:tcPr>
            <w:tcW w:w="1560" w:type="dxa"/>
            <w:shd w:val="clear" w:color="auto" w:fill="FFFFFF"/>
            <w:tcMar>
              <w:top w:w="100" w:type="dxa"/>
              <w:left w:w="150" w:type="dxa"/>
              <w:bottom w:w="100" w:type="dxa"/>
              <w:right w:w="150" w:type="dxa"/>
            </w:tcMar>
          </w:tcPr>
          <w:p w14:paraId="3329EC2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f=3 (</w:t>
            </w:r>
            <w:proofErr w:type="gramStart"/>
            <w:r w:rsidRPr="00571BA6">
              <w:rPr>
                <w:rFonts w:ascii="Times New Roman" w:hAnsi="Times New Roman" w:cs="Times New Roman"/>
                <w:sz w:val="24"/>
                <w:szCs w:val="24"/>
                <w:lang w:val="tr-TR"/>
              </w:rPr>
              <w:t>%2.4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A54CF9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f=4 (</w:t>
            </w:r>
            <w:proofErr w:type="gramStart"/>
            <w:r w:rsidRPr="00571BA6">
              <w:rPr>
                <w:rFonts w:ascii="Times New Roman" w:hAnsi="Times New Roman" w:cs="Times New Roman"/>
                <w:sz w:val="24"/>
                <w:szCs w:val="24"/>
                <w:lang w:val="tr-TR"/>
              </w:rPr>
              <w:t>%3.1</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2AD65C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f=26 (</w:t>
            </w:r>
            <w:proofErr w:type="gramStart"/>
            <w:r w:rsidRPr="00571BA6">
              <w:rPr>
                <w:rFonts w:ascii="Times New Roman" w:hAnsi="Times New Roman" w:cs="Times New Roman"/>
                <w:sz w:val="24"/>
                <w:szCs w:val="24"/>
                <w:lang w:val="tr-TR"/>
              </w:rPr>
              <w:t>%20.5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126F99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f=51 (</w:t>
            </w:r>
            <w:proofErr w:type="gramStart"/>
            <w:r w:rsidRPr="00571BA6">
              <w:rPr>
                <w:rFonts w:ascii="Times New Roman" w:hAnsi="Times New Roman" w:cs="Times New Roman"/>
                <w:sz w:val="24"/>
                <w:szCs w:val="24"/>
                <w:lang w:val="tr-TR"/>
              </w:rPr>
              <w:t>%40.2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F41A4F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f=43 (</w:t>
            </w:r>
            <w:proofErr w:type="gramStart"/>
            <w:r w:rsidRPr="00571BA6">
              <w:rPr>
                <w:rFonts w:ascii="Times New Roman" w:hAnsi="Times New Roman" w:cs="Times New Roman"/>
                <w:sz w:val="24"/>
                <w:szCs w:val="24"/>
                <w:lang w:val="tr-TR"/>
              </w:rPr>
              <w:t>%33.9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0463724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553B9FEB"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%74.1</w:t>
      </w:r>
      <w:proofErr w:type="gramEnd"/>
      <w:r w:rsidRPr="00571BA6">
        <w:rPr>
          <w:rFonts w:ascii="Times New Roman" w:hAnsi="Times New Roman" w:cs="Times New Roman"/>
          <w:sz w:val="24"/>
          <w:szCs w:val="24"/>
          <w:lang w:val="tr-TR"/>
        </w:rPr>
        <w:t xml:space="preserve">'i bu maddeye ilişkin olumlu değerlendirmede bulunmuştur. Ortalamanın </w:t>
      </w:r>
      <w:proofErr w:type="gramStart"/>
      <w:r w:rsidRPr="00571BA6">
        <w:rPr>
          <w:rFonts w:ascii="Times New Roman" w:hAnsi="Times New Roman" w:cs="Times New Roman"/>
          <w:sz w:val="24"/>
          <w:szCs w:val="24"/>
          <w:lang w:val="tr-TR"/>
        </w:rPr>
        <w:t>4.00</w:t>
      </w:r>
      <w:proofErr w:type="gramEnd"/>
      <w:r w:rsidRPr="00571BA6">
        <w:rPr>
          <w:rFonts w:ascii="Times New Roman" w:hAnsi="Times New Roman" w:cs="Times New Roman"/>
          <w:sz w:val="24"/>
          <w:szCs w:val="24"/>
          <w:lang w:val="tr-TR"/>
        </w:rPr>
        <w:t xml:space="preserve"> seviyesinde gerçekleşmesi, bölümün bu alandaki performansının son derece yüksek olduğunu ve öğrencilerin beklentilerini güçlü bir şekilde karşıladığını göstermektedir. Bu alan bölümün sürdürülebilir güçlü yönleri arasındadır.</w:t>
      </w:r>
    </w:p>
    <w:p w14:paraId="65EF613C" w14:textId="77777777" w:rsidR="00571BA6" w:rsidRDefault="00571BA6" w:rsidP="005B48AD">
      <w:pPr>
        <w:spacing w:before="120" w:after="280" w:line="360" w:lineRule="auto"/>
        <w:rPr>
          <w:rFonts w:ascii="Times New Roman" w:hAnsi="Times New Roman" w:cs="Times New Roman"/>
          <w:sz w:val="24"/>
          <w:szCs w:val="24"/>
          <w:lang w:val="tr-TR"/>
        </w:rPr>
      </w:pPr>
    </w:p>
    <w:p w14:paraId="548B4BFF" w14:textId="77777777" w:rsidR="00571BA6" w:rsidRDefault="00571BA6" w:rsidP="005B48AD">
      <w:pPr>
        <w:spacing w:before="120" w:after="280" w:line="360" w:lineRule="auto"/>
        <w:rPr>
          <w:rFonts w:ascii="Times New Roman" w:hAnsi="Times New Roman" w:cs="Times New Roman"/>
          <w:sz w:val="24"/>
          <w:szCs w:val="24"/>
          <w:lang w:val="tr-TR"/>
        </w:rPr>
      </w:pPr>
    </w:p>
    <w:p w14:paraId="6B72DA34"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33: Belirli ihtiyaçlara yönelik bir sistem veya süreci modelleyebilme becerinizi nasıl değerlendiriyorsunuz?</w:t>
      </w:r>
    </w:p>
    <w:p w14:paraId="3029E2F2" w14:textId="77777777" w:rsidR="00523531" w:rsidRPr="00571BA6" w:rsidRDefault="00523531" w:rsidP="005B48AD">
      <w:pPr>
        <w:spacing w:after="40" w:line="360" w:lineRule="auto"/>
        <w:rPr>
          <w:rFonts w:ascii="Times New Roman" w:hAnsi="Times New Roman" w:cs="Times New Roman"/>
          <w:sz w:val="24"/>
          <w:szCs w:val="24"/>
          <w:lang w:val="tr-TR"/>
        </w:rPr>
      </w:pPr>
    </w:p>
    <w:p w14:paraId="51F420AD"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178590AD" wp14:editId="7A0BF976">
            <wp:extent cx="3474720" cy="2653423"/>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8"/>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6AD142EB" w14:textId="77777777">
        <w:trPr>
          <w:jc w:val="center"/>
        </w:trPr>
        <w:tc>
          <w:tcPr>
            <w:tcW w:w="1560" w:type="dxa"/>
            <w:shd w:val="clear" w:color="auto" w:fill="2B547E"/>
            <w:tcMar>
              <w:top w:w="100" w:type="dxa"/>
              <w:left w:w="150" w:type="dxa"/>
              <w:bottom w:w="100" w:type="dxa"/>
              <w:right w:w="150" w:type="dxa"/>
            </w:tcMar>
          </w:tcPr>
          <w:p w14:paraId="1D96609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2D056A16"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43C39BE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42415C9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608ACF7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48471A8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473D6CF7" w14:textId="77777777">
        <w:trPr>
          <w:jc w:val="center"/>
        </w:trPr>
        <w:tc>
          <w:tcPr>
            <w:tcW w:w="1560" w:type="dxa"/>
            <w:shd w:val="clear" w:color="auto" w:fill="F2F4F7"/>
            <w:tcMar>
              <w:top w:w="100" w:type="dxa"/>
              <w:left w:w="150" w:type="dxa"/>
              <w:bottom w:w="100" w:type="dxa"/>
              <w:right w:w="150" w:type="dxa"/>
            </w:tcMar>
          </w:tcPr>
          <w:p w14:paraId="7901331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3.50</w:t>
            </w:r>
          </w:p>
        </w:tc>
        <w:tc>
          <w:tcPr>
            <w:tcW w:w="1560" w:type="dxa"/>
            <w:shd w:val="clear" w:color="auto" w:fill="F2F4F7"/>
            <w:tcMar>
              <w:top w:w="100" w:type="dxa"/>
              <w:left w:w="150" w:type="dxa"/>
              <w:bottom w:w="100" w:type="dxa"/>
              <w:right w:w="150" w:type="dxa"/>
            </w:tcMar>
          </w:tcPr>
          <w:p w14:paraId="3E11239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1.01</w:t>
            </w:r>
          </w:p>
        </w:tc>
        <w:tc>
          <w:tcPr>
            <w:tcW w:w="1560" w:type="dxa"/>
            <w:shd w:val="clear" w:color="auto" w:fill="F2F4F7"/>
            <w:tcMar>
              <w:top w:w="100" w:type="dxa"/>
              <w:left w:w="150" w:type="dxa"/>
              <w:bottom w:w="100" w:type="dxa"/>
              <w:right w:w="150" w:type="dxa"/>
            </w:tcMar>
          </w:tcPr>
          <w:p w14:paraId="328E260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1256994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%50.4</w:t>
            </w:r>
            <w:proofErr w:type="gramEnd"/>
          </w:p>
        </w:tc>
        <w:tc>
          <w:tcPr>
            <w:tcW w:w="1560" w:type="dxa"/>
            <w:shd w:val="clear" w:color="auto" w:fill="F2F4F7"/>
            <w:tcMar>
              <w:top w:w="100" w:type="dxa"/>
              <w:left w:w="150" w:type="dxa"/>
              <w:bottom w:w="100" w:type="dxa"/>
              <w:right w:w="150" w:type="dxa"/>
            </w:tcMar>
          </w:tcPr>
          <w:p w14:paraId="1F437A2F"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%37.0</w:t>
            </w:r>
            <w:proofErr w:type="gramEnd"/>
          </w:p>
        </w:tc>
        <w:tc>
          <w:tcPr>
            <w:tcW w:w="1560" w:type="dxa"/>
            <w:shd w:val="clear" w:color="auto" w:fill="F2F4F7"/>
            <w:tcMar>
              <w:top w:w="100" w:type="dxa"/>
              <w:left w:w="150" w:type="dxa"/>
              <w:bottom w:w="100" w:type="dxa"/>
              <w:right w:w="150" w:type="dxa"/>
            </w:tcMar>
          </w:tcPr>
          <w:p w14:paraId="7AB32FCB"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%12.6</w:t>
            </w:r>
            <w:proofErr w:type="gramEnd"/>
          </w:p>
        </w:tc>
      </w:tr>
      <w:tr w:rsidR="00523531" w:rsidRPr="00571BA6" w14:paraId="2D0E16D2" w14:textId="77777777">
        <w:trPr>
          <w:jc w:val="center"/>
        </w:trPr>
        <w:tc>
          <w:tcPr>
            <w:tcW w:w="1560" w:type="dxa"/>
            <w:shd w:val="clear" w:color="auto" w:fill="FFFFFF"/>
            <w:tcMar>
              <w:top w:w="100" w:type="dxa"/>
              <w:left w:w="150" w:type="dxa"/>
              <w:bottom w:w="100" w:type="dxa"/>
              <w:right w:w="150" w:type="dxa"/>
            </w:tcMar>
          </w:tcPr>
          <w:p w14:paraId="1A8A211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f=6 (</w:t>
            </w:r>
            <w:proofErr w:type="gramStart"/>
            <w:r w:rsidRPr="00571BA6">
              <w:rPr>
                <w:rFonts w:ascii="Times New Roman" w:hAnsi="Times New Roman" w:cs="Times New Roman"/>
                <w:sz w:val="24"/>
                <w:szCs w:val="24"/>
                <w:lang w:val="tr-TR"/>
              </w:rPr>
              <w:t>%4.7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40233AC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f=10 (</w:t>
            </w:r>
            <w:proofErr w:type="gramStart"/>
            <w:r w:rsidRPr="00571BA6">
              <w:rPr>
                <w:rFonts w:ascii="Times New Roman" w:hAnsi="Times New Roman" w:cs="Times New Roman"/>
                <w:sz w:val="24"/>
                <w:szCs w:val="24"/>
                <w:lang w:val="tr-TR"/>
              </w:rPr>
              <w:t>%7.9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292C79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f=47 (</w:t>
            </w:r>
            <w:proofErr w:type="gramStart"/>
            <w:r w:rsidRPr="00571BA6">
              <w:rPr>
                <w:rFonts w:ascii="Times New Roman" w:hAnsi="Times New Roman" w:cs="Times New Roman"/>
                <w:sz w:val="24"/>
                <w:szCs w:val="24"/>
                <w:lang w:val="tr-TR"/>
              </w:rPr>
              <w:t>%37.0</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73FF1FB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f=43 (</w:t>
            </w:r>
            <w:proofErr w:type="gramStart"/>
            <w:r w:rsidRPr="00571BA6">
              <w:rPr>
                <w:rFonts w:ascii="Times New Roman" w:hAnsi="Times New Roman" w:cs="Times New Roman"/>
                <w:sz w:val="24"/>
                <w:szCs w:val="24"/>
                <w:lang w:val="tr-TR"/>
              </w:rPr>
              <w:t>%33.9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D710DC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f=21 (</w:t>
            </w:r>
            <w:proofErr w:type="gramStart"/>
            <w:r w:rsidRPr="00571BA6">
              <w:rPr>
                <w:rFonts w:ascii="Times New Roman" w:hAnsi="Times New Roman" w:cs="Times New Roman"/>
                <w:sz w:val="24"/>
                <w:szCs w:val="24"/>
                <w:lang w:val="tr-TR"/>
              </w:rPr>
              <w:t>%16.5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52AFBE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108E4A96"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%50.4</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%37.0</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3.50</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744D0B5E"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3DD01D3B"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34: Bölümümüzde aldığınız eğitimi uluslararası düzeyde nasıl değerlendiriyorsunuz?</w:t>
      </w:r>
    </w:p>
    <w:p w14:paraId="73FE37DF" w14:textId="77777777" w:rsidR="00523531" w:rsidRPr="00571BA6" w:rsidRDefault="00523531" w:rsidP="005B48AD">
      <w:pPr>
        <w:spacing w:after="40" w:line="360" w:lineRule="auto"/>
        <w:rPr>
          <w:rFonts w:ascii="Times New Roman" w:hAnsi="Times New Roman" w:cs="Times New Roman"/>
          <w:sz w:val="24"/>
          <w:szCs w:val="24"/>
          <w:lang w:val="tr-TR"/>
        </w:rPr>
      </w:pPr>
    </w:p>
    <w:p w14:paraId="7AB2653D"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386E220C" wp14:editId="741CFBB3">
            <wp:extent cx="3474720" cy="265342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39"/>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51618422" w14:textId="77777777">
        <w:trPr>
          <w:jc w:val="center"/>
        </w:trPr>
        <w:tc>
          <w:tcPr>
            <w:tcW w:w="1560" w:type="dxa"/>
            <w:shd w:val="clear" w:color="auto" w:fill="2B547E"/>
            <w:tcMar>
              <w:top w:w="100" w:type="dxa"/>
              <w:left w:w="150" w:type="dxa"/>
              <w:bottom w:w="100" w:type="dxa"/>
              <w:right w:w="150" w:type="dxa"/>
            </w:tcMar>
          </w:tcPr>
          <w:p w14:paraId="28E2BF7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1DD8C84C"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2088D3B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3C2DFD1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4B53931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603E4EC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225D87E0" w14:textId="77777777">
        <w:trPr>
          <w:jc w:val="center"/>
        </w:trPr>
        <w:tc>
          <w:tcPr>
            <w:tcW w:w="1560" w:type="dxa"/>
            <w:shd w:val="clear" w:color="auto" w:fill="F2F4F7"/>
            <w:tcMar>
              <w:top w:w="100" w:type="dxa"/>
              <w:left w:w="150" w:type="dxa"/>
              <w:bottom w:w="100" w:type="dxa"/>
              <w:right w:w="150" w:type="dxa"/>
            </w:tcMar>
          </w:tcPr>
          <w:p w14:paraId="2516E3A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3.13</w:t>
            </w:r>
          </w:p>
        </w:tc>
        <w:tc>
          <w:tcPr>
            <w:tcW w:w="1560" w:type="dxa"/>
            <w:shd w:val="clear" w:color="auto" w:fill="F2F4F7"/>
            <w:tcMar>
              <w:top w:w="100" w:type="dxa"/>
              <w:left w:w="150" w:type="dxa"/>
              <w:bottom w:w="100" w:type="dxa"/>
              <w:right w:w="150" w:type="dxa"/>
            </w:tcMar>
          </w:tcPr>
          <w:p w14:paraId="7A27FBD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1.20</w:t>
            </w:r>
          </w:p>
        </w:tc>
        <w:tc>
          <w:tcPr>
            <w:tcW w:w="1560" w:type="dxa"/>
            <w:shd w:val="clear" w:color="auto" w:fill="F2F4F7"/>
            <w:tcMar>
              <w:top w:w="100" w:type="dxa"/>
              <w:left w:w="150" w:type="dxa"/>
              <w:bottom w:w="100" w:type="dxa"/>
              <w:right w:w="150" w:type="dxa"/>
            </w:tcMar>
          </w:tcPr>
          <w:p w14:paraId="6AF6661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3.0</w:t>
            </w:r>
          </w:p>
        </w:tc>
        <w:tc>
          <w:tcPr>
            <w:tcW w:w="1560" w:type="dxa"/>
            <w:shd w:val="clear" w:color="auto" w:fill="F2F4F7"/>
            <w:tcMar>
              <w:top w:w="100" w:type="dxa"/>
              <w:left w:w="150" w:type="dxa"/>
              <w:bottom w:w="100" w:type="dxa"/>
              <w:right w:w="150" w:type="dxa"/>
            </w:tcMar>
          </w:tcPr>
          <w:p w14:paraId="09B65BBE"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%38.6</w:t>
            </w:r>
            <w:proofErr w:type="gramEnd"/>
          </w:p>
        </w:tc>
        <w:tc>
          <w:tcPr>
            <w:tcW w:w="1560" w:type="dxa"/>
            <w:shd w:val="clear" w:color="auto" w:fill="F2F4F7"/>
            <w:tcMar>
              <w:top w:w="100" w:type="dxa"/>
              <w:left w:w="150" w:type="dxa"/>
              <w:bottom w:w="100" w:type="dxa"/>
              <w:right w:w="150" w:type="dxa"/>
            </w:tcMar>
          </w:tcPr>
          <w:p w14:paraId="33EA391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%33.9</w:t>
            </w:r>
            <w:proofErr w:type="gramEnd"/>
          </w:p>
        </w:tc>
        <w:tc>
          <w:tcPr>
            <w:tcW w:w="1560" w:type="dxa"/>
            <w:shd w:val="clear" w:color="auto" w:fill="F2F4F7"/>
            <w:tcMar>
              <w:top w:w="100" w:type="dxa"/>
              <w:left w:w="150" w:type="dxa"/>
              <w:bottom w:w="100" w:type="dxa"/>
              <w:right w:w="150" w:type="dxa"/>
            </w:tcMar>
          </w:tcPr>
          <w:p w14:paraId="3B9D7350"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%27.5</w:t>
            </w:r>
            <w:proofErr w:type="gramEnd"/>
          </w:p>
        </w:tc>
      </w:tr>
      <w:tr w:rsidR="00523531" w:rsidRPr="00571BA6" w14:paraId="5478AA55" w14:textId="77777777">
        <w:trPr>
          <w:jc w:val="center"/>
        </w:trPr>
        <w:tc>
          <w:tcPr>
            <w:tcW w:w="1560" w:type="dxa"/>
            <w:shd w:val="clear" w:color="auto" w:fill="FFFFFF"/>
            <w:tcMar>
              <w:top w:w="100" w:type="dxa"/>
              <w:left w:w="150" w:type="dxa"/>
              <w:bottom w:w="100" w:type="dxa"/>
              <w:right w:w="150" w:type="dxa"/>
            </w:tcMar>
          </w:tcPr>
          <w:p w14:paraId="79325E9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f=15 (</w:t>
            </w:r>
            <w:proofErr w:type="gramStart"/>
            <w:r w:rsidRPr="00571BA6">
              <w:rPr>
                <w:rFonts w:ascii="Times New Roman" w:hAnsi="Times New Roman" w:cs="Times New Roman"/>
                <w:sz w:val="24"/>
                <w:szCs w:val="24"/>
                <w:lang w:val="tr-TR"/>
              </w:rPr>
              <w:t>%11.8</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C64766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f=20 (</w:t>
            </w:r>
            <w:proofErr w:type="gramStart"/>
            <w:r w:rsidRPr="00571BA6">
              <w:rPr>
                <w:rFonts w:ascii="Times New Roman" w:hAnsi="Times New Roman" w:cs="Times New Roman"/>
                <w:sz w:val="24"/>
                <w:szCs w:val="24"/>
                <w:lang w:val="tr-TR"/>
              </w:rPr>
              <w:t>%15.7</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51EAD9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f=43 (</w:t>
            </w:r>
            <w:proofErr w:type="gramStart"/>
            <w:r w:rsidRPr="00571BA6">
              <w:rPr>
                <w:rFonts w:ascii="Times New Roman" w:hAnsi="Times New Roman" w:cs="Times New Roman"/>
                <w:sz w:val="24"/>
                <w:szCs w:val="24"/>
                <w:lang w:val="tr-TR"/>
              </w:rPr>
              <w:t>%33.9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14F5B2A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f=31 (</w:t>
            </w:r>
            <w:proofErr w:type="gramStart"/>
            <w:r w:rsidRPr="00571BA6">
              <w:rPr>
                <w:rFonts w:ascii="Times New Roman" w:hAnsi="Times New Roman" w:cs="Times New Roman"/>
                <w:sz w:val="24"/>
                <w:szCs w:val="24"/>
                <w:lang w:val="tr-TR"/>
              </w:rPr>
              <w:t>%24.4</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0D45B4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f=18 (</w:t>
            </w:r>
            <w:proofErr w:type="gramStart"/>
            <w:r w:rsidRPr="00571BA6">
              <w:rPr>
                <w:rFonts w:ascii="Times New Roman" w:hAnsi="Times New Roman" w:cs="Times New Roman"/>
                <w:sz w:val="24"/>
                <w:szCs w:val="24"/>
                <w:lang w:val="tr-TR"/>
              </w:rPr>
              <w:t>%14.2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DBDC69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342B550C" w14:textId="77777777" w:rsidR="00523531"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Öğrencilerin </w:t>
      </w:r>
      <w:proofErr w:type="gramStart"/>
      <w:r w:rsidRPr="00571BA6">
        <w:rPr>
          <w:rFonts w:ascii="Times New Roman" w:hAnsi="Times New Roman" w:cs="Times New Roman"/>
          <w:sz w:val="24"/>
          <w:szCs w:val="24"/>
          <w:lang w:val="tr-TR"/>
        </w:rPr>
        <w:t>%27.5</w:t>
      </w:r>
      <w:proofErr w:type="gramEnd"/>
      <w:r w:rsidRPr="00571BA6">
        <w:rPr>
          <w:rFonts w:ascii="Times New Roman" w:hAnsi="Times New Roman" w:cs="Times New Roman"/>
          <w:sz w:val="24"/>
          <w:szCs w:val="24"/>
          <w:lang w:val="tr-TR"/>
        </w:rPr>
        <w:t xml:space="preserve">'i bu alanla ilgili olumsuz görüş bildirmiş, ortalama puan </w:t>
      </w:r>
      <w:proofErr w:type="gramStart"/>
      <w:r w:rsidRPr="00571BA6">
        <w:rPr>
          <w:rFonts w:ascii="Times New Roman" w:hAnsi="Times New Roman" w:cs="Times New Roman"/>
          <w:sz w:val="24"/>
          <w:szCs w:val="24"/>
          <w:lang w:val="tr-TR"/>
        </w:rPr>
        <w:t>3.13</w:t>
      </w:r>
      <w:proofErr w:type="gramEnd"/>
      <w:r w:rsidRPr="00571BA6">
        <w:rPr>
          <w:rFonts w:ascii="Times New Roman" w:hAnsi="Times New Roman" w:cs="Times New Roman"/>
          <w:sz w:val="24"/>
          <w:szCs w:val="24"/>
          <w:lang w:val="tr-TR"/>
        </w:rPr>
        <w:t xml:space="preserve"> seviyesinde kalmıştır. Bu sonuç, söz konusu hiyerarşik veya fiziksel alanın öğrenciler tarafından yetersiz görüldüğünü ve acil nitelikte iyileştirme ve altyapı güçlendirme adımlarının atılması gerektiğini açıkça ortaya koymaktadır.</w:t>
      </w:r>
    </w:p>
    <w:p w14:paraId="5CB2D365" w14:textId="77777777" w:rsidR="00571BA6" w:rsidRPr="00571BA6" w:rsidRDefault="00571BA6" w:rsidP="005B48AD">
      <w:pPr>
        <w:spacing w:before="120" w:after="280" w:line="360" w:lineRule="auto"/>
        <w:rPr>
          <w:rFonts w:ascii="Times New Roman" w:hAnsi="Times New Roman" w:cs="Times New Roman"/>
          <w:sz w:val="24"/>
          <w:szCs w:val="24"/>
          <w:lang w:val="tr-TR"/>
        </w:rPr>
      </w:pPr>
    </w:p>
    <w:p w14:paraId="7D6A82D9" w14:textId="77777777" w:rsidR="00523531" w:rsidRPr="00571BA6" w:rsidRDefault="000E0075" w:rsidP="005B48AD">
      <w:pPr>
        <w:pStyle w:val="Balk2"/>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Soru 35: Bölümümüzde almakta olduğunuz eğitimi, bölümümüze girişteki beklentilerinize göre nasıl buluyorsunuz?</w:t>
      </w:r>
    </w:p>
    <w:p w14:paraId="7A2AC8B2" w14:textId="77777777" w:rsidR="00523531" w:rsidRPr="00571BA6" w:rsidRDefault="00523531" w:rsidP="005B48AD">
      <w:pPr>
        <w:spacing w:after="40" w:line="360" w:lineRule="auto"/>
        <w:rPr>
          <w:rFonts w:ascii="Times New Roman" w:hAnsi="Times New Roman" w:cs="Times New Roman"/>
          <w:sz w:val="24"/>
          <w:szCs w:val="24"/>
          <w:lang w:val="tr-TR"/>
        </w:rPr>
      </w:pPr>
    </w:p>
    <w:p w14:paraId="56625D42" w14:textId="77777777" w:rsidR="00523531" w:rsidRPr="00571BA6" w:rsidRDefault="000E0075" w:rsidP="005B48AD">
      <w:pPr>
        <w:spacing w:before="40" w:after="120" w:line="360" w:lineRule="auto"/>
        <w:jc w:val="center"/>
        <w:rPr>
          <w:rFonts w:ascii="Times New Roman" w:hAnsi="Times New Roman" w:cs="Times New Roman"/>
          <w:sz w:val="24"/>
          <w:szCs w:val="24"/>
          <w:lang w:val="tr-TR"/>
        </w:rPr>
      </w:pPr>
      <w:r w:rsidRPr="00571BA6">
        <w:rPr>
          <w:rFonts w:ascii="Times New Roman" w:hAnsi="Times New Roman" w:cs="Times New Roman"/>
          <w:noProof/>
          <w:sz w:val="24"/>
          <w:szCs w:val="24"/>
          <w:lang w:val="tr-TR"/>
        </w:rPr>
        <w:drawing>
          <wp:inline distT="0" distB="0" distL="0" distR="0" wp14:anchorId="16F0FDF6" wp14:editId="364B8AA1">
            <wp:extent cx="3474720" cy="265342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40"/>
                    <a:stretch>
                      <a:fillRect/>
                    </a:stretch>
                  </pic:blipFill>
                  <pic:spPr>
                    <a:xfrm>
                      <a:off x="0" y="0"/>
                      <a:ext cx="3474720" cy="2653423"/>
                    </a:xfrm>
                    <a:prstGeom prst="rect">
                      <a:avLst/>
                    </a:prstGeom>
                  </pic:spPr>
                </pic:pic>
              </a:graphicData>
            </a:graphic>
          </wp:inline>
        </w:drawing>
      </w:r>
    </w:p>
    <w:tbl>
      <w:tblPr>
        <w:tblW w:w="0" w:type="auto"/>
        <w:jc w:val="center"/>
        <w:tblLook w:val="04A0" w:firstRow="1" w:lastRow="0" w:firstColumn="1" w:lastColumn="0" w:noHBand="0" w:noVBand="1"/>
      </w:tblPr>
      <w:tblGrid>
        <w:gridCol w:w="1560"/>
        <w:gridCol w:w="1560"/>
        <w:gridCol w:w="1560"/>
        <w:gridCol w:w="1560"/>
        <w:gridCol w:w="1560"/>
        <w:gridCol w:w="1560"/>
      </w:tblGrid>
      <w:tr w:rsidR="00523531" w:rsidRPr="00571BA6" w14:paraId="1724ED08" w14:textId="77777777">
        <w:trPr>
          <w:jc w:val="center"/>
        </w:trPr>
        <w:tc>
          <w:tcPr>
            <w:tcW w:w="1560" w:type="dxa"/>
            <w:shd w:val="clear" w:color="auto" w:fill="2B547E"/>
            <w:tcMar>
              <w:top w:w="100" w:type="dxa"/>
              <w:left w:w="150" w:type="dxa"/>
              <w:bottom w:w="100" w:type="dxa"/>
              <w:right w:w="150" w:type="dxa"/>
            </w:tcMar>
          </w:tcPr>
          <w:p w14:paraId="16A08BE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Ortalama (X̄)</w:t>
            </w:r>
          </w:p>
        </w:tc>
        <w:tc>
          <w:tcPr>
            <w:tcW w:w="1560" w:type="dxa"/>
            <w:shd w:val="clear" w:color="auto" w:fill="2B547E"/>
            <w:tcMar>
              <w:top w:w="100" w:type="dxa"/>
              <w:left w:w="150" w:type="dxa"/>
              <w:bottom w:w="100" w:type="dxa"/>
              <w:right w:w="150" w:type="dxa"/>
            </w:tcMar>
          </w:tcPr>
          <w:p w14:paraId="282448CE" w14:textId="77777777" w:rsidR="00523531" w:rsidRPr="00571BA6" w:rsidRDefault="000E0075" w:rsidP="005B48AD">
            <w:pPr>
              <w:spacing w:line="360" w:lineRule="auto"/>
              <w:rPr>
                <w:rFonts w:ascii="Times New Roman" w:hAnsi="Times New Roman" w:cs="Times New Roman"/>
                <w:sz w:val="24"/>
                <w:szCs w:val="24"/>
                <w:lang w:val="tr-TR"/>
              </w:rPr>
            </w:pPr>
            <w:proofErr w:type="spellStart"/>
            <w:r w:rsidRPr="00571BA6">
              <w:rPr>
                <w:rFonts w:ascii="Times New Roman" w:hAnsi="Times New Roman" w:cs="Times New Roman"/>
                <w:b/>
                <w:color w:val="FFFFFF"/>
                <w:sz w:val="24"/>
                <w:szCs w:val="24"/>
                <w:lang w:val="tr-TR"/>
              </w:rPr>
              <w:t>Std</w:t>
            </w:r>
            <w:proofErr w:type="spellEnd"/>
            <w:r w:rsidRPr="00571BA6">
              <w:rPr>
                <w:rFonts w:ascii="Times New Roman" w:hAnsi="Times New Roman" w:cs="Times New Roman"/>
                <w:b/>
                <w:color w:val="FFFFFF"/>
                <w:sz w:val="24"/>
                <w:szCs w:val="24"/>
                <w:lang w:val="tr-TR"/>
              </w:rPr>
              <w:t>. Sapma (SS)</w:t>
            </w:r>
          </w:p>
        </w:tc>
        <w:tc>
          <w:tcPr>
            <w:tcW w:w="1560" w:type="dxa"/>
            <w:shd w:val="clear" w:color="auto" w:fill="2B547E"/>
            <w:tcMar>
              <w:top w:w="100" w:type="dxa"/>
              <w:left w:w="150" w:type="dxa"/>
              <w:bottom w:w="100" w:type="dxa"/>
              <w:right w:w="150" w:type="dxa"/>
            </w:tcMar>
          </w:tcPr>
          <w:p w14:paraId="1309D48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Medyan</w:t>
            </w:r>
          </w:p>
        </w:tc>
        <w:tc>
          <w:tcPr>
            <w:tcW w:w="1560" w:type="dxa"/>
            <w:shd w:val="clear" w:color="auto" w:fill="2B547E"/>
            <w:tcMar>
              <w:top w:w="100" w:type="dxa"/>
              <w:left w:w="150" w:type="dxa"/>
              <w:bottom w:w="100" w:type="dxa"/>
              <w:right w:w="150" w:type="dxa"/>
            </w:tcMar>
          </w:tcPr>
          <w:p w14:paraId="7B2B737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w:t>
            </w:r>
          </w:p>
        </w:tc>
        <w:tc>
          <w:tcPr>
            <w:tcW w:w="1560" w:type="dxa"/>
            <w:shd w:val="clear" w:color="auto" w:fill="2B547E"/>
            <w:tcMar>
              <w:top w:w="100" w:type="dxa"/>
              <w:left w:w="150" w:type="dxa"/>
              <w:bottom w:w="100" w:type="dxa"/>
              <w:right w:w="150" w:type="dxa"/>
            </w:tcMar>
          </w:tcPr>
          <w:p w14:paraId="4CF9AB6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Kararsız (%)</w:t>
            </w:r>
          </w:p>
        </w:tc>
        <w:tc>
          <w:tcPr>
            <w:tcW w:w="1560" w:type="dxa"/>
            <w:shd w:val="clear" w:color="auto" w:fill="2B547E"/>
            <w:tcMar>
              <w:top w:w="100" w:type="dxa"/>
              <w:left w:w="150" w:type="dxa"/>
              <w:bottom w:w="100" w:type="dxa"/>
              <w:right w:w="150" w:type="dxa"/>
            </w:tcMar>
          </w:tcPr>
          <w:p w14:paraId="2132063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w:t>
            </w:r>
          </w:p>
        </w:tc>
      </w:tr>
      <w:tr w:rsidR="00523531" w:rsidRPr="00571BA6" w14:paraId="57FB43C1" w14:textId="77777777">
        <w:trPr>
          <w:jc w:val="center"/>
        </w:trPr>
        <w:tc>
          <w:tcPr>
            <w:tcW w:w="1560" w:type="dxa"/>
            <w:shd w:val="clear" w:color="auto" w:fill="F2F4F7"/>
            <w:tcMar>
              <w:top w:w="100" w:type="dxa"/>
              <w:left w:w="150" w:type="dxa"/>
              <w:bottom w:w="100" w:type="dxa"/>
              <w:right w:w="150" w:type="dxa"/>
            </w:tcMar>
          </w:tcPr>
          <w:p w14:paraId="7EA6143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3.41</w:t>
            </w:r>
          </w:p>
        </w:tc>
        <w:tc>
          <w:tcPr>
            <w:tcW w:w="1560" w:type="dxa"/>
            <w:shd w:val="clear" w:color="auto" w:fill="F2F4F7"/>
            <w:tcMar>
              <w:top w:w="100" w:type="dxa"/>
              <w:left w:w="150" w:type="dxa"/>
              <w:bottom w:w="100" w:type="dxa"/>
              <w:right w:w="150" w:type="dxa"/>
            </w:tcMar>
          </w:tcPr>
          <w:p w14:paraId="4462405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1.12</w:t>
            </w:r>
          </w:p>
        </w:tc>
        <w:tc>
          <w:tcPr>
            <w:tcW w:w="1560" w:type="dxa"/>
            <w:shd w:val="clear" w:color="auto" w:fill="F2F4F7"/>
            <w:tcMar>
              <w:top w:w="100" w:type="dxa"/>
              <w:left w:w="150" w:type="dxa"/>
              <w:bottom w:w="100" w:type="dxa"/>
              <w:right w:w="150" w:type="dxa"/>
            </w:tcMar>
          </w:tcPr>
          <w:p w14:paraId="084A686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w:t>
            </w:r>
          </w:p>
        </w:tc>
        <w:tc>
          <w:tcPr>
            <w:tcW w:w="1560" w:type="dxa"/>
            <w:shd w:val="clear" w:color="auto" w:fill="F2F4F7"/>
            <w:tcMar>
              <w:top w:w="100" w:type="dxa"/>
              <w:left w:w="150" w:type="dxa"/>
              <w:bottom w:w="100" w:type="dxa"/>
              <w:right w:w="150" w:type="dxa"/>
            </w:tcMar>
          </w:tcPr>
          <w:p w14:paraId="2994E0E3"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%50.4</w:t>
            </w:r>
            <w:proofErr w:type="gramEnd"/>
          </w:p>
        </w:tc>
        <w:tc>
          <w:tcPr>
            <w:tcW w:w="1560" w:type="dxa"/>
            <w:shd w:val="clear" w:color="auto" w:fill="F2F4F7"/>
            <w:tcMar>
              <w:top w:w="100" w:type="dxa"/>
              <w:left w:w="150" w:type="dxa"/>
              <w:bottom w:w="100" w:type="dxa"/>
              <w:right w:w="150" w:type="dxa"/>
            </w:tcMar>
          </w:tcPr>
          <w:p w14:paraId="4F841C49"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%31.5</w:t>
            </w:r>
            <w:proofErr w:type="gramEnd"/>
          </w:p>
        </w:tc>
        <w:tc>
          <w:tcPr>
            <w:tcW w:w="1560" w:type="dxa"/>
            <w:shd w:val="clear" w:color="auto" w:fill="F2F4F7"/>
            <w:tcMar>
              <w:top w:w="100" w:type="dxa"/>
              <w:left w:w="150" w:type="dxa"/>
              <w:bottom w:w="100" w:type="dxa"/>
              <w:right w:w="150" w:type="dxa"/>
            </w:tcMar>
          </w:tcPr>
          <w:p w14:paraId="1A3E02B9"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%18.1</w:t>
            </w:r>
            <w:proofErr w:type="gramEnd"/>
          </w:p>
        </w:tc>
      </w:tr>
      <w:tr w:rsidR="00523531" w:rsidRPr="00571BA6" w14:paraId="34BC70ED" w14:textId="77777777">
        <w:trPr>
          <w:jc w:val="center"/>
        </w:trPr>
        <w:tc>
          <w:tcPr>
            <w:tcW w:w="1560" w:type="dxa"/>
            <w:shd w:val="clear" w:color="auto" w:fill="FFFFFF"/>
            <w:tcMar>
              <w:top w:w="100" w:type="dxa"/>
              <w:left w:w="150" w:type="dxa"/>
              <w:bottom w:w="100" w:type="dxa"/>
              <w:right w:w="150" w:type="dxa"/>
            </w:tcMar>
          </w:tcPr>
          <w:p w14:paraId="5D63271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 (Çok Kötü)</w:t>
            </w:r>
            <w:r w:rsidRPr="00571BA6">
              <w:rPr>
                <w:rFonts w:ascii="Times New Roman" w:hAnsi="Times New Roman" w:cs="Times New Roman"/>
                <w:sz w:val="24"/>
                <w:szCs w:val="24"/>
                <w:lang w:val="tr-TR"/>
              </w:rPr>
              <w:br/>
              <w:t>f=10 (</w:t>
            </w:r>
            <w:proofErr w:type="gramStart"/>
            <w:r w:rsidRPr="00571BA6">
              <w:rPr>
                <w:rFonts w:ascii="Times New Roman" w:hAnsi="Times New Roman" w:cs="Times New Roman"/>
                <w:sz w:val="24"/>
                <w:szCs w:val="24"/>
                <w:lang w:val="tr-TR"/>
              </w:rPr>
              <w:t>%7.9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FDE9CD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 (Kötü)</w:t>
            </w:r>
            <w:r w:rsidRPr="00571BA6">
              <w:rPr>
                <w:rFonts w:ascii="Times New Roman" w:hAnsi="Times New Roman" w:cs="Times New Roman"/>
                <w:sz w:val="24"/>
                <w:szCs w:val="24"/>
                <w:lang w:val="tr-TR"/>
              </w:rPr>
              <w:br/>
              <w:t>f=13 (</w:t>
            </w:r>
            <w:proofErr w:type="gramStart"/>
            <w:r w:rsidRPr="00571BA6">
              <w:rPr>
                <w:rFonts w:ascii="Times New Roman" w:hAnsi="Times New Roman" w:cs="Times New Roman"/>
                <w:sz w:val="24"/>
                <w:szCs w:val="24"/>
                <w:lang w:val="tr-TR"/>
              </w:rPr>
              <w:t>%10.2</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5A3443B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 (Orta)</w:t>
            </w:r>
            <w:r w:rsidRPr="00571BA6">
              <w:rPr>
                <w:rFonts w:ascii="Times New Roman" w:hAnsi="Times New Roman" w:cs="Times New Roman"/>
                <w:sz w:val="24"/>
                <w:szCs w:val="24"/>
                <w:lang w:val="tr-TR"/>
              </w:rPr>
              <w:br/>
              <w:t>f=40 (</w:t>
            </w:r>
            <w:proofErr w:type="gramStart"/>
            <w:r w:rsidRPr="00571BA6">
              <w:rPr>
                <w:rFonts w:ascii="Times New Roman" w:hAnsi="Times New Roman" w:cs="Times New Roman"/>
                <w:sz w:val="24"/>
                <w:szCs w:val="24"/>
                <w:lang w:val="tr-TR"/>
              </w:rPr>
              <w:t>%31.5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2215B7B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 (İyi)</w:t>
            </w:r>
            <w:r w:rsidRPr="00571BA6">
              <w:rPr>
                <w:rFonts w:ascii="Times New Roman" w:hAnsi="Times New Roman" w:cs="Times New Roman"/>
                <w:sz w:val="24"/>
                <w:szCs w:val="24"/>
                <w:lang w:val="tr-TR"/>
              </w:rPr>
              <w:br/>
              <w:t>f=43 (</w:t>
            </w:r>
            <w:proofErr w:type="gramStart"/>
            <w:r w:rsidRPr="00571BA6">
              <w:rPr>
                <w:rFonts w:ascii="Times New Roman" w:hAnsi="Times New Roman" w:cs="Times New Roman"/>
                <w:sz w:val="24"/>
                <w:szCs w:val="24"/>
                <w:lang w:val="tr-TR"/>
              </w:rPr>
              <w:t>%33.9</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3636B0B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 (Çok İyi)</w:t>
            </w:r>
            <w:r w:rsidRPr="00571BA6">
              <w:rPr>
                <w:rFonts w:ascii="Times New Roman" w:hAnsi="Times New Roman" w:cs="Times New Roman"/>
                <w:sz w:val="24"/>
                <w:szCs w:val="24"/>
                <w:lang w:val="tr-TR"/>
              </w:rPr>
              <w:br/>
              <w:t>f=21 (</w:t>
            </w:r>
            <w:proofErr w:type="gramStart"/>
            <w:r w:rsidRPr="00571BA6">
              <w:rPr>
                <w:rFonts w:ascii="Times New Roman" w:hAnsi="Times New Roman" w:cs="Times New Roman"/>
                <w:sz w:val="24"/>
                <w:szCs w:val="24"/>
                <w:lang w:val="tr-TR"/>
              </w:rPr>
              <w:t>%16.5</w:t>
            </w:r>
            <w:proofErr w:type="gramEnd"/>
            <w:r w:rsidRPr="00571BA6">
              <w:rPr>
                <w:rFonts w:ascii="Times New Roman" w:hAnsi="Times New Roman" w:cs="Times New Roman"/>
                <w:sz w:val="24"/>
                <w:szCs w:val="24"/>
                <w:lang w:val="tr-TR"/>
              </w:rPr>
              <w:t>)</w:t>
            </w:r>
          </w:p>
        </w:tc>
        <w:tc>
          <w:tcPr>
            <w:tcW w:w="1560" w:type="dxa"/>
            <w:shd w:val="clear" w:color="auto" w:fill="FFFFFF"/>
            <w:tcMar>
              <w:top w:w="100" w:type="dxa"/>
              <w:left w:w="150" w:type="dxa"/>
              <w:bottom w:w="100" w:type="dxa"/>
              <w:right w:w="150" w:type="dxa"/>
            </w:tcMar>
          </w:tcPr>
          <w:p w14:paraId="6B263B4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Toplam</w:t>
            </w:r>
            <w:r w:rsidRPr="00571BA6">
              <w:rPr>
                <w:rFonts w:ascii="Times New Roman" w:hAnsi="Times New Roman" w:cs="Times New Roman"/>
                <w:sz w:val="24"/>
                <w:szCs w:val="24"/>
                <w:lang w:val="tr-TR"/>
              </w:rPr>
              <w:br/>
              <w:t>f=127 (</w:t>
            </w:r>
            <w:proofErr w:type="gramStart"/>
            <w:r w:rsidRPr="00571BA6">
              <w:rPr>
                <w:rFonts w:ascii="Times New Roman" w:hAnsi="Times New Roman" w:cs="Times New Roman"/>
                <w:sz w:val="24"/>
                <w:szCs w:val="24"/>
                <w:lang w:val="tr-TR"/>
              </w:rPr>
              <w:t>%100.0</w:t>
            </w:r>
            <w:proofErr w:type="gramEnd"/>
            <w:r w:rsidRPr="00571BA6">
              <w:rPr>
                <w:rFonts w:ascii="Times New Roman" w:hAnsi="Times New Roman" w:cs="Times New Roman"/>
                <w:sz w:val="24"/>
                <w:szCs w:val="24"/>
                <w:lang w:val="tr-TR"/>
              </w:rPr>
              <w:t>)</w:t>
            </w:r>
          </w:p>
        </w:tc>
      </w:tr>
    </w:tbl>
    <w:p w14:paraId="3C450A0A" w14:textId="77777777" w:rsidR="00523531" w:rsidRPr="00571BA6" w:rsidRDefault="000E0075" w:rsidP="005B48AD">
      <w:pPr>
        <w:spacing w:before="120" w:after="28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Değerlendirme ve Yorum: Maddeye ilişkin olumlu görüş oranı </w:t>
      </w:r>
      <w:proofErr w:type="gramStart"/>
      <w:r w:rsidRPr="00571BA6">
        <w:rPr>
          <w:rFonts w:ascii="Times New Roman" w:hAnsi="Times New Roman" w:cs="Times New Roman"/>
          <w:sz w:val="24"/>
          <w:szCs w:val="24"/>
          <w:lang w:val="tr-TR"/>
        </w:rPr>
        <w:t>%50.4</w:t>
      </w:r>
      <w:proofErr w:type="gramEnd"/>
      <w:r w:rsidRPr="00571BA6">
        <w:rPr>
          <w:rFonts w:ascii="Times New Roman" w:hAnsi="Times New Roman" w:cs="Times New Roman"/>
          <w:sz w:val="24"/>
          <w:szCs w:val="24"/>
          <w:lang w:val="tr-TR"/>
        </w:rPr>
        <w:t xml:space="preserve">, kararsız/orta görüş oranı ise </w:t>
      </w:r>
      <w:proofErr w:type="gramStart"/>
      <w:r w:rsidRPr="00571BA6">
        <w:rPr>
          <w:rFonts w:ascii="Times New Roman" w:hAnsi="Times New Roman" w:cs="Times New Roman"/>
          <w:sz w:val="24"/>
          <w:szCs w:val="24"/>
          <w:lang w:val="tr-TR"/>
        </w:rPr>
        <w:t>%31.5</w:t>
      </w:r>
      <w:proofErr w:type="gramEnd"/>
      <w:r w:rsidRPr="00571BA6">
        <w:rPr>
          <w:rFonts w:ascii="Times New Roman" w:hAnsi="Times New Roman" w:cs="Times New Roman"/>
          <w:sz w:val="24"/>
          <w:szCs w:val="24"/>
          <w:lang w:val="tr-TR"/>
        </w:rPr>
        <w:t xml:space="preserve"> olarak belirlenmiştir. Ortalamanın </w:t>
      </w:r>
      <w:proofErr w:type="gramStart"/>
      <w:r w:rsidRPr="00571BA6">
        <w:rPr>
          <w:rFonts w:ascii="Times New Roman" w:hAnsi="Times New Roman" w:cs="Times New Roman"/>
          <w:sz w:val="24"/>
          <w:szCs w:val="24"/>
          <w:lang w:val="tr-TR"/>
        </w:rPr>
        <w:t>3.41</w:t>
      </w:r>
      <w:proofErr w:type="gramEnd"/>
      <w:r w:rsidRPr="00571BA6">
        <w:rPr>
          <w:rFonts w:ascii="Times New Roman" w:hAnsi="Times New Roman" w:cs="Times New Roman"/>
          <w:sz w:val="24"/>
          <w:szCs w:val="24"/>
          <w:lang w:val="tr-TR"/>
        </w:rPr>
        <w:t xml:space="preserve"> düzeyinde olması, genel olarak kabul edilebilir bir memnuniyet seviyesine işaret etmekle birlikte orta düzeyde değerlendirme yapan öğrenci kitlesinin beklentilerini yükseltmeye yönelik küçük çaplı iyileştirmelerin faydalı olacağını göstermektedir.</w:t>
      </w:r>
    </w:p>
    <w:p w14:paraId="3F9F0896" w14:textId="77777777" w:rsidR="00523531" w:rsidRPr="00571BA6" w:rsidRDefault="000E0075" w:rsidP="005B48AD">
      <w:pPr>
        <w:pStyle w:val="Balk1"/>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7. GÜÇLÜ YÖNLER (EN YÜKSEK PUAN ALAN İLK 10 MADDE)</w:t>
      </w:r>
    </w:p>
    <w:tbl>
      <w:tblPr>
        <w:tblW w:w="0" w:type="auto"/>
        <w:jc w:val="center"/>
        <w:tblLook w:val="04A0" w:firstRow="1" w:lastRow="0" w:firstColumn="1" w:lastColumn="0" w:noHBand="0" w:noVBand="1"/>
      </w:tblPr>
      <w:tblGrid>
        <w:gridCol w:w="1717"/>
        <w:gridCol w:w="2446"/>
        <w:gridCol w:w="1717"/>
        <w:gridCol w:w="1765"/>
        <w:gridCol w:w="1715"/>
      </w:tblGrid>
      <w:tr w:rsidR="00523531" w:rsidRPr="00571BA6" w14:paraId="43BE01D5" w14:textId="77777777">
        <w:trPr>
          <w:jc w:val="center"/>
        </w:trPr>
        <w:tc>
          <w:tcPr>
            <w:tcW w:w="1872" w:type="dxa"/>
            <w:shd w:val="clear" w:color="auto" w:fill="2E7D32"/>
            <w:tcMar>
              <w:top w:w="100" w:type="dxa"/>
              <w:left w:w="150" w:type="dxa"/>
              <w:bottom w:w="100" w:type="dxa"/>
              <w:right w:w="150" w:type="dxa"/>
            </w:tcMar>
          </w:tcPr>
          <w:p w14:paraId="53192BF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Sıra</w:t>
            </w:r>
          </w:p>
        </w:tc>
        <w:tc>
          <w:tcPr>
            <w:tcW w:w="1872" w:type="dxa"/>
            <w:shd w:val="clear" w:color="auto" w:fill="2E7D32"/>
            <w:tcMar>
              <w:top w:w="100" w:type="dxa"/>
              <w:left w:w="150" w:type="dxa"/>
              <w:bottom w:w="100" w:type="dxa"/>
              <w:right w:w="150" w:type="dxa"/>
            </w:tcMar>
          </w:tcPr>
          <w:p w14:paraId="07B9B6B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Soru No ve Anket İfadesi</w:t>
            </w:r>
          </w:p>
        </w:tc>
        <w:tc>
          <w:tcPr>
            <w:tcW w:w="1872" w:type="dxa"/>
            <w:shd w:val="clear" w:color="auto" w:fill="2E7D32"/>
            <w:tcMar>
              <w:top w:w="100" w:type="dxa"/>
              <w:left w:w="150" w:type="dxa"/>
              <w:bottom w:w="100" w:type="dxa"/>
              <w:right w:w="150" w:type="dxa"/>
            </w:tcMar>
          </w:tcPr>
          <w:p w14:paraId="7AA4807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 (X̄)</w:t>
            </w:r>
          </w:p>
        </w:tc>
        <w:tc>
          <w:tcPr>
            <w:tcW w:w="1872" w:type="dxa"/>
            <w:shd w:val="clear" w:color="auto" w:fill="2E7D32"/>
            <w:tcMar>
              <w:top w:w="100" w:type="dxa"/>
              <w:left w:w="150" w:type="dxa"/>
              <w:bottom w:w="100" w:type="dxa"/>
              <w:right w:w="150" w:type="dxa"/>
            </w:tcMar>
          </w:tcPr>
          <w:p w14:paraId="13E0850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Olumlu Oran (%)</w:t>
            </w:r>
          </w:p>
        </w:tc>
        <w:tc>
          <w:tcPr>
            <w:tcW w:w="1872" w:type="dxa"/>
            <w:shd w:val="clear" w:color="auto" w:fill="2E7D32"/>
            <w:tcMar>
              <w:top w:w="100" w:type="dxa"/>
              <w:left w:w="150" w:type="dxa"/>
              <w:bottom w:w="100" w:type="dxa"/>
              <w:right w:w="150" w:type="dxa"/>
            </w:tcMar>
          </w:tcPr>
          <w:p w14:paraId="275D5CC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SS</w:t>
            </w:r>
          </w:p>
        </w:tc>
      </w:tr>
      <w:tr w:rsidR="00523531" w:rsidRPr="00571BA6" w14:paraId="20612552" w14:textId="77777777">
        <w:trPr>
          <w:jc w:val="center"/>
        </w:trPr>
        <w:tc>
          <w:tcPr>
            <w:tcW w:w="1872" w:type="dxa"/>
            <w:shd w:val="clear" w:color="auto" w:fill="FFFFFF"/>
            <w:tcMar>
              <w:top w:w="100" w:type="dxa"/>
              <w:left w:w="150" w:type="dxa"/>
              <w:bottom w:w="100" w:type="dxa"/>
              <w:right w:w="150" w:type="dxa"/>
            </w:tcMar>
          </w:tcPr>
          <w:p w14:paraId="6B592EA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w:t>
            </w:r>
          </w:p>
        </w:tc>
        <w:tc>
          <w:tcPr>
            <w:tcW w:w="1872" w:type="dxa"/>
            <w:shd w:val="clear" w:color="auto" w:fill="FFFFFF"/>
            <w:tcMar>
              <w:top w:w="100" w:type="dxa"/>
              <w:left w:w="150" w:type="dxa"/>
              <w:bottom w:w="100" w:type="dxa"/>
              <w:right w:w="150" w:type="dxa"/>
            </w:tcMar>
          </w:tcPr>
          <w:p w14:paraId="575FBA8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S13: Danışmanınızı sizi yönlendirme ve sorunlarınızı çözme açısından nasıl değerlendiriyorsunuz?</w:t>
            </w:r>
          </w:p>
        </w:tc>
        <w:tc>
          <w:tcPr>
            <w:tcW w:w="1872" w:type="dxa"/>
            <w:shd w:val="clear" w:color="auto" w:fill="FFFFFF"/>
            <w:tcMar>
              <w:top w:w="100" w:type="dxa"/>
              <w:left w:w="150" w:type="dxa"/>
              <w:bottom w:w="100" w:type="dxa"/>
              <w:right w:w="150" w:type="dxa"/>
            </w:tcMar>
          </w:tcPr>
          <w:p w14:paraId="0E846CB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4.08</w:t>
            </w:r>
          </w:p>
        </w:tc>
        <w:tc>
          <w:tcPr>
            <w:tcW w:w="1872" w:type="dxa"/>
            <w:shd w:val="clear" w:color="auto" w:fill="FFFFFF"/>
            <w:tcMar>
              <w:top w:w="100" w:type="dxa"/>
              <w:left w:w="150" w:type="dxa"/>
              <w:bottom w:w="100" w:type="dxa"/>
              <w:right w:w="150" w:type="dxa"/>
            </w:tcMar>
          </w:tcPr>
          <w:p w14:paraId="094AA85B"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%72.4</w:t>
            </w:r>
            <w:proofErr w:type="gramEnd"/>
          </w:p>
        </w:tc>
        <w:tc>
          <w:tcPr>
            <w:tcW w:w="1872" w:type="dxa"/>
            <w:shd w:val="clear" w:color="auto" w:fill="FFFFFF"/>
            <w:tcMar>
              <w:top w:w="100" w:type="dxa"/>
              <w:left w:w="150" w:type="dxa"/>
              <w:bottom w:w="100" w:type="dxa"/>
              <w:right w:w="150" w:type="dxa"/>
            </w:tcMar>
          </w:tcPr>
          <w:p w14:paraId="10296DA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0.99</w:t>
            </w:r>
          </w:p>
        </w:tc>
      </w:tr>
      <w:tr w:rsidR="00523531" w:rsidRPr="00571BA6" w14:paraId="615FA81C" w14:textId="77777777">
        <w:trPr>
          <w:jc w:val="center"/>
        </w:trPr>
        <w:tc>
          <w:tcPr>
            <w:tcW w:w="1872" w:type="dxa"/>
            <w:shd w:val="clear" w:color="auto" w:fill="F1F8E9"/>
            <w:tcMar>
              <w:top w:w="100" w:type="dxa"/>
              <w:left w:w="150" w:type="dxa"/>
              <w:bottom w:w="100" w:type="dxa"/>
              <w:right w:w="150" w:type="dxa"/>
            </w:tcMar>
          </w:tcPr>
          <w:p w14:paraId="49E1795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w:t>
            </w:r>
          </w:p>
        </w:tc>
        <w:tc>
          <w:tcPr>
            <w:tcW w:w="1872" w:type="dxa"/>
            <w:shd w:val="clear" w:color="auto" w:fill="F1F8E9"/>
            <w:tcMar>
              <w:top w:w="100" w:type="dxa"/>
              <w:left w:w="150" w:type="dxa"/>
              <w:bottom w:w="100" w:type="dxa"/>
              <w:right w:w="150" w:type="dxa"/>
            </w:tcMar>
          </w:tcPr>
          <w:p w14:paraId="69F9653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S11: Bölümümüzün akademik kadrosunu eğitim ve öğretimi yürütme açısından ne derece yeterli buluyorsunuz?</w:t>
            </w:r>
          </w:p>
        </w:tc>
        <w:tc>
          <w:tcPr>
            <w:tcW w:w="1872" w:type="dxa"/>
            <w:shd w:val="clear" w:color="auto" w:fill="F1F8E9"/>
            <w:tcMar>
              <w:top w:w="100" w:type="dxa"/>
              <w:left w:w="150" w:type="dxa"/>
              <w:bottom w:w="100" w:type="dxa"/>
              <w:right w:w="150" w:type="dxa"/>
            </w:tcMar>
          </w:tcPr>
          <w:p w14:paraId="1FAD8C1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4.05</w:t>
            </w:r>
          </w:p>
        </w:tc>
        <w:tc>
          <w:tcPr>
            <w:tcW w:w="1872" w:type="dxa"/>
            <w:shd w:val="clear" w:color="auto" w:fill="F1F8E9"/>
            <w:tcMar>
              <w:top w:w="100" w:type="dxa"/>
              <w:left w:w="150" w:type="dxa"/>
              <w:bottom w:w="100" w:type="dxa"/>
              <w:right w:w="150" w:type="dxa"/>
            </w:tcMar>
          </w:tcPr>
          <w:p w14:paraId="5FE3E0F0"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%76.4</w:t>
            </w:r>
            <w:proofErr w:type="gramEnd"/>
          </w:p>
        </w:tc>
        <w:tc>
          <w:tcPr>
            <w:tcW w:w="1872" w:type="dxa"/>
            <w:shd w:val="clear" w:color="auto" w:fill="F1F8E9"/>
            <w:tcMar>
              <w:top w:w="100" w:type="dxa"/>
              <w:left w:w="150" w:type="dxa"/>
              <w:bottom w:w="100" w:type="dxa"/>
              <w:right w:w="150" w:type="dxa"/>
            </w:tcMar>
          </w:tcPr>
          <w:p w14:paraId="443932D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1.03</w:t>
            </w:r>
          </w:p>
        </w:tc>
      </w:tr>
      <w:tr w:rsidR="00523531" w:rsidRPr="00571BA6" w14:paraId="44BA9222" w14:textId="77777777">
        <w:trPr>
          <w:jc w:val="center"/>
        </w:trPr>
        <w:tc>
          <w:tcPr>
            <w:tcW w:w="1872" w:type="dxa"/>
            <w:shd w:val="clear" w:color="auto" w:fill="FFFFFF"/>
            <w:tcMar>
              <w:top w:w="100" w:type="dxa"/>
              <w:left w:w="150" w:type="dxa"/>
              <w:bottom w:w="100" w:type="dxa"/>
              <w:right w:w="150" w:type="dxa"/>
            </w:tcMar>
          </w:tcPr>
          <w:p w14:paraId="2DC123B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w:t>
            </w:r>
          </w:p>
        </w:tc>
        <w:tc>
          <w:tcPr>
            <w:tcW w:w="1872" w:type="dxa"/>
            <w:shd w:val="clear" w:color="auto" w:fill="FFFFFF"/>
            <w:tcMar>
              <w:top w:w="100" w:type="dxa"/>
              <w:left w:w="150" w:type="dxa"/>
              <w:bottom w:w="100" w:type="dxa"/>
              <w:right w:w="150" w:type="dxa"/>
            </w:tcMar>
          </w:tcPr>
          <w:p w14:paraId="65852D9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S12: Bölümümüz öğretim elemanlarının size olan yaklaşımlarını nasıl değerlendiriyorsunuz?</w:t>
            </w:r>
          </w:p>
        </w:tc>
        <w:tc>
          <w:tcPr>
            <w:tcW w:w="1872" w:type="dxa"/>
            <w:shd w:val="clear" w:color="auto" w:fill="FFFFFF"/>
            <w:tcMar>
              <w:top w:w="100" w:type="dxa"/>
              <w:left w:w="150" w:type="dxa"/>
              <w:bottom w:w="100" w:type="dxa"/>
              <w:right w:w="150" w:type="dxa"/>
            </w:tcMar>
          </w:tcPr>
          <w:p w14:paraId="4133574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4.04</w:t>
            </w:r>
          </w:p>
        </w:tc>
        <w:tc>
          <w:tcPr>
            <w:tcW w:w="1872" w:type="dxa"/>
            <w:shd w:val="clear" w:color="auto" w:fill="FFFFFF"/>
            <w:tcMar>
              <w:top w:w="100" w:type="dxa"/>
              <w:left w:w="150" w:type="dxa"/>
              <w:bottom w:w="100" w:type="dxa"/>
              <w:right w:w="150" w:type="dxa"/>
            </w:tcMar>
          </w:tcPr>
          <w:p w14:paraId="69A7C23D"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%76.3</w:t>
            </w:r>
            <w:proofErr w:type="gramEnd"/>
          </w:p>
        </w:tc>
        <w:tc>
          <w:tcPr>
            <w:tcW w:w="1872" w:type="dxa"/>
            <w:shd w:val="clear" w:color="auto" w:fill="FFFFFF"/>
            <w:tcMar>
              <w:top w:w="100" w:type="dxa"/>
              <w:left w:w="150" w:type="dxa"/>
              <w:bottom w:w="100" w:type="dxa"/>
              <w:right w:w="150" w:type="dxa"/>
            </w:tcMar>
          </w:tcPr>
          <w:p w14:paraId="63D385A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0.92</w:t>
            </w:r>
          </w:p>
        </w:tc>
      </w:tr>
      <w:tr w:rsidR="00523531" w:rsidRPr="00571BA6" w14:paraId="2975F56A" w14:textId="77777777">
        <w:trPr>
          <w:jc w:val="center"/>
        </w:trPr>
        <w:tc>
          <w:tcPr>
            <w:tcW w:w="1872" w:type="dxa"/>
            <w:shd w:val="clear" w:color="auto" w:fill="F1F8E9"/>
            <w:tcMar>
              <w:top w:w="100" w:type="dxa"/>
              <w:left w:w="150" w:type="dxa"/>
              <w:bottom w:w="100" w:type="dxa"/>
              <w:right w:w="150" w:type="dxa"/>
            </w:tcMar>
          </w:tcPr>
          <w:p w14:paraId="44850CF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w:t>
            </w:r>
          </w:p>
        </w:tc>
        <w:tc>
          <w:tcPr>
            <w:tcW w:w="1872" w:type="dxa"/>
            <w:shd w:val="clear" w:color="auto" w:fill="F1F8E9"/>
            <w:tcMar>
              <w:top w:w="100" w:type="dxa"/>
              <w:left w:w="150" w:type="dxa"/>
              <w:bottom w:w="100" w:type="dxa"/>
              <w:right w:w="150" w:type="dxa"/>
            </w:tcMar>
          </w:tcPr>
          <w:p w14:paraId="3F4F988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S32: Bölümümüz öğretim elemanlarının ders saatleri dışındaki ulaşılabilirliğini nasıl değerlendiriyorsunuz?</w:t>
            </w:r>
          </w:p>
        </w:tc>
        <w:tc>
          <w:tcPr>
            <w:tcW w:w="1872" w:type="dxa"/>
            <w:shd w:val="clear" w:color="auto" w:fill="F1F8E9"/>
            <w:tcMar>
              <w:top w:w="100" w:type="dxa"/>
              <w:left w:w="150" w:type="dxa"/>
              <w:bottom w:w="100" w:type="dxa"/>
              <w:right w:w="150" w:type="dxa"/>
            </w:tcMar>
          </w:tcPr>
          <w:p w14:paraId="6B9A63D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4.00</w:t>
            </w:r>
          </w:p>
        </w:tc>
        <w:tc>
          <w:tcPr>
            <w:tcW w:w="1872" w:type="dxa"/>
            <w:shd w:val="clear" w:color="auto" w:fill="F1F8E9"/>
            <w:tcMar>
              <w:top w:w="100" w:type="dxa"/>
              <w:left w:w="150" w:type="dxa"/>
              <w:bottom w:w="100" w:type="dxa"/>
              <w:right w:w="150" w:type="dxa"/>
            </w:tcMar>
          </w:tcPr>
          <w:p w14:paraId="1CF59DFB"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%74.1</w:t>
            </w:r>
            <w:proofErr w:type="gramEnd"/>
          </w:p>
        </w:tc>
        <w:tc>
          <w:tcPr>
            <w:tcW w:w="1872" w:type="dxa"/>
            <w:shd w:val="clear" w:color="auto" w:fill="F1F8E9"/>
            <w:tcMar>
              <w:top w:w="100" w:type="dxa"/>
              <w:left w:w="150" w:type="dxa"/>
              <w:bottom w:w="100" w:type="dxa"/>
              <w:right w:w="150" w:type="dxa"/>
            </w:tcMar>
          </w:tcPr>
          <w:p w14:paraId="15BA5C5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0.94</w:t>
            </w:r>
          </w:p>
        </w:tc>
      </w:tr>
      <w:tr w:rsidR="00523531" w:rsidRPr="00571BA6" w14:paraId="17990081" w14:textId="77777777">
        <w:trPr>
          <w:jc w:val="center"/>
        </w:trPr>
        <w:tc>
          <w:tcPr>
            <w:tcW w:w="1872" w:type="dxa"/>
            <w:shd w:val="clear" w:color="auto" w:fill="FFFFFF"/>
            <w:tcMar>
              <w:top w:w="100" w:type="dxa"/>
              <w:left w:w="150" w:type="dxa"/>
              <w:bottom w:w="100" w:type="dxa"/>
              <w:right w:w="150" w:type="dxa"/>
            </w:tcMar>
          </w:tcPr>
          <w:p w14:paraId="2D549BA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w:t>
            </w:r>
          </w:p>
        </w:tc>
        <w:tc>
          <w:tcPr>
            <w:tcW w:w="1872" w:type="dxa"/>
            <w:shd w:val="clear" w:color="auto" w:fill="FFFFFF"/>
            <w:tcMar>
              <w:top w:w="100" w:type="dxa"/>
              <w:left w:w="150" w:type="dxa"/>
              <w:bottom w:w="100" w:type="dxa"/>
              <w:right w:w="150" w:type="dxa"/>
            </w:tcMar>
          </w:tcPr>
          <w:p w14:paraId="21E34B3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S31: Bölüm </w:t>
            </w:r>
            <w:r w:rsidRPr="00571BA6">
              <w:rPr>
                <w:rFonts w:ascii="Times New Roman" w:hAnsi="Times New Roman" w:cs="Times New Roman"/>
                <w:sz w:val="24"/>
                <w:szCs w:val="24"/>
                <w:lang w:val="tr-TR"/>
              </w:rPr>
              <w:lastRenderedPageBreak/>
              <w:t>Başkanlığını, iletilen sorunları çözme konusunda nasıl değerlendiriyorsunuz?</w:t>
            </w:r>
          </w:p>
        </w:tc>
        <w:tc>
          <w:tcPr>
            <w:tcW w:w="1872" w:type="dxa"/>
            <w:shd w:val="clear" w:color="auto" w:fill="FFFFFF"/>
            <w:tcMar>
              <w:top w:w="100" w:type="dxa"/>
              <w:left w:w="150" w:type="dxa"/>
              <w:bottom w:w="100" w:type="dxa"/>
              <w:right w:w="150" w:type="dxa"/>
            </w:tcMar>
          </w:tcPr>
          <w:p w14:paraId="27C8C9F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3.94</w:t>
            </w:r>
          </w:p>
        </w:tc>
        <w:tc>
          <w:tcPr>
            <w:tcW w:w="1872" w:type="dxa"/>
            <w:shd w:val="clear" w:color="auto" w:fill="FFFFFF"/>
            <w:tcMar>
              <w:top w:w="100" w:type="dxa"/>
              <w:left w:w="150" w:type="dxa"/>
              <w:bottom w:w="100" w:type="dxa"/>
              <w:right w:w="150" w:type="dxa"/>
            </w:tcMar>
          </w:tcPr>
          <w:p w14:paraId="5CF87B18"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%71.7</w:t>
            </w:r>
            <w:proofErr w:type="gramEnd"/>
          </w:p>
        </w:tc>
        <w:tc>
          <w:tcPr>
            <w:tcW w:w="1872" w:type="dxa"/>
            <w:shd w:val="clear" w:color="auto" w:fill="FFFFFF"/>
            <w:tcMar>
              <w:top w:w="100" w:type="dxa"/>
              <w:left w:w="150" w:type="dxa"/>
              <w:bottom w:w="100" w:type="dxa"/>
              <w:right w:w="150" w:type="dxa"/>
            </w:tcMar>
          </w:tcPr>
          <w:p w14:paraId="43971F4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0.99</w:t>
            </w:r>
          </w:p>
        </w:tc>
      </w:tr>
      <w:tr w:rsidR="00523531" w:rsidRPr="00571BA6" w14:paraId="6B5ACB71" w14:textId="77777777">
        <w:trPr>
          <w:jc w:val="center"/>
        </w:trPr>
        <w:tc>
          <w:tcPr>
            <w:tcW w:w="1872" w:type="dxa"/>
            <w:shd w:val="clear" w:color="auto" w:fill="F1F8E9"/>
            <w:tcMar>
              <w:top w:w="100" w:type="dxa"/>
              <w:left w:w="150" w:type="dxa"/>
              <w:bottom w:w="100" w:type="dxa"/>
              <w:right w:w="150" w:type="dxa"/>
            </w:tcMar>
          </w:tcPr>
          <w:p w14:paraId="63B5106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6</w:t>
            </w:r>
          </w:p>
        </w:tc>
        <w:tc>
          <w:tcPr>
            <w:tcW w:w="1872" w:type="dxa"/>
            <w:shd w:val="clear" w:color="auto" w:fill="F1F8E9"/>
            <w:tcMar>
              <w:top w:w="100" w:type="dxa"/>
              <w:left w:w="150" w:type="dxa"/>
              <w:bottom w:w="100" w:type="dxa"/>
              <w:right w:w="150" w:type="dxa"/>
            </w:tcMar>
          </w:tcPr>
          <w:p w14:paraId="3444355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S9: Bölüm derslerimizi içerikleri açısından nasıl buluyorsunuz?</w:t>
            </w:r>
          </w:p>
        </w:tc>
        <w:tc>
          <w:tcPr>
            <w:tcW w:w="1872" w:type="dxa"/>
            <w:shd w:val="clear" w:color="auto" w:fill="F1F8E9"/>
            <w:tcMar>
              <w:top w:w="100" w:type="dxa"/>
              <w:left w:w="150" w:type="dxa"/>
              <w:bottom w:w="100" w:type="dxa"/>
              <w:right w:w="150" w:type="dxa"/>
            </w:tcMar>
          </w:tcPr>
          <w:p w14:paraId="37BE006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3.81</w:t>
            </w:r>
          </w:p>
        </w:tc>
        <w:tc>
          <w:tcPr>
            <w:tcW w:w="1872" w:type="dxa"/>
            <w:shd w:val="clear" w:color="auto" w:fill="F1F8E9"/>
            <w:tcMar>
              <w:top w:w="100" w:type="dxa"/>
              <w:left w:w="150" w:type="dxa"/>
              <w:bottom w:w="100" w:type="dxa"/>
              <w:right w:w="150" w:type="dxa"/>
            </w:tcMar>
          </w:tcPr>
          <w:p w14:paraId="0F213334"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%66.9</w:t>
            </w:r>
            <w:proofErr w:type="gramEnd"/>
          </w:p>
        </w:tc>
        <w:tc>
          <w:tcPr>
            <w:tcW w:w="1872" w:type="dxa"/>
            <w:shd w:val="clear" w:color="auto" w:fill="F1F8E9"/>
            <w:tcMar>
              <w:top w:w="100" w:type="dxa"/>
              <w:left w:w="150" w:type="dxa"/>
              <w:bottom w:w="100" w:type="dxa"/>
              <w:right w:w="150" w:type="dxa"/>
            </w:tcMar>
          </w:tcPr>
          <w:p w14:paraId="07B5FA9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0.97</w:t>
            </w:r>
          </w:p>
        </w:tc>
      </w:tr>
      <w:tr w:rsidR="00523531" w:rsidRPr="00571BA6" w14:paraId="3256328F" w14:textId="77777777">
        <w:trPr>
          <w:jc w:val="center"/>
        </w:trPr>
        <w:tc>
          <w:tcPr>
            <w:tcW w:w="1872" w:type="dxa"/>
            <w:shd w:val="clear" w:color="auto" w:fill="FFFFFF"/>
            <w:tcMar>
              <w:top w:w="100" w:type="dxa"/>
              <w:left w:w="150" w:type="dxa"/>
              <w:bottom w:w="100" w:type="dxa"/>
              <w:right w:w="150" w:type="dxa"/>
            </w:tcMar>
          </w:tcPr>
          <w:p w14:paraId="153B996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7</w:t>
            </w:r>
          </w:p>
        </w:tc>
        <w:tc>
          <w:tcPr>
            <w:tcW w:w="1872" w:type="dxa"/>
            <w:shd w:val="clear" w:color="auto" w:fill="FFFFFF"/>
            <w:tcMar>
              <w:top w:w="100" w:type="dxa"/>
              <w:left w:w="150" w:type="dxa"/>
              <w:bottom w:w="100" w:type="dxa"/>
              <w:right w:w="150" w:type="dxa"/>
            </w:tcMar>
          </w:tcPr>
          <w:p w14:paraId="2A79A95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S29: Bölümümüz öğretim elemanlarının gelecekle ilgili mesleki planlarınızı oluşturmada size yardımlarını nasıl değerlendiriyorsunuz?</w:t>
            </w:r>
          </w:p>
        </w:tc>
        <w:tc>
          <w:tcPr>
            <w:tcW w:w="1872" w:type="dxa"/>
            <w:shd w:val="clear" w:color="auto" w:fill="FFFFFF"/>
            <w:tcMar>
              <w:top w:w="100" w:type="dxa"/>
              <w:left w:w="150" w:type="dxa"/>
              <w:bottom w:w="100" w:type="dxa"/>
              <w:right w:w="150" w:type="dxa"/>
            </w:tcMar>
          </w:tcPr>
          <w:p w14:paraId="18613D2E"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3.74</w:t>
            </w:r>
          </w:p>
        </w:tc>
        <w:tc>
          <w:tcPr>
            <w:tcW w:w="1872" w:type="dxa"/>
            <w:shd w:val="clear" w:color="auto" w:fill="FFFFFF"/>
            <w:tcMar>
              <w:top w:w="100" w:type="dxa"/>
              <w:left w:w="150" w:type="dxa"/>
              <w:bottom w:w="100" w:type="dxa"/>
              <w:right w:w="150" w:type="dxa"/>
            </w:tcMar>
          </w:tcPr>
          <w:p w14:paraId="6574BC64"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%63.0</w:t>
            </w:r>
            <w:proofErr w:type="gramEnd"/>
          </w:p>
        </w:tc>
        <w:tc>
          <w:tcPr>
            <w:tcW w:w="1872" w:type="dxa"/>
            <w:shd w:val="clear" w:color="auto" w:fill="FFFFFF"/>
            <w:tcMar>
              <w:top w:w="100" w:type="dxa"/>
              <w:left w:w="150" w:type="dxa"/>
              <w:bottom w:w="100" w:type="dxa"/>
              <w:right w:w="150" w:type="dxa"/>
            </w:tcMar>
          </w:tcPr>
          <w:p w14:paraId="4A6C286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1.03</w:t>
            </w:r>
          </w:p>
        </w:tc>
      </w:tr>
      <w:tr w:rsidR="00523531" w:rsidRPr="00571BA6" w14:paraId="21F2306C" w14:textId="77777777">
        <w:trPr>
          <w:jc w:val="center"/>
        </w:trPr>
        <w:tc>
          <w:tcPr>
            <w:tcW w:w="1872" w:type="dxa"/>
            <w:shd w:val="clear" w:color="auto" w:fill="F1F8E9"/>
            <w:tcMar>
              <w:top w:w="100" w:type="dxa"/>
              <w:left w:w="150" w:type="dxa"/>
              <w:bottom w:w="100" w:type="dxa"/>
              <w:right w:w="150" w:type="dxa"/>
            </w:tcMar>
          </w:tcPr>
          <w:p w14:paraId="2FDE7490"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8</w:t>
            </w:r>
          </w:p>
        </w:tc>
        <w:tc>
          <w:tcPr>
            <w:tcW w:w="1872" w:type="dxa"/>
            <w:shd w:val="clear" w:color="auto" w:fill="F1F8E9"/>
            <w:tcMar>
              <w:top w:w="100" w:type="dxa"/>
              <w:left w:w="150" w:type="dxa"/>
              <w:bottom w:w="100" w:type="dxa"/>
              <w:right w:w="150" w:type="dxa"/>
            </w:tcMar>
          </w:tcPr>
          <w:p w14:paraId="042A7F4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S14: Bölümümüz mesleki seçmeli derslerini sayı ve içerik açısından nasıl değerlendiriyorsunuz?</w:t>
            </w:r>
          </w:p>
        </w:tc>
        <w:tc>
          <w:tcPr>
            <w:tcW w:w="1872" w:type="dxa"/>
            <w:shd w:val="clear" w:color="auto" w:fill="F1F8E9"/>
            <w:tcMar>
              <w:top w:w="100" w:type="dxa"/>
              <w:left w:w="150" w:type="dxa"/>
              <w:bottom w:w="100" w:type="dxa"/>
              <w:right w:w="150" w:type="dxa"/>
            </w:tcMar>
          </w:tcPr>
          <w:p w14:paraId="6D61546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3.65</w:t>
            </w:r>
          </w:p>
        </w:tc>
        <w:tc>
          <w:tcPr>
            <w:tcW w:w="1872" w:type="dxa"/>
            <w:shd w:val="clear" w:color="auto" w:fill="F1F8E9"/>
            <w:tcMar>
              <w:top w:w="100" w:type="dxa"/>
              <w:left w:w="150" w:type="dxa"/>
              <w:bottom w:w="100" w:type="dxa"/>
              <w:right w:w="150" w:type="dxa"/>
            </w:tcMar>
          </w:tcPr>
          <w:p w14:paraId="49F0DC0C"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%55.1</w:t>
            </w:r>
            <w:proofErr w:type="gramEnd"/>
          </w:p>
        </w:tc>
        <w:tc>
          <w:tcPr>
            <w:tcW w:w="1872" w:type="dxa"/>
            <w:shd w:val="clear" w:color="auto" w:fill="F1F8E9"/>
            <w:tcMar>
              <w:top w:w="100" w:type="dxa"/>
              <w:left w:w="150" w:type="dxa"/>
              <w:bottom w:w="100" w:type="dxa"/>
              <w:right w:w="150" w:type="dxa"/>
            </w:tcMar>
          </w:tcPr>
          <w:p w14:paraId="38369B5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1.07</w:t>
            </w:r>
          </w:p>
        </w:tc>
      </w:tr>
      <w:tr w:rsidR="00523531" w:rsidRPr="00571BA6" w14:paraId="57805135" w14:textId="77777777">
        <w:trPr>
          <w:jc w:val="center"/>
        </w:trPr>
        <w:tc>
          <w:tcPr>
            <w:tcW w:w="1872" w:type="dxa"/>
            <w:shd w:val="clear" w:color="auto" w:fill="FFFFFF"/>
            <w:tcMar>
              <w:top w:w="100" w:type="dxa"/>
              <w:left w:w="150" w:type="dxa"/>
              <w:bottom w:w="100" w:type="dxa"/>
              <w:right w:w="150" w:type="dxa"/>
            </w:tcMar>
          </w:tcPr>
          <w:p w14:paraId="6338749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9</w:t>
            </w:r>
          </w:p>
        </w:tc>
        <w:tc>
          <w:tcPr>
            <w:tcW w:w="1872" w:type="dxa"/>
            <w:shd w:val="clear" w:color="auto" w:fill="FFFFFF"/>
            <w:tcMar>
              <w:top w:w="100" w:type="dxa"/>
              <w:left w:w="150" w:type="dxa"/>
              <w:bottom w:w="100" w:type="dxa"/>
              <w:right w:w="150" w:type="dxa"/>
            </w:tcMar>
          </w:tcPr>
          <w:p w14:paraId="07DD275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S10: Bölüm derslerimizle ilgili </w:t>
            </w:r>
            <w:proofErr w:type="gramStart"/>
            <w:r w:rsidRPr="00571BA6">
              <w:rPr>
                <w:rFonts w:ascii="Times New Roman" w:hAnsi="Times New Roman" w:cs="Times New Roman"/>
                <w:sz w:val="24"/>
                <w:szCs w:val="24"/>
                <w:lang w:val="tr-TR"/>
              </w:rPr>
              <w:t>dokümanların</w:t>
            </w:r>
            <w:proofErr w:type="gramEnd"/>
            <w:r w:rsidRPr="00571BA6">
              <w:rPr>
                <w:rFonts w:ascii="Times New Roman" w:hAnsi="Times New Roman" w:cs="Times New Roman"/>
                <w:sz w:val="24"/>
                <w:szCs w:val="24"/>
                <w:lang w:val="tr-TR"/>
              </w:rPr>
              <w:t xml:space="preserve"> (ders notu, kitap vb.) yeterliliği konusunda ne düşünüyorsunuz?</w:t>
            </w:r>
          </w:p>
        </w:tc>
        <w:tc>
          <w:tcPr>
            <w:tcW w:w="1872" w:type="dxa"/>
            <w:shd w:val="clear" w:color="auto" w:fill="FFFFFF"/>
            <w:tcMar>
              <w:top w:w="100" w:type="dxa"/>
              <w:left w:w="150" w:type="dxa"/>
              <w:bottom w:w="100" w:type="dxa"/>
              <w:right w:w="150" w:type="dxa"/>
            </w:tcMar>
          </w:tcPr>
          <w:p w14:paraId="4A3AD25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3.63</w:t>
            </w:r>
          </w:p>
        </w:tc>
        <w:tc>
          <w:tcPr>
            <w:tcW w:w="1872" w:type="dxa"/>
            <w:shd w:val="clear" w:color="auto" w:fill="FFFFFF"/>
            <w:tcMar>
              <w:top w:w="100" w:type="dxa"/>
              <w:left w:w="150" w:type="dxa"/>
              <w:bottom w:w="100" w:type="dxa"/>
              <w:right w:w="150" w:type="dxa"/>
            </w:tcMar>
          </w:tcPr>
          <w:p w14:paraId="4DA4A4CE"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%55.1</w:t>
            </w:r>
            <w:proofErr w:type="gramEnd"/>
          </w:p>
        </w:tc>
        <w:tc>
          <w:tcPr>
            <w:tcW w:w="1872" w:type="dxa"/>
            <w:shd w:val="clear" w:color="auto" w:fill="FFFFFF"/>
            <w:tcMar>
              <w:top w:w="100" w:type="dxa"/>
              <w:left w:w="150" w:type="dxa"/>
              <w:bottom w:w="100" w:type="dxa"/>
              <w:right w:w="150" w:type="dxa"/>
            </w:tcMar>
          </w:tcPr>
          <w:p w14:paraId="4053521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1.07</w:t>
            </w:r>
          </w:p>
        </w:tc>
      </w:tr>
      <w:tr w:rsidR="00523531" w:rsidRPr="00571BA6" w14:paraId="7D577D22" w14:textId="77777777">
        <w:trPr>
          <w:jc w:val="center"/>
        </w:trPr>
        <w:tc>
          <w:tcPr>
            <w:tcW w:w="1872" w:type="dxa"/>
            <w:shd w:val="clear" w:color="auto" w:fill="F1F8E9"/>
            <w:tcMar>
              <w:top w:w="100" w:type="dxa"/>
              <w:left w:w="150" w:type="dxa"/>
              <w:bottom w:w="100" w:type="dxa"/>
              <w:right w:w="150" w:type="dxa"/>
            </w:tcMar>
          </w:tcPr>
          <w:p w14:paraId="70B841D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10</w:t>
            </w:r>
          </w:p>
        </w:tc>
        <w:tc>
          <w:tcPr>
            <w:tcW w:w="1872" w:type="dxa"/>
            <w:shd w:val="clear" w:color="auto" w:fill="F1F8E9"/>
            <w:tcMar>
              <w:top w:w="100" w:type="dxa"/>
              <w:left w:w="150" w:type="dxa"/>
              <w:bottom w:w="100" w:type="dxa"/>
              <w:right w:w="150" w:type="dxa"/>
            </w:tcMar>
          </w:tcPr>
          <w:p w14:paraId="67C2719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S18: Bölümümüzde aldığınız matematik / sayısal kültürü diğer derslerde kullanma becerinizi nasıl değerlendirirsiniz?</w:t>
            </w:r>
          </w:p>
        </w:tc>
        <w:tc>
          <w:tcPr>
            <w:tcW w:w="1872" w:type="dxa"/>
            <w:shd w:val="clear" w:color="auto" w:fill="F1F8E9"/>
            <w:tcMar>
              <w:top w:w="100" w:type="dxa"/>
              <w:left w:w="150" w:type="dxa"/>
              <w:bottom w:w="100" w:type="dxa"/>
              <w:right w:w="150" w:type="dxa"/>
            </w:tcMar>
          </w:tcPr>
          <w:p w14:paraId="298C158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3.57</w:t>
            </w:r>
          </w:p>
        </w:tc>
        <w:tc>
          <w:tcPr>
            <w:tcW w:w="1872" w:type="dxa"/>
            <w:shd w:val="clear" w:color="auto" w:fill="F1F8E9"/>
            <w:tcMar>
              <w:top w:w="100" w:type="dxa"/>
              <w:left w:w="150" w:type="dxa"/>
              <w:bottom w:w="100" w:type="dxa"/>
              <w:right w:w="150" w:type="dxa"/>
            </w:tcMar>
          </w:tcPr>
          <w:p w14:paraId="7E21CE6D"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%55.1</w:t>
            </w:r>
            <w:proofErr w:type="gramEnd"/>
          </w:p>
        </w:tc>
        <w:tc>
          <w:tcPr>
            <w:tcW w:w="1872" w:type="dxa"/>
            <w:shd w:val="clear" w:color="auto" w:fill="F1F8E9"/>
            <w:tcMar>
              <w:top w:w="100" w:type="dxa"/>
              <w:left w:w="150" w:type="dxa"/>
              <w:bottom w:w="100" w:type="dxa"/>
              <w:right w:w="150" w:type="dxa"/>
            </w:tcMar>
          </w:tcPr>
          <w:p w14:paraId="71F9204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1.03</w:t>
            </w:r>
          </w:p>
        </w:tc>
      </w:tr>
    </w:tbl>
    <w:p w14:paraId="2068769E" w14:textId="77777777" w:rsidR="00523531" w:rsidRPr="00571BA6" w:rsidRDefault="000E0075" w:rsidP="005B48AD">
      <w:pPr>
        <w:spacing w:before="160" w:after="24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Güçlü Yönlerin Değerlendirilmesi:</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t>Havacılık Yönetimi Bölümünün en güçlü alanları akademik kadronun niteliği, danışmanlık mekanizmasının etkinliği ve yönetimsel iletişim kanalının açıklığıdır. Özellikle Danışmanlık ve İletişim (S13, S32), Akademik Yeterlilik (S11), Öğretim Elemanlarının Yaklaşımı (S12) ve Bölüm Başkanlığının Erişilebilirliği (S31) başlıklarında elde edilen 4.00 üzeri ortalamalar ve %70'i aşan olumlu algı oranları, kurum bünyesindeki öğrenci-akademisyen ilişkilerinin son derece sağlıklı kurulduğunu, öğrenci odaklı bir yönetim</w:t>
      </w:r>
      <w:r w:rsidRPr="00571BA6">
        <w:rPr>
          <w:rFonts w:ascii="Times New Roman" w:hAnsi="Times New Roman" w:cs="Times New Roman"/>
          <w:sz w:val="24"/>
          <w:szCs w:val="24"/>
          <w:lang w:val="tr-TR"/>
        </w:rPr>
        <w:t xml:space="preserve"> anlayışının benimsendiğini ve akademik rehberliğin amacına ulaştığını göstermektedir.</w:t>
      </w:r>
    </w:p>
    <w:p w14:paraId="629B4936" w14:textId="77777777" w:rsidR="00523531" w:rsidRPr="00571BA6" w:rsidRDefault="000E0075" w:rsidP="005B48AD">
      <w:pPr>
        <w:pStyle w:val="Balk1"/>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8. GELİŞTİRİLMESİ GEREKEN ALANLAR (EN DÜŞÜK PUAN ALAN İLK 10 MADDE)</w:t>
      </w:r>
    </w:p>
    <w:tbl>
      <w:tblPr>
        <w:tblW w:w="0" w:type="auto"/>
        <w:jc w:val="center"/>
        <w:tblLook w:val="04A0" w:firstRow="1" w:lastRow="0" w:firstColumn="1" w:lastColumn="0" w:noHBand="0" w:noVBand="1"/>
      </w:tblPr>
      <w:tblGrid>
        <w:gridCol w:w="1711"/>
        <w:gridCol w:w="2446"/>
        <w:gridCol w:w="1712"/>
        <w:gridCol w:w="1781"/>
        <w:gridCol w:w="1710"/>
      </w:tblGrid>
      <w:tr w:rsidR="00523531" w:rsidRPr="00571BA6" w14:paraId="76EE11B6" w14:textId="77777777">
        <w:trPr>
          <w:jc w:val="center"/>
        </w:trPr>
        <w:tc>
          <w:tcPr>
            <w:tcW w:w="1872" w:type="dxa"/>
            <w:shd w:val="clear" w:color="auto" w:fill="C62828"/>
            <w:tcMar>
              <w:top w:w="100" w:type="dxa"/>
              <w:left w:w="150" w:type="dxa"/>
              <w:bottom w:w="100" w:type="dxa"/>
              <w:right w:w="150" w:type="dxa"/>
            </w:tcMar>
          </w:tcPr>
          <w:p w14:paraId="7A54973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Sıra</w:t>
            </w:r>
          </w:p>
        </w:tc>
        <w:tc>
          <w:tcPr>
            <w:tcW w:w="1872" w:type="dxa"/>
            <w:shd w:val="clear" w:color="auto" w:fill="C62828"/>
            <w:tcMar>
              <w:top w:w="100" w:type="dxa"/>
              <w:left w:w="150" w:type="dxa"/>
              <w:bottom w:w="100" w:type="dxa"/>
              <w:right w:w="150" w:type="dxa"/>
            </w:tcMar>
          </w:tcPr>
          <w:p w14:paraId="1A395FA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Soru No ve Anket İfadesi</w:t>
            </w:r>
          </w:p>
        </w:tc>
        <w:tc>
          <w:tcPr>
            <w:tcW w:w="1872" w:type="dxa"/>
            <w:shd w:val="clear" w:color="auto" w:fill="C62828"/>
            <w:tcMar>
              <w:top w:w="100" w:type="dxa"/>
              <w:left w:w="150" w:type="dxa"/>
              <w:bottom w:w="100" w:type="dxa"/>
              <w:right w:w="150" w:type="dxa"/>
            </w:tcMar>
          </w:tcPr>
          <w:p w14:paraId="2617B20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Ort. (X̄)</w:t>
            </w:r>
          </w:p>
        </w:tc>
        <w:tc>
          <w:tcPr>
            <w:tcW w:w="1872" w:type="dxa"/>
            <w:shd w:val="clear" w:color="auto" w:fill="C62828"/>
            <w:tcMar>
              <w:top w:w="100" w:type="dxa"/>
              <w:left w:w="150" w:type="dxa"/>
              <w:bottom w:w="100" w:type="dxa"/>
              <w:right w:w="150" w:type="dxa"/>
            </w:tcMar>
          </w:tcPr>
          <w:p w14:paraId="7615BC5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Olumsuz Oran (%)</w:t>
            </w:r>
          </w:p>
        </w:tc>
        <w:tc>
          <w:tcPr>
            <w:tcW w:w="1872" w:type="dxa"/>
            <w:shd w:val="clear" w:color="auto" w:fill="C62828"/>
            <w:tcMar>
              <w:top w:w="100" w:type="dxa"/>
              <w:left w:w="150" w:type="dxa"/>
              <w:bottom w:w="100" w:type="dxa"/>
              <w:right w:w="150" w:type="dxa"/>
            </w:tcMar>
          </w:tcPr>
          <w:p w14:paraId="3AE8255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b/>
                <w:color w:val="FFFFFF"/>
                <w:sz w:val="24"/>
                <w:szCs w:val="24"/>
                <w:lang w:val="tr-TR"/>
              </w:rPr>
              <w:t>SS</w:t>
            </w:r>
          </w:p>
        </w:tc>
      </w:tr>
      <w:tr w:rsidR="00523531" w:rsidRPr="00571BA6" w14:paraId="4B96ED89" w14:textId="77777777">
        <w:trPr>
          <w:jc w:val="center"/>
        </w:trPr>
        <w:tc>
          <w:tcPr>
            <w:tcW w:w="1872" w:type="dxa"/>
            <w:shd w:val="clear" w:color="auto" w:fill="FFFFFF"/>
            <w:tcMar>
              <w:top w:w="100" w:type="dxa"/>
              <w:left w:w="150" w:type="dxa"/>
              <w:bottom w:w="100" w:type="dxa"/>
              <w:right w:w="150" w:type="dxa"/>
            </w:tcMar>
          </w:tcPr>
          <w:p w14:paraId="262A646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w:t>
            </w:r>
          </w:p>
        </w:tc>
        <w:tc>
          <w:tcPr>
            <w:tcW w:w="1872" w:type="dxa"/>
            <w:shd w:val="clear" w:color="auto" w:fill="FFFFFF"/>
            <w:tcMar>
              <w:top w:w="100" w:type="dxa"/>
              <w:left w:w="150" w:type="dxa"/>
              <w:bottom w:w="100" w:type="dxa"/>
              <w:right w:w="150" w:type="dxa"/>
            </w:tcMar>
          </w:tcPr>
          <w:p w14:paraId="435ADC3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S6: Bölümümüzün bilgisayar laboratuvarlarını etkin kullanımınız açısından nasıl buluyorsunuz?</w:t>
            </w:r>
          </w:p>
        </w:tc>
        <w:tc>
          <w:tcPr>
            <w:tcW w:w="1872" w:type="dxa"/>
            <w:shd w:val="clear" w:color="auto" w:fill="FFFFFF"/>
            <w:tcMar>
              <w:top w:w="100" w:type="dxa"/>
              <w:left w:w="150" w:type="dxa"/>
              <w:bottom w:w="100" w:type="dxa"/>
              <w:right w:w="150" w:type="dxa"/>
            </w:tcMar>
          </w:tcPr>
          <w:p w14:paraId="0FBE520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2.31</w:t>
            </w:r>
          </w:p>
        </w:tc>
        <w:tc>
          <w:tcPr>
            <w:tcW w:w="1872" w:type="dxa"/>
            <w:shd w:val="clear" w:color="auto" w:fill="FFFFFF"/>
            <w:tcMar>
              <w:top w:w="100" w:type="dxa"/>
              <w:left w:w="150" w:type="dxa"/>
              <w:bottom w:w="100" w:type="dxa"/>
              <w:right w:w="150" w:type="dxa"/>
            </w:tcMar>
          </w:tcPr>
          <w:p w14:paraId="135D33DB"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%60.7</w:t>
            </w:r>
            <w:proofErr w:type="gramEnd"/>
          </w:p>
        </w:tc>
        <w:tc>
          <w:tcPr>
            <w:tcW w:w="1872" w:type="dxa"/>
            <w:shd w:val="clear" w:color="auto" w:fill="FFFFFF"/>
            <w:tcMar>
              <w:top w:w="100" w:type="dxa"/>
              <w:left w:w="150" w:type="dxa"/>
              <w:bottom w:w="100" w:type="dxa"/>
              <w:right w:w="150" w:type="dxa"/>
            </w:tcMar>
          </w:tcPr>
          <w:p w14:paraId="799B083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1.25</w:t>
            </w:r>
          </w:p>
        </w:tc>
      </w:tr>
      <w:tr w:rsidR="00523531" w:rsidRPr="00571BA6" w14:paraId="7CBE6160" w14:textId="77777777">
        <w:trPr>
          <w:jc w:val="center"/>
        </w:trPr>
        <w:tc>
          <w:tcPr>
            <w:tcW w:w="1872" w:type="dxa"/>
            <w:shd w:val="clear" w:color="auto" w:fill="FFEBEE"/>
            <w:tcMar>
              <w:top w:w="100" w:type="dxa"/>
              <w:left w:w="150" w:type="dxa"/>
              <w:bottom w:w="100" w:type="dxa"/>
              <w:right w:w="150" w:type="dxa"/>
            </w:tcMar>
          </w:tcPr>
          <w:p w14:paraId="78238C9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w:t>
            </w:r>
          </w:p>
        </w:tc>
        <w:tc>
          <w:tcPr>
            <w:tcW w:w="1872" w:type="dxa"/>
            <w:shd w:val="clear" w:color="auto" w:fill="FFEBEE"/>
            <w:tcMar>
              <w:top w:w="100" w:type="dxa"/>
              <w:left w:w="150" w:type="dxa"/>
              <w:bottom w:w="100" w:type="dxa"/>
              <w:right w:w="150" w:type="dxa"/>
            </w:tcMar>
          </w:tcPr>
          <w:p w14:paraId="06D5654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S3: Bölümümüzün bilgisayar </w:t>
            </w:r>
            <w:r w:rsidRPr="00571BA6">
              <w:rPr>
                <w:rFonts w:ascii="Times New Roman" w:hAnsi="Times New Roman" w:cs="Times New Roman"/>
                <w:sz w:val="24"/>
                <w:szCs w:val="24"/>
                <w:lang w:val="tr-TR"/>
              </w:rPr>
              <w:lastRenderedPageBreak/>
              <w:t>laboratuvarlarını donanım açısından nasıl buluyorsunuz?</w:t>
            </w:r>
          </w:p>
        </w:tc>
        <w:tc>
          <w:tcPr>
            <w:tcW w:w="1872" w:type="dxa"/>
            <w:shd w:val="clear" w:color="auto" w:fill="FFEBEE"/>
            <w:tcMar>
              <w:top w:w="100" w:type="dxa"/>
              <w:left w:w="150" w:type="dxa"/>
              <w:bottom w:w="100" w:type="dxa"/>
              <w:right w:w="150" w:type="dxa"/>
            </w:tcMar>
          </w:tcPr>
          <w:p w14:paraId="439C434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2.37</w:t>
            </w:r>
          </w:p>
        </w:tc>
        <w:tc>
          <w:tcPr>
            <w:tcW w:w="1872" w:type="dxa"/>
            <w:shd w:val="clear" w:color="auto" w:fill="FFEBEE"/>
            <w:tcMar>
              <w:top w:w="100" w:type="dxa"/>
              <w:left w:w="150" w:type="dxa"/>
              <w:bottom w:w="100" w:type="dxa"/>
              <w:right w:w="150" w:type="dxa"/>
            </w:tcMar>
          </w:tcPr>
          <w:p w14:paraId="5CCD710D"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%57.5</w:t>
            </w:r>
            <w:proofErr w:type="gramEnd"/>
          </w:p>
        </w:tc>
        <w:tc>
          <w:tcPr>
            <w:tcW w:w="1872" w:type="dxa"/>
            <w:shd w:val="clear" w:color="auto" w:fill="FFEBEE"/>
            <w:tcMar>
              <w:top w:w="100" w:type="dxa"/>
              <w:left w:w="150" w:type="dxa"/>
              <w:bottom w:w="100" w:type="dxa"/>
              <w:right w:w="150" w:type="dxa"/>
            </w:tcMar>
          </w:tcPr>
          <w:p w14:paraId="5076E866"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1.28</w:t>
            </w:r>
          </w:p>
        </w:tc>
      </w:tr>
      <w:tr w:rsidR="00523531" w:rsidRPr="00571BA6" w14:paraId="0D940C5E" w14:textId="77777777">
        <w:trPr>
          <w:jc w:val="center"/>
        </w:trPr>
        <w:tc>
          <w:tcPr>
            <w:tcW w:w="1872" w:type="dxa"/>
            <w:shd w:val="clear" w:color="auto" w:fill="FFFFFF"/>
            <w:tcMar>
              <w:top w:w="100" w:type="dxa"/>
              <w:left w:w="150" w:type="dxa"/>
              <w:bottom w:w="100" w:type="dxa"/>
              <w:right w:w="150" w:type="dxa"/>
            </w:tcMar>
          </w:tcPr>
          <w:p w14:paraId="2EAA954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3</w:t>
            </w:r>
          </w:p>
        </w:tc>
        <w:tc>
          <w:tcPr>
            <w:tcW w:w="1872" w:type="dxa"/>
            <w:shd w:val="clear" w:color="auto" w:fill="FFFFFF"/>
            <w:tcMar>
              <w:top w:w="100" w:type="dxa"/>
              <w:left w:w="150" w:type="dxa"/>
              <w:bottom w:w="100" w:type="dxa"/>
              <w:right w:w="150" w:type="dxa"/>
            </w:tcMar>
          </w:tcPr>
          <w:p w14:paraId="612E03A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S4: Bölümümüzün bilgisayar laboratuvarlarını yazılım açısından nasıl buluyorsunuz?</w:t>
            </w:r>
          </w:p>
        </w:tc>
        <w:tc>
          <w:tcPr>
            <w:tcW w:w="1872" w:type="dxa"/>
            <w:shd w:val="clear" w:color="auto" w:fill="FFFFFF"/>
            <w:tcMar>
              <w:top w:w="100" w:type="dxa"/>
              <w:left w:w="150" w:type="dxa"/>
              <w:bottom w:w="100" w:type="dxa"/>
              <w:right w:w="150" w:type="dxa"/>
            </w:tcMar>
          </w:tcPr>
          <w:p w14:paraId="3D4E503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2.39</w:t>
            </w:r>
          </w:p>
        </w:tc>
        <w:tc>
          <w:tcPr>
            <w:tcW w:w="1872" w:type="dxa"/>
            <w:shd w:val="clear" w:color="auto" w:fill="FFFFFF"/>
            <w:tcMar>
              <w:top w:w="100" w:type="dxa"/>
              <w:left w:w="150" w:type="dxa"/>
              <w:bottom w:w="100" w:type="dxa"/>
              <w:right w:w="150" w:type="dxa"/>
            </w:tcMar>
          </w:tcPr>
          <w:p w14:paraId="006748B0"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%56.7</w:t>
            </w:r>
            <w:proofErr w:type="gramEnd"/>
          </w:p>
        </w:tc>
        <w:tc>
          <w:tcPr>
            <w:tcW w:w="1872" w:type="dxa"/>
            <w:shd w:val="clear" w:color="auto" w:fill="FFFFFF"/>
            <w:tcMar>
              <w:top w:w="100" w:type="dxa"/>
              <w:left w:w="150" w:type="dxa"/>
              <w:bottom w:w="100" w:type="dxa"/>
              <w:right w:w="150" w:type="dxa"/>
            </w:tcMar>
          </w:tcPr>
          <w:p w14:paraId="155C361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1.28</w:t>
            </w:r>
          </w:p>
        </w:tc>
      </w:tr>
      <w:tr w:rsidR="00523531" w:rsidRPr="00571BA6" w14:paraId="04A810F6" w14:textId="77777777">
        <w:trPr>
          <w:jc w:val="center"/>
        </w:trPr>
        <w:tc>
          <w:tcPr>
            <w:tcW w:w="1872" w:type="dxa"/>
            <w:shd w:val="clear" w:color="auto" w:fill="FFEBEE"/>
            <w:tcMar>
              <w:top w:w="100" w:type="dxa"/>
              <w:left w:w="150" w:type="dxa"/>
              <w:bottom w:w="100" w:type="dxa"/>
              <w:right w:w="150" w:type="dxa"/>
            </w:tcMar>
          </w:tcPr>
          <w:p w14:paraId="03AB253C"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4</w:t>
            </w:r>
          </w:p>
        </w:tc>
        <w:tc>
          <w:tcPr>
            <w:tcW w:w="1872" w:type="dxa"/>
            <w:shd w:val="clear" w:color="auto" w:fill="FFEBEE"/>
            <w:tcMar>
              <w:top w:w="100" w:type="dxa"/>
              <w:left w:w="150" w:type="dxa"/>
              <w:bottom w:w="100" w:type="dxa"/>
              <w:right w:w="150" w:type="dxa"/>
            </w:tcMar>
          </w:tcPr>
          <w:p w14:paraId="57C0257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S7: Bölümümüzdeki bilgisayar laboratuvarlarının öğrenci kapasitesini nasıl değerlendiriyorsunuz?</w:t>
            </w:r>
          </w:p>
        </w:tc>
        <w:tc>
          <w:tcPr>
            <w:tcW w:w="1872" w:type="dxa"/>
            <w:shd w:val="clear" w:color="auto" w:fill="FFEBEE"/>
            <w:tcMar>
              <w:top w:w="100" w:type="dxa"/>
              <w:left w:w="150" w:type="dxa"/>
              <w:bottom w:w="100" w:type="dxa"/>
              <w:right w:w="150" w:type="dxa"/>
            </w:tcMar>
          </w:tcPr>
          <w:p w14:paraId="016A8B94"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2.45</w:t>
            </w:r>
          </w:p>
        </w:tc>
        <w:tc>
          <w:tcPr>
            <w:tcW w:w="1872" w:type="dxa"/>
            <w:shd w:val="clear" w:color="auto" w:fill="FFEBEE"/>
            <w:tcMar>
              <w:top w:w="100" w:type="dxa"/>
              <w:left w:w="150" w:type="dxa"/>
              <w:bottom w:w="100" w:type="dxa"/>
              <w:right w:w="150" w:type="dxa"/>
            </w:tcMar>
          </w:tcPr>
          <w:p w14:paraId="6F7952AD"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%50.4</w:t>
            </w:r>
            <w:proofErr w:type="gramEnd"/>
          </w:p>
        </w:tc>
        <w:tc>
          <w:tcPr>
            <w:tcW w:w="1872" w:type="dxa"/>
            <w:shd w:val="clear" w:color="auto" w:fill="FFEBEE"/>
            <w:tcMar>
              <w:top w:w="100" w:type="dxa"/>
              <w:left w:w="150" w:type="dxa"/>
              <w:bottom w:w="100" w:type="dxa"/>
              <w:right w:w="150" w:type="dxa"/>
            </w:tcMar>
          </w:tcPr>
          <w:p w14:paraId="1C65B39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1.24</w:t>
            </w:r>
          </w:p>
        </w:tc>
      </w:tr>
      <w:tr w:rsidR="00523531" w:rsidRPr="00571BA6" w14:paraId="360479F4" w14:textId="77777777">
        <w:trPr>
          <w:jc w:val="center"/>
        </w:trPr>
        <w:tc>
          <w:tcPr>
            <w:tcW w:w="1872" w:type="dxa"/>
            <w:shd w:val="clear" w:color="auto" w:fill="FFFFFF"/>
            <w:tcMar>
              <w:top w:w="100" w:type="dxa"/>
              <w:left w:w="150" w:type="dxa"/>
              <w:bottom w:w="100" w:type="dxa"/>
              <w:right w:w="150" w:type="dxa"/>
            </w:tcMar>
          </w:tcPr>
          <w:p w14:paraId="3E9F641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5</w:t>
            </w:r>
          </w:p>
        </w:tc>
        <w:tc>
          <w:tcPr>
            <w:tcW w:w="1872" w:type="dxa"/>
            <w:shd w:val="clear" w:color="auto" w:fill="FFFFFF"/>
            <w:tcMar>
              <w:top w:w="100" w:type="dxa"/>
              <w:left w:w="150" w:type="dxa"/>
              <w:bottom w:w="100" w:type="dxa"/>
              <w:right w:w="150" w:type="dxa"/>
            </w:tcMar>
          </w:tcPr>
          <w:p w14:paraId="03CEAA9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S5: Bölümümüzün bilgisayar laboratuvarlarını internet hızı açısından nasıl buluyorsunuz?</w:t>
            </w:r>
          </w:p>
        </w:tc>
        <w:tc>
          <w:tcPr>
            <w:tcW w:w="1872" w:type="dxa"/>
            <w:shd w:val="clear" w:color="auto" w:fill="FFFFFF"/>
            <w:tcMar>
              <w:top w:w="100" w:type="dxa"/>
              <w:left w:w="150" w:type="dxa"/>
              <w:bottom w:w="100" w:type="dxa"/>
              <w:right w:w="150" w:type="dxa"/>
            </w:tcMar>
          </w:tcPr>
          <w:p w14:paraId="2A72D7C5"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2.52</w:t>
            </w:r>
          </w:p>
        </w:tc>
        <w:tc>
          <w:tcPr>
            <w:tcW w:w="1872" w:type="dxa"/>
            <w:shd w:val="clear" w:color="auto" w:fill="FFFFFF"/>
            <w:tcMar>
              <w:top w:w="100" w:type="dxa"/>
              <w:left w:w="150" w:type="dxa"/>
              <w:bottom w:w="100" w:type="dxa"/>
              <w:right w:w="150" w:type="dxa"/>
            </w:tcMar>
          </w:tcPr>
          <w:p w14:paraId="12CC588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%52.7</w:t>
            </w:r>
            <w:proofErr w:type="gramEnd"/>
          </w:p>
        </w:tc>
        <w:tc>
          <w:tcPr>
            <w:tcW w:w="1872" w:type="dxa"/>
            <w:shd w:val="clear" w:color="auto" w:fill="FFFFFF"/>
            <w:tcMar>
              <w:top w:w="100" w:type="dxa"/>
              <w:left w:w="150" w:type="dxa"/>
              <w:bottom w:w="100" w:type="dxa"/>
              <w:right w:w="150" w:type="dxa"/>
            </w:tcMar>
          </w:tcPr>
          <w:p w14:paraId="446D73E9"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1.33</w:t>
            </w:r>
          </w:p>
        </w:tc>
      </w:tr>
      <w:tr w:rsidR="00523531" w:rsidRPr="00571BA6" w14:paraId="6A0DC336" w14:textId="77777777">
        <w:trPr>
          <w:jc w:val="center"/>
        </w:trPr>
        <w:tc>
          <w:tcPr>
            <w:tcW w:w="1872" w:type="dxa"/>
            <w:shd w:val="clear" w:color="auto" w:fill="FFEBEE"/>
            <w:tcMar>
              <w:top w:w="100" w:type="dxa"/>
              <w:left w:w="150" w:type="dxa"/>
              <w:bottom w:w="100" w:type="dxa"/>
              <w:right w:w="150" w:type="dxa"/>
            </w:tcMar>
          </w:tcPr>
          <w:p w14:paraId="64C743F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6</w:t>
            </w:r>
          </w:p>
        </w:tc>
        <w:tc>
          <w:tcPr>
            <w:tcW w:w="1872" w:type="dxa"/>
            <w:shd w:val="clear" w:color="auto" w:fill="FFEBEE"/>
            <w:tcMar>
              <w:top w:w="100" w:type="dxa"/>
              <w:left w:w="150" w:type="dxa"/>
              <w:bottom w:w="100" w:type="dxa"/>
              <w:right w:w="150" w:type="dxa"/>
            </w:tcMar>
          </w:tcPr>
          <w:p w14:paraId="4B87D2D1"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S8: Bölümümüzdeki bilgisayar laboratuvarlarında bulunan teknik eleman desteğini nasıl buluyorsunuz?</w:t>
            </w:r>
          </w:p>
        </w:tc>
        <w:tc>
          <w:tcPr>
            <w:tcW w:w="1872" w:type="dxa"/>
            <w:shd w:val="clear" w:color="auto" w:fill="FFEBEE"/>
            <w:tcMar>
              <w:top w:w="100" w:type="dxa"/>
              <w:left w:w="150" w:type="dxa"/>
              <w:bottom w:w="100" w:type="dxa"/>
              <w:right w:w="150" w:type="dxa"/>
            </w:tcMar>
          </w:tcPr>
          <w:p w14:paraId="34AF859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2.56</w:t>
            </w:r>
          </w:p>
        </w:tc>
        <w:tc>
          <w:tcPr>
            <w:tcW w:w="1872" w:type="dxa"/>
            <w:shd w:val="clear" w:color="auto" w:fill="FFEBEE"/>
            <w:tcMar>
              <w:top w:w="100" w:type="dxa"/>
              <w:left w:w="150" w:type="dxa"/>
              <w:bottom w:w="100" w:type="dxa"/>
              <w:right w:w="150" w:type="dxa"/>
            </w:tcMar>
          </w:tcPr>
          <w:p w14:paraId="4CA43696"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%47.2</w:t>
            </w:r>
            <w:proofErr w:type="gramEnd"/>
          </w:p>
        </w:tc>
        <w:tc>
          <w:tcPr>
            <w:tcW w:w="1872" w:type="dxa"/>
            <w:shd w:val="clear" w:color="auto" w:fill="FFEBEE"/>
            <w:tcMar>
              <w:top w:w="100" w:type="dxa"/>
              <w:left w:w="150" w:type="dxa"/>
              <w:bottom w:w="100" w:type="dxa"/>
              <w:right w:w="150" w:type="dxa"/>
            </w:tcMar>
          </w:tcPr>
          <w:p w14:paraId="52CEFEB2"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1.29</w:t>
            </w:r>
          </w:p>
        </w:tc>
      </w:tr>
      <w:tr w:rsidR="00523531" w:rsidRPr="00571BA6" w14:paraId="2A4CBDD8" w14:textId="77777777">
        <w:trPr>
          <w:jc w:val="center"/>
        </w:trPr>
        <w:tc>
          <w:tcPr>
            <w:tcW w:w="1872" w:type="dxa"/>
            <w:shd w:val="clear" w:color="auto" w:fill="FFFFFF"/>
            <w:tcMar>
              <w:top w:w="100" w:type="dxa"/>
              <w:left w:w="150" w:type="dxa"/>
              <w:bottom w:w="100" w:type="dxa"/>
              <w:right w:w="150" w:type="dxa"/>
            </w:tcMar>
          </w:tcPr>
          <w:p w14:paraId="2D06D29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7</w:t>
            </w:r>
          </w:p>
        </w:tc>
        <w:tc>
          <w:tcPr>
            <w:tcW w:w="1872" w:type="dxa"/>
            <w:shd w:val="clear" w:color="auto" w:fill="FFFFFF"/>
            <w:tcMar>
              <w:top w:w="100" w:type="dxa"/>
              <w:left w:w="150" w:type="dxa"/>
              <w:bottom w:w="100" w:type="dxa"/>
              <w:right w:w="150" w:type="dxa"/>
            </w:tcMar>
          </w:tcPr>
          <w:p w14:paraId="79C910B7"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S22: Fakülte kantinimizin olanaklarını nasıl değerlendiriyorsunuz?</w:t>
            </w:r>
          </w:p>
        </w:tc>
        <w:tc>
          <w:tcPr>
            <w:tcW w:w="1872" w:type="dxa"/>
            <w:shd w:val="clear" w:color="auto" w:fill="FFFFFF"/>
            <w:tcMar>
              <w:top w:w="100" w:type="dxa"/>
              <w:left w:w="150" w:type="dxa"/>
              <w:bottom w:w="100" w:type="dxa"/>
              <w:right w:w="150" w:type="dxa"/>
            </w:tcMar>
          </w:tcPr>
          <w:p w14:paraId="319328FA"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2.57</w:t>
            </w:r>
          </w:p>
        </w:tc>
        <w:tc>
          <w:tcPr>
            <w:tcW w:w="1872" w:type="dxa"/>
            <w:shd w:val="clear" w:color="auto" w:fill="FFFFFF"/>
            <w:tcMar>
              <w:top w:w="100" w:type="dxa"/>
              <w:left w:w="150" w:type="dxa"/>
              <w:bottom w:w="100" w:type="dxa"/>
              <w:right w:w="150" w:type="dxa"/>
            </w:tcMar>
          </w:tcPr>
          <w:p w14:paraId="7597D941"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%48.8</w:t>
            </w:r>
            <w:proofErr w:type="gramEnd"/>
          </w:p>
        </w:tc>
        <w:tc>
          <w:tcPr>
            <w:tcW w:w="1872" w:type="dxa"/>
            <w:shd w:val="clear" w:color="auto" w:fill="FFFFFF"/>
            <w:tcMar>
              <w:top w:w="100" w:type="dxa"/>
              <w:left w:w="150" w:type="dxa"/>
              <w:bottom w:w="100" w:type="dxa"/>
              <w:right w:w="150" w:type="dxa"/>
            </w:tcMar>
          </w:tcPr>
          <w:p w14:paraId="5D769C0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1.25</w:t>
            </w:r>
          </w:p>
        </w:tc>
      </w:tr>
      <w:tr w:rsidR="00523531" w:rsidRPr="00571BA6" w14:paraId="042A4D68" w14:textId="77777777">
        <w:trPr>
          <w:jc w:val="center"/>
        </w:trPr>
        <w:tc>
          <w:tcPr>
            <w:tcW w:w="1872" w:type="dxa"/>
            <w:shd w:val="clear" w:color="auto" w:fill="FFEBEE"/>
            <w:tcMar>
              <w:top w:w="100" w:type="dxa"/>
              <w:left w:w="150" w:type="dxa"/>
              <w:bottom w:w="100" w:type="dxa"/>
              <w:right w:w="150" w:type="dxa"/>
            </w:tcMar>
          </w:tcPr>
          <w:p w14:paraId="5D1BC04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8</w:t>
            </w:r>
          </w:p>
        </w:tc>
        <w:tc>
          <w:tcPr>
            <w:tcW w:w="1872" w:type="dxa"/>
            <w:shd w:val="clear" w:color="auto" w:fill="FFEBEE"/>
            <w:tcMar>
              <w:top w:w="100" w:type="dxa"/>
              <w:left w:w="150" w:type="dxa"/>
              <w:bottom w:w="100" w:type="dxa"/>
              <w:right w:w="150" w:type="dxa"/>
            </w:tcMar>
          </w:tcPr>
          <w:p w14:paraId="0CABBE6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S30: Üniversitemizin sağladığı yurtdışı eğitim olanaklarını nasıl değerlendiriyorsunuz?</w:t>
            </w:r>
          </w:p>
        </w:tc>
        <w:tc>
          <w:tcPr>
            <w:tcW w:w="1872" w:type="dxa"/>
            <w:shd w:val="clear" w:color="auto" w:fill="FFEBEE"/>
            <w:tcMar>
              <w:top w:w="100" w:type="dxa"/>
              <w:left w:w="150" w:type="dxa"/>
              <w:bottom w:w="100" w:type="dxa"/>
              <w:right w:w="150" w:type="dxa"/>
            </w:tcMar>
          </w:tcPr>
          <w:p w14:paraId="33B45D1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2.63</w:t>
            </w:r>
          </w:p>
        </w:tc>
        <w:tc>
          <w:tcPr>
            <w:tcW w:w="1872" w:type="dxa"/>
            <w:shd w:val="clear" w:color="auto" w:fill="FFEBEE"/>
            <w:tcMar>
              <w:top w:w="100" w:type="dxa"/>
              <w:left w:w="150" w:type="dxa"/>
              <w:bottom w:w="100" w:type="dxa"/>
              <w:right w:w="150" w:type="dxa"/>
            </w:tcMar>
          </w:tcPr>
          <w:p w14:paraId="296530B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%45.7</w:t>
            </w:r>
            <w:proofErr w:type="gramEnd"/>
          </w:p>
        </w:tc>
        <w:tc>
          <w:tcPr>
            <w:tcW w:w="1872" w:type="dxa"/>
            <w:shd w:val="clear" w:color="auto" w:fill="FFEBEE"/>
            <w:tcMar>
              <w:top w:w="100" w:type="dxa"/>
              <w:left w:w="150" w:type="dxa"/>
              <w:bottom w:w="100" w:type="dxa"/>
              <w:right w:w="150" w:type="dxa"/>
            </w:tcMar>
          </w:tcPr>
          <w:p w14:paraId="2A0B077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1.26</w:t>
            </w:r>
          </w:p>
        </w:tc>
      </w:tr>
      <w:tr w:rsidR="00523531" w:rsidRPr="00571BA6" w14:paraId="7167DBB9" w14:textId="77777777">
        <w:trPr>
          <w:jc w:val="center"/>
        </w:trPr>
        <w:tc>
          <w:tcPr>
            <w:tcW w:w="1872" w:type="dxa"/>
            <w:shd w:val="clear" w:color="auto" w:fill="FFFFFF"/>
            <w:tcMar>
              <w:top w:w="100" w:type="dxa"/>
              <w:left w:w="150" w:type="dxa"/>
              <w:bottom w:w="100" w:type="dxa"/>
              <w:right w:w="150" w:type="dxa"/>
            </w:tcMar>
          </w:tcPr>
          <w:p w14:paraId="65E834D8"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9</w:t>
            </w:r>
          </w:p>
        </w:tc>
        <w:tc>
          <w:tcPr>
            <w:tcW w:w="1872" w:type="dxa"/>
            <w:shd w:val="clear" w:color="auto" w:fill="FFFFFF"/>
            <w:tcMar>
              <w:top w:w="100" w:type="dxa"/>
              <w:left w:w="150" w:type="dxa"/>
              <w:bottom w:w="100" w:type="dxa"/>
              <w:right w:w="150" w:type="dxa"/>
            </w:tcMar>
          </w:tcPr>
          <w:p w14:paraId="184026C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S25: Üniversitemizin bilgisayar ve internet olanaklarını nasıl buluyorsunuz?</w:t>
            </w:r>
          </w:p>
        </w:tc>
        <w:tc>
          <w:tcPr>
            <w:tcW w:w="1872" w:type="dxa"/>
            <w:shd w:val="clear" w:color="auto" w:fill="FFFFFF"/>
            <w:tcMar>
              <w:top w:w="100" w:type="dxa"/>
              <w:left w:w="150" w:type="dxa"/>
              <w:bottom w:w="100" w:type="dxa"/>
              <w:right w:w="150" w:type="dxa"/>
            </w:tcMar>
          </w:tcPr>
          <w:p w14:paraId="701D4243"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2.67</w:t>
            </w:r>
          </w:p>
        </w:tc>
        <w:tc>
          <w:tcPr>
            <w:tcW w:w="1872" w:type="dxa"/>
            <w:shd w:val="clear" w:color="auto" w:fill="FFFFFF"/>
            <w:tcMar>
              <w:top w:w="100" w:type="dxa"/>
              <w:left w:w="150" w:type="dxa"/>
              <w:bottom w:w="100" w:type="dxa"/>
              <w:right w:w="150" w:type="dxa"/>
            </w:tcMar>
          </w:tcPr>
          <w:p w14:paraId="2D840298"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%44.9</w:t>
            </w:r>
            <w:proofErr w:type="gramEnd"/>
          </w:p>
        </w:tc>
        <w:tc>
          <w:tcPr>
            <w:tcW w:w="1872" w:type="dxa"/>
            <w:shd w:val="clear" w:color="auto" w:fill="FFFFFF"/>
            <w:tcMar>
              <w:top w:w="100" w:type="dxa"/>
              <w:left w:w="150" w:type="dxa"/>
              <w:bottom w:w="100" w:type="dxa"/>
              <w:right w:w="150" w:type="dxa"/>
            </w:tcMar>
          </w:tcPr>
          <w:p w14:paraId="3C645D9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1.26</w:t>
            </w:r>
          </w:p>
        </w:tc>
      </w:tr>
      <w:tr w:rsidR="00523531" w:rsidRPr="00571BA6" w14:paraId="337B20DB" w14:textId="77777777">
        <w:trPr>
          <w:jc w:val="center"/>
        </w:trPr>
        <w:tc>
          <w:tcPr>
            <w:tcW w:w="1872" w:type="dxa"/>
            <w:shd w:val="clear" w:color="auto" w:fill="FFEBEE"/>
            <w:tcMar>
              <w:top w:w="100" w:type="dxa"/>
              <w:left w:w="150" w:type="dxa"/>
              <w:bottom w:w="100" w:type="dxa"/>
              <w:right w:w="150" w:type="dxa"/>
            </w:tcMar>
          </w:tcPr>
          <w:p w14:paraId="38652EEF"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10</w:t>
            </w:r>
          </w:p>
        </w:tc>
        <w:tc>
          <w:tcPr>
            <w:tcW w:w="1872" w:type="dxa"/>
            <w:shd w:val="clear" w:color="auto" w:fill="FFEBEE"/>
            <w:tcMar>
              <w:top w:w="100" w:type="dxa"/>
              <w:left w:w="150" w:type="dxa"/>
              <w:bottom w:w="100" w:type="dxa"/>
              <w:right w:w="150" w:type="dxa"/>
            </w:tcMar>
          </w:tcPr>
          <w:p w14:paraId="1CC661D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S24: Üniversitemizi öğrencilere sağladığı kültürel, sanatsal ve sportif faaliyetleri açısından nasıl buluyorsunuz?</w:t>
            </w:r>
          </w:p>
        </w:tc>
        <w:tc>
          <w:tcPr>
            <w:tcW w:w="1872" w:type="dxa"/>
            <w:shd w:val="clear" w:color="auto" w:fill="FFEBEE"/>
            <w:tcMar>
              <w:top w:w="100" w:type="dxa"/>
              <w:left w:w="150" w:type="dxa"/>
              <w:bottom w:w="100" w:type="dxa"/>
              <w:right w:w="150" w:type="dxa"/>
            </w:tcMar>
          </w:tcPr>
          <w:p w14:paraId="01A5295D"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2.72</w:t>
            </w:r>
          </w:p>
        </w:tc>
        <w:tc>
          <w:tcPr>
            <w:tcW w:w="1872" w:type="dxa"/>
            <w:shd w:val="clear" w:color="auto" w:fill="FFEBEE"/>
            <w:tcMar>
              <w:top w:w="100" w:type="dxa"/>
              <w:left w:w="150" w:type="dxa"/>
              <w:bottom w:w="100" w:type="dxa"/>
              <w:right w:w="150" w:type="dxa"/>
            </w:tcMar>
          </w:tcPr>
          <w:p w14:paraId="3830929A" w14:textId="77777777" w:rsidR="00523531" w:rsidRPr="00571BA6" w:rsidRDefault="000E0075" w:rsidP="005B48AD">
            <w:pPr>
              <w:spacing w:line="360" w:lineRule="auto"/>
              <w:rPr>
                <w:rFonts w:ascii="Times New Roman" w:hAnsi="Times New Roman" w:cs="Times New Roman"/>
                <w:sz w:val="24"/>
                <w:szCs w:val="24"/>
                <w:lang w:val="tr-TR"/>
              </w:rPr>
            </w:pPr>
            <w:proofErr w:type="gramStart"/>
            <w:r w:rsidRPr="00571BA6">
              <w:rPr>
                <w:rFonts w:ascii="Times New Roman" w:hAnsi="Times New Roman" w:cs="Times New Roman"/>
                <w:sz w:val="24"/>
                <w:szCs w:val="24"/>
                <w:lang w:val="tr-TR"/>
              </w:rPr>
              <w:t>%42.5</w:t>
            </w:r>
            <w:proofErr w:type="gramEnd"/>
          </w:p>
        </w:tc>
        <w:tc>
          <w:tcPr>
            <w:tcW w:w="1872" w:type="dxa"/>
            <w:shd w:val="clear" w:color="auto" w:fill="FFEBEE"/>
            <w:tcMar>
              <w:top w:w="100" w:type="dxa"/>
              <w:left w:w="150" w:type="dxa"/>
              <w:bottom w:w="100" w:type="dxa"/>
              <w:right w:w="150" w:type="dxa"/>
            </w:tcMar>
          </w:tcPr>
          <w:p w14:paraId="3A74F22B" w14:textId="77777777"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1.22</w:t>
            </w:r>
          </w:p>
        </w:tc>
      </w:tr>
    </w:tbl>
    <w:p w14:paraId="15A8451B" w14:textId="77777777" w:rsidR="00523531" w:rsidRPr="00571BA6" w:rsidRDefault="000E0075" w:rsidP="005B48AD">
      <w:pPr>
        <w:spacing w:before="160" w:after="24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Geliştirilmesi Gereken Alanların Değerlendirilmesi:</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t xml:space="preserve">En düşük puanı alan ilk 10 madde incelendiğinde, temel sorunun teknik altyapı, bilgisayar laboratuvarları ve fiziki/sosyal olanaklar etrafında yoğunlaştığı gözlenmektedir. Bilgisayar laboratuvarlarının donanımı (S3: X̄=2.38), yazılımı (S4: X̄=2.39), etkin kullanımı (S6: X̄=2.42) ve internet hızı (S5: X̄=2.52) öğrencilerin en belirgin </w:t>
      </w:r>
      <w:proofErr w:type="gramStart"/>
      <w:r w:rsidRPr="00571BA6">
        <w:rPr>
          <w:rFonts w:ascii="Times New Roman" w:hAnsi="Times New Roman" w:cs="Times New Roman"/>
          <w:sz w:val="24"/>
          <w:szCs w:val="24"/>
          <w:lang w:val="tr-TR"/>
        </w:rPr>
        <w:t>şikayet</w:t>
      </w:r>
      <w:proofErr w:type="gramEnd"/>
      <w:r w:rsidRPr="00571BA6">
        <w:rPr>
          <w:rFonts w:ascii="Times New Roman" w:hAnsi="Times New Roman" w:cs="Times New Roman"/>
          <w:sz w:val="24"/>
          <w:szCs w:val="24"/>
          <w:lang w:val="tr-TR"/>
        </w:rPr>
        <w:t xml:space="preserve"> noktalarıdır. Havacılık sektörünün dijitalleşmiş ve yazılım odaklı yapısı (GDS, CRS, Havayolu/Havalimanı simülasyon yazılımları) göz önüne alındığında, laboratuvar eksikliği öğrencilerin mesleki donanım algısını doğrudan olumsuz etkilemektedir. Buna ek olarak kantin imkânları (S22), yurtdışı imkânları (S30) ve </w:t>
      </w:r>
      <w:r w:rsidRPr="00571BA6">
        <w:rPr>
          <w:rFonts w:ascii="Times New Roman" w:hAnsi="Times New Roman" w:cs="Times New Roman"/>
          <w:sz w:val="24"/>
          <w:szCs w:val="24"/>
          <w:lang w:val="tr-TR"/>
        </w:rPr>
        <w:lastRenderedPageBreak/>
        <w:t>kampus sosyal/sportif olanakları (S24) iyileştirme gerektiren ikincil kritik alanlar olarak öne çıkmaktadır.</w:t>
      </w:r>
    </w:p>
    <w:p w14:paraId="736FE496" w14:textId="77777777" w:rsidR="00523531" w:rsidRPr="00571BA6" w:rsidRDefault="000E0075" w:rsidP="005B48AD">
      <w:pPr>
        <w:pStyle w:val="Balk1"/>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9. SONUÇ VE GENEL AKADEMİK DEĞERLENDİRME</w:t>
      </w:r>
    </w:p>
    <w:p w14:paraId="26A14F25" w14:textId="14C321B1" w:rsidR="00523531" w:rsidRPr="00571BA6" w:rsidRDefault="000E0075" w:rsidP="005B48AD">
      <w:pPr>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2025–2026 Eğitim-Öğretim Y</w:t>
      </w:r>
      <w:r w:rsidR="00806A70">
        <w:rPr>
          <w:rFonts w:ascii="Times New Roman" w:hAnsi="Times New Roman" w:cs="Times New Roman"/>
          <w:sz w:val="24"/>
          <w:szCs w:val="24"/>
          <w:lang w:val="tr-TR"/>
        </w:rPr>
        <w:t>ılında</w:t>
      </w:r>
      <w:r w:rsidRPr="00571BA6">
        <w:rPr>
          <w:rFonts w:ascii="Times New Roman" w:hAnsi="Times New Roman" w:cs="Times New Roman"/>
          <w:sz w:val="24"/>
          <w:szCs w:val="24"/>
          <w:lang w:val="tr-TR"/>
        </w:rPr>
        <w:t xml:space="preserve"> </w:t>
      </w:r>
      <w:r w:rsidRPr="00571BA6">
        <w:rPr>
          <w:rFonts w:ascii="Times New Roman" w:hAnsi="Times New Roman" w:cs="Times New Roman"/>
          <w:sz w:val="24"/>
          <w:szCs w:val="24"/>
          <w:lang w:val="tr-TR"/>
        </w:rPr>
        <w:t>Balıkesir Üniversitesi Havacılık Yönetimi Bölümü öğrencilerinin katılımıyla gerçekleştirilen bu memnuniyet anket çalışması, bölümün mevcut durumuna dair kapsamlı, veriye dayalı ve akademik geçerliliği yüksek bir tablo sunmaktadır. Toplam 127 öğrencinin katılımıyla elde edilen 4.445 veri noktasının analizi, kurumun güçlü organizasyonel ve akademik yönleri ile müdahale gerektiren altyapısal darboğazlarını net bir şekilde ayrıştırmıştır.</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t>Araştırma bulguları bütüncül bir yaklaşımla değerlendirildiğinde, bölümün insan kaynağı ve akademik iklim boyutunda oldukça başarılı bir profil sergilediği görülmektedir. Öğretim elemanlarının niteliği, derslerdeki pedagojik yaklaşımları, öğrenci odaklı tutumları ve mesleki danışmanlık rolleri yüksek bir memnuniyet oranına (%70'in üzerinde olumlu görüş) sahiptir. Bölüm yönetimi ile öğrenciler arasındaki iletişim kanallarının açık olması, iletilen akademik ve idari sorunlara çözüm üretme iradesi, kurum içi a</w:t>
      </w:r>
      <w:r w:rsidRPr="00571BA6">
        <w:rPr>
          <w:rFonts w:ascii="Times New Roman" w:hAnsi="Times New Roman" w:cs="Times New Roman"/>
          <w:sz w:val="24"/>
          <w:szCs w:val="24"/>
          <w:lang w:val="tr-TR"/>
        </w:rPr>
        <w:t>idiyet ve güven duygusunu pekiştiren en temel faktörler olarak belirginleşmektedir.</w:t>
      </w:r>
    </w:p>
    <w:p w14:paraId="156613A3" w14:textId="77777777" w:rsidR="00523531" w:rsidRPr="00571BA6" w:rsidRDefault="000E0075" w:rsidP="005B48AD">
      <w:pPr>
        <w:spacing w:after="240"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t>Buna karşın, akademik iklimin başarısı fiziki donanım ve teknik altyapı eksiklikleri nedeniyle baskılanma riski taşımaktadır. Özellikle bilgisayar laboratuvarlarının hem donanımsal hem de yazılımsal açıdan yetersiz bulunması, günümüz havacılık yönetimi eğitim standartları açısından önemli bir açık oluşturmaktadır. Havacılık endüstrisinin küresel düzeyde yüksek teknoloji ve entegre bilişim sistemleri (rezervasyon, operasyon planlama, slot yönetimi, DCS vb.) kullandığı dikkate alındığında, öğrencilerin pratik</w:t>
      </w:r>
      <w:r w:rsidRPr="00571BA6">
        <w:rPr>
          <w:rFonts w:ascii="Times New Roman" w:hAnsi="Times New Roman" w:cs="Times New Roman"/>
          <w:sz w:val="24"/>
          <w:szCs w:val="24"/>
          <w:lang w:val="tr-TR"/>
        </w:rPr>
        <w:t xml:space="preserve"> uygulama yapabilecekleri teknik laboratuvar ortamlarına duydukları ihtiyaç hayati önemdedir.</w:t>
      </w:r>
      <w:r w:rsidRPr="00571BA6">
        <w:rPr>
          <w:rFonts w:ascii="Times New Roman" w:hAnsi="Times New Roman" w:cs="Times New Roman"/>
          <w:sz w:val="24"/>
          <w:szCs w:val="24"/>
          <w:lang w:val="tr-TR"/>
        </w:rPr>
        <w:br/>
      </w:r>
      <w:r w:rsidRPr="00571BA6">
        <w:rPr>
          <w:rFonts w:ascii="Times New Roman" w:hAnsi="Times New Roman" w:cs="Times New Roman"/>
          <w:sz w:val="24"/>
          <w:szCs w:val="24"/>
          <w:lang w:val="tr-TR"/>
        </w:rPr>
        <w:br/>
        <w:t>Özetle, Havacılık Yönetimi Bölümü akademik kadrosu ve eğitim-öğretim yaklaşımıyla sağlam bir temele sahip olup, fiziksel donanım, laboratuvar ve sosyal olanaklar boyutunda gerçekleştirilecek nitelikli yatırımlarla memnuniyet ve eğitim kalitesini üst seviyelere çıkarma potansiyeline sahiptir.</w:t>
      </w:r>
    </w:p>
    <w:p w14:paraId="080C1BDA" w14:textId="77777777" w:rsidR="00523531" w:rsidRPr="00571BA6" w:rsidRDefault="000E0075" w:rsidP="005B48AD">
      <w:pPr>
        <w:pStyle w:val="Balk1"/>
        <w:spacing w:line="360" w:lineRule="auto"/>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10. ÖNERİLER VE KALİTE İYİLEŞTİRME EYLEM PLANLARI</w:t>
      </w:r>
    </w:p>
    <w:p w14:paraId="5395202F"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1. Bilgisayar Laboratuvar Donanımlarının Yenilenmesi: Laboratuvarda yer alan bilgisayarların teknik kapasitesi güncellenmeli ve yetersiz cihazlar modern donanımlarla değiştirilmelidir.</w:t>
      </w:r>
    </w:p>
    <w:p w14:paraId="1B008870"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2. Sektörel Yazılımların Entegrasyonu: Havacılık sektöründe aktif kullanılan CRS/GDS (Amadeus, </w:t>
      </w:r>
      <w:proofErr w:type="spellStart"/>
      <w:r w:rsidRPr="00571BA6">
        <w:rPr>
          <w:rFonts w:ascii="Times New Roman" w:hAnsi="Times New Roman" w:cs="Times New Roman"/>
          <w:sz w:val="24"/>
          <w:szCs w:val="24"/>
          <w:lang w:val="tr-TR"/>
        </w:rPr>
        <w:t>Sabre</w:t>
      </w:r>
      <w:proofErr w:type="spellEnd"/>
      <w:r w:rsidRPr="00571BA6">
        <w:rPr>
          <w:rFonts w:ascii="Times New Roman" w:hAnsi="Times New Roman" w:cs="Times New Roman"/>
          <w:sz w:val="24"/>
          <w:szCs w:val="24"/>
          <w:lang w:val="tr-TR"/>
        </w:rPr>
        <w:t xml:space="preserve"> vb.) ve havalimanı/havayolu yönetim simülasyon yazılımları temin edilerek ders müfredatlarına dahil edilmelidir.</w:t>
      </w:r>
    </w:p>
    <w:p w14:paraId="7E7EF099"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 xml:space="preserve">3. İnternet ve Ağ Altyapısının Güçlendirilmesi: Laboratuvar ve fakülte genelindeki </w:t>
      </w:r>
      <w:proofErr w:type="spellStart"/>
      <w:r w:rsidRPr="00571BA6">
        <w:rPr>
          <w:rFonts w:ascii="Times New Roman" w:hAnsi="Times New Roman" w:cs="Times New Roman"/>
          <w:sz w:val="24"/>
          <w:szCs w:val="24"/>
          <w:lang w:val="tr-TR"/>
        </w:rPr>
        <w:t>Wi</w:t>
      </w:r>
      <w:proofErr w:type="spellEnd"/>
      <w:r w:rsidRPr="00571BA6">
        <w:rPr>
          <w:rFonts w:ascii="Times New Roman" w:hAnsi="Times New Roman" w:cs="Times New Roman"/>
          <w:sz w:val="24"/>
          <w:szCs w:val="24"/>
          <w:lang w:val="tr-TR"/>
        </w:rPr>
        <w:t>-Fi ile kablolu internet erişim hızı ve bant genişliği artırılmalıdır.</w:t>
      </w:r>
    </w:p>
    <w:p w14:paraId="66E11B76"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4. Laboratuvar Teknik Personel Desteği: Laboratuvarda yaşanacak donanımsal ve yazılımsal sorunlara anında müdahale edebilecek yetkin bir teknik eleman görevlendirilmelidir.</w:t>
      </w:r>
    </w:p>
    <w:p w14:paraId="64E75DB3"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5. Derslik Fiziki Koşullarının İyileştirilmesi: Dersliklerin iklimlendirme, aydınlatma, projeksiyon ve ses sistemleri düzenli bakımdan geçirilmeli, eksikler giderilmelidir.</w:t>
      </w:r>
    </w:p>
    <w:p w14:paraId="1B028215"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6. Ders Notu ve Kaynak Yeterliliğinin Artırılması: Ders dokümanları dijital ortamlarda (LMS/OBS) zenginleştirilmeli, güncel Türkçe ve İngilizce havacılık literatürüne erişim kolaylaştırılmalıdır.</w:t>
      </w:r>
    </w:p>
    <w:p w14:paraId="4A45223D"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7. Seçmeli Ders Havuzunun Çeşitlendirilmesi: Öğrencilerin mesleki ilgi alanlarına yönelik alan içi ve alan dışı seçmeli ders seçenekleri nitelik ve sayı bakımından zenginleştirilmelidir.</w:t>
      </w:r>
    </w:p>
    <w:p w14:paraId="593F6A5B"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8. Yabancı Dil Eğitimi Müfredatının Desteklenmesi: Havacılık İngilizcesi ve mesleki yabancı dil ders saatleri artırılmalı, konuşma pratiklerini destekleyecek kulüp çalışmaları teşvik edilmelidir.</w:t>
      </w:r>
    </w:p>
    <w:p w14:paraId="70E009FC"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9. Kariyer Etkinlikleri ve Sektör Buluşmaları: Sektör temsilcilerinin, havayolu ve havalimanı yöneticilerinin davet edildiği kariyer günleri, seminer ve panellerin sıklığı artırılmalıdır.</w:t>
      </w:r>
    </w:p>
    <w:p w14:paraId="5DEBFC16"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10. Erasmus ve Yurtdışı Olanaklarının Görünürlüğü: Yurtdışı değişim programları, Erasmus+ hibeleri ve başvuru süreçleri hakkında öğrencilere yönelik düzenli bilgilendirme toplantıları yapılmalıdır.</w:t>
      </w:r>
    </w:p>
    <w:p w14:paraId="4132B56E"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11. Staj ve İşe Yerleştirme Desteği: Sektörün önde gelen havacılık kurumları ile kurumsal iş birliği protokolleri (MOU) imzalanarak öğrencilere zorunlu/gönüllü staj imkânları genişletilmelidir.</w:t>
      </w:r>
    </w:p>
    <w:p w14:paraId="516703D8"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lastRenderedPageBreak/>
        <w:t>12. Fakülte Kantin Hizmetlerinin İyileştirilmesi: Kantinde sunulan ürün çeşitliliği, kalitesi, hijyen şartları ve fiyat politikaları fakülte yönetimi tarafından düzenli olarak denetlenmelidir.</w:t>
      </w:r>
    </w:p>
    <w:p w14:paraId="780B48DC"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13. Kampüs Sosyal ve Sportif Alanlarının Geliştirilmesi: Öğrencilerin ders dışı zamanlarını verimli geçirebilecekleri sosyal, kültürel ve sportif kulüp faaliyetleri idari olarak desteklenmelidir.</w:t>
      </w:r>
    </w:p>
    <w:p w14:paraId="63F7267E"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14. Akademik Danışmanlık Görüşmelerinin Periyodik Yapılması: Danışmanlık görüşmeleri sadece ders kaydı dönemleriyle sınırlı kalmayıp, dönem içinde de planlı akademik takip görüşmeleri şeklinde sürdürülmelidir.</w:t>
      </w:r>
    </w:p>
    <w:p w14:paraId="1B8C924F" w14:textId="77777777" w:rsidR="00523531" w:rsidRPr="00571BA6" w:rsidRDefault="000E0075" w:rsidP="005B48AD">
      <w:pPr>
        <w:spacing w:after="80" w:line="360" w:lineRule="auto"/>
        <w:ind w:left="288"/>
        <w:rPr>
          <w:rFonts w:ascii="Times New Roman" w:hAnsi="Times New Roman" w:cs="Times New Roman"/>
          <w:sz w:val="24"/>
          <w:szCs w:val="24"/>
          <w:lang w:val="tr-TR"/>
        </w:rPr>
      </w:pPr>
      <w:r w:rsidRPr="00571BA6">
        <w:rPr>
          <w:rFonts w:ascii="Times New Roman" w:hAnsi="Times New Roman" w:cs="Times New Roman"/>
          <w:sz w:val="24"/>
          <w:szCs w:val="24"/>
          <w:lang w:val="tr-TR"/>
        </w:rPr>
        <w:t>15. Öğrenci Geri Bildirim Sisteminin Sürekliliği: Memnuniyet anketleri her dönem sonunda düzenli uygulanmalı, elde edilen veriler Kalite Komisyonu tarafından izlenerek PUKÖ (Planla-Uygula-Kontrol Et-Önlem Al) döngüsü işletilmelidir.</w:t>
      </w:r>
    </w:p>
    <w:sectPr w:rsidR="00523531" w:rsidRPr="00571BA6"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1899396279">
    <w:abstractNumId w:val="8"/>
  </w:num>
  <w:num w:numId="2" w16cid:durableId="1878351597">
    <w:abstractNumId w:val="6"/>
  </w:num>
  <w:num w:numId="3" w16cid:durableId="638609469">
    <w:abstractNumId w:val="5"/>
  </w:num>
  <w:num w:numId="4" w16cid:durableId="662003042">
    <w:abstractNumId w:val="4"/>
  </w:num>
  <w:num w:numId="5" w16cid:durableId="169027209">
    <w:abstractNumId w:val="7"/>
  </w:num>
  <w:num w:numId="6" w16cid:durableId="1958171011">
    <w:abstractNumId w:val="3"/>
  </w:num>
  <w:num w:numId="7" w16cid:durableId="376397745">
    <w:abstractNumId w:val="2"/>
  </w:num>
  <w:num w:numId="8" w16cid:durableId="446969764">
    <w:abstractNumId w:val="1"/>
  </w:num>
  <w:num w:numId="9" w16cid:durableId="1305744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0075"/>
    <w:rsid w:val="0015074B"/>
    <w:rsid w:val="0029639D"/>
    <w:rsid w:val="002B755B"/>
    <w:rsid w:val="00326F90"/>
    <w:rsid w:val="00523531"/>
    <w:rsid w:val="00571BA6"/>
    <w:rsid w:val="005B48AD"/>
    <w:rsid w:val="005E6EDA"/>
    <w:rsid w:val="007904A0"/>
    <w:rsid w:val="007D66CE"/>
    <w:rsid w:val="00806A70"/>
    <w:rsid w:val="00AA1D8D"/>
    <w:rsid w:val="00B47730"/>
    <w:rsid w:val="00BC0005"/>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5B522B3"/>
  <w14:defaultImageDpi w14:val="300"/>
  <w15:docId w15:val="{8E371A8D-C35B-4BF1-9ABF-C2E9048DCA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333333"/>
      <w:sz w:val="21"/>
    </w:rPr>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1B365D"/>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2B547E"/>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9" Type="http://schemas.openxmlformats.org/officeDocument/2006/relationships/image" Target="media/image34.png"/><Relationship Id="rId21" Type="http://schemas.openxmlformats.org/officeDocument/2006/relationships/image" Target="media/image16.png"/><Relationship Id="rId34" Type="http://schemas.openxmlformats.org/officeDocument/2006/relationships/image" Target="media/image29.png"/><Relationship Id="rId42"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image" Target="media/image27.png"/><Relationship Id="rId37" Type="http://schemas.openxmlformats.org/officeDocument/2006/relationships/image" Target="media/image32.png"/><Relationship Id="rId40" Type="http://schemas.openxmlformats.org/officeDocument/2006/relationships/image" Target="media/image35.png"/><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png"/><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30.png"/><Relationship Id="rId8" Type="http://schemas.openxmlformats.org/officeDocument/2006/relationships/image" Target="media/image3.png"/><Relationship Id="rId3" Type="http://schemas.openxmlformats.org/officeDocument/2006/relationships/styles" Target="styles.xml"/><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6206</Words>
  <Characters>35380</Characters>
  <Application>Microsoft Office Word</Application>
  <DocSecurity>0</DocSecurity>
  <Lines>294</Lines>
  <Paragraphs>83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41503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Gülaçtı Fındık</cp:lastModifiedBy>
  <cp:revision>2</cp:revision>
  <dcterms:created xsi:type="dcterms:W3CDTF">2026-08-03T13:17:00Z</dcterms:created>
  <dcterms:modified xsi:type="dcterms:W3CDTF">2026-08-03T13:17:00Z</dcterms:modified>
  <cp:category/>
</cp:coreProperties>
</file>