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4EBF" w14:textId="77777777" w:rsidR="00CA7303" w:rsidRPr="00E43475" w:rsidRDefault="00752C2D">
      <w:pPr>
        <w:spacing w:after="0"/>
        <w:ind w:left="-1419" w:right="10490"/>
      </w:pPr>
      <w:r w:rsidRPr="00E43475">
        <w:rPr>
          <w:noProof/>
        </w:rPr>
        <mc:AlternateContent>
          <mc:Choice Requires="wpg">
            <w:drawing>
              <wp:anchor distT="0" distB="0" distL="114300" distR="114300" simplePos="0" relativeHeight="251658240" behindDoc="0" locked="0" layoutInCell="1" allowOverlap="1" wp14:anchorId="55705F0C" wp14:editId="30BA9441">
                <wp:simplePos x="0" y="0"/>
                <wp:positionH relativeFrom="page">
                  <wp:posOffset>0</wp:posOffset>
                </wp:positionH>
                <wp:positionV relativeFrom="page">
                  <wp:posOffset>0</wp:posOffset>
                </wp:positionV>
                <wp:extent cx="7559710" cy="10692382"/>
                <wp:effectExtent l="0" t="0" r="3175" b="0"/>
                <wp:wrapTopAndBottom/>
                <wp:docPr id="37857" name="Group 37857"/>
                <wp:cNvGraphicFramePr/>
                <a:graphic xmlns:a="http://schemas.openxmlformats.org/drawingml/2006/main">
                  <a:graphicData uri="http://schemas.microsoft.com/office/word/2010/wordprocessingGroup">
                    <wpg:wgp>
                      <wpg:cNvGrpSpPr/>
                      <wpg:grpSpPr>
                        <a:xfrm>
                          <a:off x="0" y="0"/>
                          <a:ext cx="7559710" cy="10692382"/>
                          <a:chOff x="0" y="0"/>
                          <a:chExt cx="7559710" cy="10692382"/>
                        </a:xfrm>
                      </wpg:grpSpPr>
                      <wps:wsp>
                        <wps:cNvPr id="6" name="Rectangle 6"/>
                        <wps:cNvSpPr/>
                        <wps:spPr>
                          <a:xfrm>
                            <a:off x="900989" y="9462244"/>
                            <a:ext cx="51841" cy="175277"/>
                          </a:xfrm>
                          <a:prstGeom prst="rect">
                            <a:avLst/>
                          </a:prstGeom>
                          <a:ln>
                            <a:noFill/>
                          </a:ln>
                        </wps:spPr>
                        <wps:txbx>
                          <w:txbxContent>
                            <w:p w14:paraId="68332849" w14:textId="77777777" w:rsidR="0066682C" w:rsidRPr="00E43475" w:rsidRDefault="0066682C">
                              <w:r w:rsidRPr="00E43475">
                                <w:rPr>
                                  <w:rFonts w:ascii="Arial" w:eastAsia="Arial" w:hAnsi="Arial" w:cs="Arial"/>
                                </w:rPr>
                                <w:t xml:space="preserve"> </w:t>
                              </w:r>
                            </w:p>
                          </w:txbxContent>
                        </wps:txbx>
                        <wps:bodyPr horzOverflow="overflow" vert="horz" lIns="0" tIns="0" rIns="0" bIns="0" rtlCol="0">
                          <a:noAutofit/>
                        </wps:bodyPr>
                      </wps:wsp>
                      <wps:wsp>
                        <wps:cNvPr id="7" name="Rectangle 7"/>
                        <wps:cNvSpPr/>
                        <wps:spPr>
                          <a:xfrm>
                            <a:off x="2730119" y="9432668"/>
                            <a:ext cx="37855" cy="227633"/>
                          </a:xfrm>
                          <a:prstGeom prst="rect">
                            <a:avLst/>
                          </a:prstGeom>
                          <a:ln>
                            <a:noFill/>
                          </a:ln>
                        </wps:spPr>
                        <wps:txbx>
                          <w:txbxContent>
                            <w:p w14:paraId="6C1EEF08" w14:textId="77777777" w:rsidR="0066682C" w:rsidRPr="00E43475" w:rsidRDefault="0066682C">
                              <w:r w:rsidRPr="00E43475">
                                <w:t xml:space="preserve">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8"/>
                          <a:stretch>
                            <a:fillRect/>
                          </a:stretch>
                        </pic:blipFill>
                        <pic:spPr>
                          <a:xfrm>
                            <a:off x="0" y="2129409"/>
                            <a:ext cx="3568827" cy="6431026"/>
                          </a:xfrm>
                          <a:prstGeom prst="rect">
                            <a:avLst/>
                          </a:prstGeom>
                        </pic:spPr>
                      </pic:pic>
                      <wps:wsp>
                        <wps:cNvPr id="10" name="Shape 10"/>
                        <wps:cNvSpPr/>
                        <wps:spPr>
                          <a:xfrm>
                            <a:off x="0" y="7075551"/>
                            <a:ext cx="4290187" cy="3616830"/>
                          </a:xfrm>
                          <a:custGeom>
                            <a:avLst/>
                            <a:gdLst/>
                            <a:ahLst/>
                            <a:cxnLst/>
                            <a:rect l="0" t="0" r="0" b="0"/>
                            <a:pathLst>
                              <a:path w="4290187" h="3616830">
                                <a:moveTo>
                                  <a:pt x="2436368" y="0"/>
                                </a:moveTo>
                                <a:lnTo>
                                  <a:pt x="4290187" y="1853946"/>
                                </a:lnTo>
                                <a:lnTo>
                                  <a:pt x="2527302" y="3616830"/>
                                </a:lnTo>
                                <a:lnTo>
                                  <a:pt x="0" y="3616830"/>
                                </a:lnTo>
                                <a:lnTo>
                                  <a:pt x="0" y="2436457"/>
                                </a:lnTo>
                                <a:lnTo>
                                  <a:pt x="2436368"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59013" name="Shape 59013"/>
                        <wps:cNvSpPr/>
                        <wps:spPr>
                          <a:xfrm>
                            <a:off x="1421638" y="8423656"/>
                            <a:ext cx="6133593" cy="2268726"/>
                          </a:xfrm>
                          <a:custGeom>
                            <a:avLst/>
                            <a:gdLst/>
                            <a:ahLst/>
                            <a:cxnLst/>
                            <a:rect l="0" t="0" r="0" b="0"/>
                            <a:pathLst>
                              <a:path w="6133593" h="2268726">
                                <a:moveTo>
                                  <a:pt x="0" y="0"/>
                                </a:moveTo>
                                <a:lnTo>
                                  <a:pt x="6133593" y="0"/>
                                </a:lnTo>
                                <a:lnTo>
                                  <a:pt x="6133593" y="2268726"/>
                                </a:lnTo>
                                <a:lnTo>
                                  <a:pt x="0" y="2268726"/>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2" name="Shape 12"/>
                        <wps:cNvSpPr/>
                        <wps:spPr>
                          <a:xfrm>
                            <a:off x="608876" y="0"/>
                            <a:ext cx="4513796" cy="3628136"/>
                          </a:xfrm>
                          <a:custGeom>
                            <a:avLst/>
                            <a:gdLst/>
                            <a:ahLst/>
                            <a:cxnLst/>
                            <a:rect l="0" t="0" r="0" b="0"/>
                            <a:pathLst>
                              <a:path w="4513796" h="3628136">
                                <a:moveTo>
                                  <a:pt x="1976590" y="0"/>
                                </a:moveTo>
                                <a:lnTo>
                                  <a:pt x="3748367" y="0"/>
                                </a:lnTo>
                                <a:lnTo>
                                  <a:pt x="4513796" y="765556"/>
                                </a:lnTo>
                                <a:lnTo>
                                  <a:pt x="1651343" y="3628136"/>
                                </a:lnTo>
                                <a:lnTo>
                                  <a:pt x="0" y="1976627"/>
                                </a:lnTo>
                                <a:lnTo>
                                  <a:pt x="197659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59014" name="Shape 59014"/>
                        <wps:cNvSpPr/>
                        <wps:spPr>
                          <a:xfrm>
                            <a:off x="2797429" y="0"/>
                            <a:ext cx="4757801" cy="1541907"/>
                          </a:xfrm>
                          <a:custGeom>
                            <a:avLst/>
                            <a:gdLst/>
                            <a:ahLst/>
                            <a:cxnLst/>
                            <a:rect l="0" t="0" r="0" b="0"/>
                            <a:pathLst>
                              <a:path w="4757801" h="1541907">
                                <a:moveTo>
                                  <a:pt x="0" y="0"/>
                                </a:moveTo>
                                <a:lnTo>
                                  <a:pt x="4757801" y="0"/>
                                </a:lnTo>
                                <a:lnTo>
                                  <a:pt x="4757801" y="1541907"/>
                                </a:lnTo>
                                <a:lnTo>
                                  <a:pt x="0" y="1541907"/>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15" name="Picture 15"/>
                          <pic:cNvPicPr/>
                        </pic:nvPicPr>
                        <pic:blipFill>
                          <a:blip r:embed="rId9"/>
                          <a:stretch>
                            <a:fillRect/>
                          </a:stretch>
                        </pic:blipFill>
                        <pic:spPr>
                          <a:xfrm>
                            <a:off x="0" y="7079120"/>
                            <a:ext cx="2800858" cy="3282569"/>
                          </a:xfrm>
                          <a:prstGeom prst="rect">
                            <a:avLst/>
                          </a:prstGeom>
                        </pic:spPr>
                      </pic:pic>
                      <pic:pic xmlns:pic="http://schemas.openxmlformats.org/drawingml/2006/picture">
                        <pic:nvPicPr>
                          <pic:cNvPr id="17" name="Picture 17"/>
                          <pic:cNvPicPr/>
                        </pic:nvPicPr>
                        <pic:blipFill>
                          <a:blip r:embed="rId10"/>
                          <a:stretch>
                            <a:fillRect/>
                          </a:stretch>
                        </pic:blipFill>
                        <pic:spPr>
                          <a:xfrm>
                            <a:off x="608521" y="0"/>
                            <a:ext cx="2477770" cy="2267585"/>
                          </a:xfrm>
                          <a:prstGeom prst="rect">
                            <a:avLst/>
                          </a:prstGeom>
                        </pic:spPr>
                      </pic:pic>
                      <wps:wsp>
                        <wps:cNvPr id="18" name="Shape 18"/>
                        <wps:cNvSpPr/>
                        <wps:spPr>
                          <a:xfrm>
                            <a:off x="2646680" y="5934583"/>
                            <a:ext cx="1843659" cy="1843913"/>
                          </a:xfrm>
                          <a:custGeom>
                            <a:avLst/>
                            <a:gdLst/>
                            <a:ahLst/>
                            <a:cxnLst/>
                            <a:rect l="0" t="0" r="0" b="0"/>
                            <a:pathLst>
                              <a:path w="1843659" h="1843913">
                                <a:moveTo>
                                  <a:pt x="921893" y="0"/>
                                </a:moveTo>
                                <a:lnTo>
                                  <a:pt x="1843659" y="921893"/>
                                </a:lnTo>
                                <a:lnTo>
                                  <a:pt x="921893" y="1843913"/>
                                </a:lnTo>
                                <a:lnTo>
                                  <a:pt x="0" y="921893"/>
                                </a:lnTo>
                                <a:lnTo>
                                  <a:pt x="921893"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9" name="Shape 19"/>
                        <wps:cNvSpPr/>
                        <wps:spPr>
                          <a:xfrm>
                            <a:off x="6407404" y="6594094"/>
                            <a:ext cx="727203" cy="0"/>
                          </a:xfrm>
                          <a:custGeom>
                            <a:avLst/>
                            <a:gdLst/>
                            <a:ahLst/>
                            <a:cxnLst/>
                            <a:rect l="0" t="0" r="0" b="0"/>
                            <a:pathLst>
                              <a:path w="727203">
                                <a:moveTo>
                                  <a:pt x="0" y="0"/>
                                </a:moveTo>
                                <a:lnTo>
                                  <a:pt x="727203"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0" name="Shape 20"/>
                        <wps:cNvSpPr/>
                        <wps:spPr>
                          <a:xfrm>
                            <a:off x="3428492" y="1904746"/>
                            <a:ext cx="34925" cy="34925"/>
                          </a:xfrm>
                          <a:custGeom>
                            <a:avLst/>
                            <a:gdLst/>
                            <a:ahLst/>
                            <a:cxnLst/>
                            <a:rect l="0" t="0" r="0" b="0"/>
                            <a:pathLst>
                              <a:path w="34925" h="34925">
                                <a:moveTo>
                                  <a:pt x="17526" y="0"/>
                                </a:moveTo>
                                <a:cubicBezTo>
                                  <a:pt x="27178" y="0"/>
                                  <a:pt x="34925" y="7747"/>
                                  <a:pt x="34925" y="17399"/>
                                </a:cubicBezTo>
                                <a:cubicBezTo>
                                  <a:pt x="34925"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1" name="Shape 21"/>
                        <wps:cNvSpPr/>
                        <wps:spPr>
                          <a:xfrm>
                            <a:off x="3243326" y="1904746"/>
                            <a:ext cx="35052" cy="34925"/>
                          </a:xfrm>
                          <a:custGeom>
                            <a:avLst/>
                            <a:gdLst/>
                            <a:ahLst/>
                            <a:cxnLst/>
                            <a:rect l="0" t="0" r="0" b="0"/>
                            <a:pathLst>
                              <a:path w="35052" h="34925">
                                <a:moveTo>
                                  <a:pt x="17526" y="0"/>
                                </a:moveTo>
                                <a:cubicBezTo>
                                  <a:pt x="27178" y="0"/>
                                  <a:pt x="35052" y="7747"/>
                                  <a:pt x="35052" y="17399"/>
                                </a:cubicBezTo>
                                <a:cubicBezTo>
                                  <a:pt x="35052"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2" name="Shape 22"/>
                        <wps:cNvSpPr/>
                        <wps:spPr>
                          <a:xfrm>
                            <a:off x="3058414" y="1904746"/>
                            <a:ext cx="35179" cy="34925"/>
                          </a:xfrm>
                          <a:custGeom>
                            <a:avLst/>
                            <a:gdLst/>
                            <a:ahLst/>
                            <a:cxnLst/>
                            <a:rect l="0" t="0" r="0" b="0"/>
                            <a:pathLst>
                              <a:path w="35179" h="34925">
                                <a:moveTo>
                                  <a:pt x="17399" y="0"/>
                                </a:moveTo>
                                <a:cubicBezTo>
                                  <a:pt x="17526" y="0"/>
                                  <a:pt x="17653" y="0"/>
                                  <a:pt x="17780" y="0"/>
                                </a:cubicBezTo>
                                <a:cubicBezTo>
                                  <a:pt x="27432" y="127"/>
                                  <a:pt x="35179" y="8001"/>
                                  <a:pt x="35052" y="17653"/>
                                </a:cubicBezTo>
                                <a:cubicBezTo>
                                  <a:pt x="34925" y="27178"/>
                                  <a:pt x="27178" y="34798"/>
                                  <a:pt x="17653" y="34925"/>
                                </a:cubicBezTo>
                                <a:cubicBezTo>
                                  <a:pt x="8001" y="34925"/>
                                  <a:pt x="127" y="27178"/>
                                  <a:pt x="0" y="17526"/>
                                </a:cubicBezTo>
                                <a:cubicBezTo>
                                  <a:pt x="0" y="7874"/>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2873121" y="1904746"/>
                            <a:ext cx="35052" cy="34925"/>
                          </a:xfrm>
                          <a:custGeom>
                            <a:avLst/>
                            <a:gdLst/>
                            <a:ahLst/>
                            <a:cxnLst/>
                            <a:rect l="0" t="0" r="0" b="0"/>
                            <a:pathLst>
                              <a:path w="35052" h="34925">
                                <a:moveTo>
                                  <a:pt x="17653" y="0"/>
                                </a:moveTo>
                                <a:cubicBezTo>
                                  <a:pt x="27178" y="0"/>
                                  <a:pt x="35052" y="7747"/>
                                  <a:pt x="35052" y="17399"/>
                                </a:cubicBezTo>
                                <a:cubicBezTo>
                                  <a:pt x="35052" y="17399"/>
                                  <a:pt x="35052" y="17399"/>
                                  <a:pt x="35052" y="17526"/>
                                </a:cubicBezTo>
                                <a:cubicBezTo>
                                  <a:pt x="35052" y="27178"/>
                                  <a:pt x="27178" y="34925"/>
                                  <a:pt x="17526" y="34925"/>
                                </a:cubicBezTo>
                                <a:cubicBezTo>
                                  <a:pt x="7874" y="34925"/>
                                  <a:pt x="0" y="27051"/>
                                  <a:pt x="0" y="17399"/>
                                </a:cubicBezTo>
                                <a:cubicBezTo>
                                  <a:pt x="127" y="7747"/>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2688082" y="1904746"/>
                            <a:ext cx="35052" cy="34925"/>
                          </a:xfrm>
                          <a:custGeom>
                            <a:avLst/>
                            <a:gdLst/>
                            <a:ahLst/>
                            <a:cxnLst/>
                            <a:rect l="0" t="0" r="0" b="0"/>
                            <a:pathLst>
                              <a:path w="35052" h="34925">
                                <a:moveTo>
                                  <a:pt x="17526" y="0"/>
                                </a:moveTo>
                                <a:cubicBezTo>
                                  <a:pt x="27178" y="0"/>
                                  <a:pt x="35052" y="7747"/>
                                  <a:pt x="35052" y="17399"/>
                                </a:cubicBezTo>
                                <a:cubicBezTo>
                                  <a:pt x="35052"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503043" y="1904746"/>
                            <a:ext cx="34925" cy="34925"/>
                          </a:xfrm>
                          <a:custGeom>
                            <a:avLst/>
                            <a:gdLst/>
                            <a:ahLst/>
                            <a:cxnLst/>
                            <a:rect l="0" t="0" r="0" b="0"/>
                            <a:pathLst>
                              <a:path w="34925" h="34925">
                                <a:moveTo>
                                  <a:pt x="17526" y="0"/>
                                </a:moveTo>
                                <a:cubicBezTo>
                                  <a:pt x="27178" y="0"/>
                                  <a:pt x="34925" y="7874"/>
                                  <a:pt x="34925" y="17399"/>
                                </a:cubicBezTo>
                                <a:cubicBezTo>
                                  <a:pt x="34925"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317877" y="1904746"/>
                            <a:ext cx="35179" cy="34925"/>
                          </a:xfrm>
                          <a:custGeom>
                            <a:avLst/>
                            <a:gdLst/>
                            <a:ahLst/>
                            <a:cxnLst/>
                            <a:rect l="0" t="0" r="0" b="0"/>
                            <a:pathLst>
                              <a:path w="35179" h="34925">
                                <a:moveTo>
                                  <a:pt x="17526" y="0"/>
                                </a:moveTo>
                                <a:cubicBezTo>
                                  <a:pt x="17653" y="0"/>
                                  <a:pt x="17653" y="0"/>
                                  <a:pt x="17780" y="0"/>
                                </a:cubicBezTo>
                                <a:cubicBezTo>
                                  <a:pt x="27432" y="127"/>
                                  <a:pt x="35179" y="8001"/>
                                  <a:pt x="35052" y="17653"/>
                                </a:cubicBezTo>
                                <a:cubicBezTo>
                                  <a:pt x="34925" y="27178"/>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132838" y="1904746"/>
                            <a:ext cx="35052" cy="34925"/>
                          </a:xfrm>
                          <a:custGeom>
                            <a:avLst/>
                            <a:gdLst/>
                            <a:ahLst/>
                            <a:cxnLst/>
                            <a:rect l="0" t="0" r="0" b="0"/>
                            <a:pathLst>
                              <a:path w="35052" h="34925">
                                <a:moveTo>
                                  <a:pt x="17526" y="0"/>
                                </a:moveTo>
                                <a:cubicBezTo>
                                  <a:pt x="27178" y="0"/>
                                  <a:pt x="34925" y="7747"/>
                                  <a:pt x="35052" y="17399"/>
                                </a:cubicBezTo>
                                <a:cubicBezTo>
                                  <a:pt x="35052" y="17399"/>
                                  <a:pt x="35052" y="17399"/>
                                  <a:pt x="35052" y="17526"/>
                                </a:cubicBezTo>
                                <a:cubicBezTo>
                                  <a:pt x="34925" y="27178"/>
                                  <a:pt x="27178" y="34925"/>
                                  <a:pt x="17526" y="34925"/>
                                </a:cubicBezTo>
                                <a:cubicBezTo>
                                  <a:pt x="7747" y="34925"/>
                                  <a:pt x="0" y="27051"/>
                                  <a:pt x="0" y="17399"/>
                                </a:cubicBezTo>
                                <a:cubicBezTo>
                                  <a:pt x="0" y="7747"/>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1947672" y="1904746"/>
                            <a:ext cx="35179" cy="34925"/>
                          </a:xfrm>
                          <a:custGeom>
                            <a:avLst/>
                            <a:gdLst/>
                            <a:ahLst/>
                            <a:cxnLst/>
                            <a:rect l="0" t="0" r="0" b="0"/>
                            <a:pathLst>
                              <a:path w="35179" h="34925">
                                <a:moveTo>
                                  <a:pt x="17653" y="0"/>
                                </a:moveTo>
                                <a:cubicBezTo>
                                  <a:pt x="17653" y="0"/>
                                  <a:pt x="17653" y="0"/>
                                  <a:pt x="17780" y="0"/>
                                </a:cubicBezTo>
                                <a:cubicBezTo>
                                  <a:pt x="27432" y="127"/>
                                  <a:pt x="35179" y="8001"/>
                                  <a:pt x="35052" y="17653"/>
                                </a:cubicBezTo>
                                <a:cubicBezTo>
                                  <a:pt x="34925" y="27178"/>
                                  <a:pt x="27178" y="34925"/>
                                  <a:pt x="17526" y="34925"/>
                                </a:cubicBezTo>
                                <a:cubicBezTo>
                                  <a:pt x="7874" y="34925"/>
                                  <a:pt x="0" y="27051"/>
                                  <a:pt x="127" y="17399"/>
                                </a:cubicBezTo>
                                <a:cubicBezTo>
                                  <a:pt x="127" y="7747"/>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3058287" y="1725803"/>
                            <a:ext cx="35052" cy="34925"/>
                          </a:xfrm>
                          <a:custGeom>
                            <a:avLst/>
                            <a:gdLst/>
                            <a:ahLst/>
                            <a:cxnLst/>
                            <a:rect l="0" t="0" r="0" b="0"/>
                            <a:pathLst>
                              <a:path w="35052" h="34925">
                                <a:moveTo>
                                  <a:pt x="17653" y="0"/>
                                </a:moveTo>
                                <a:lnTo>
                                  <a:pt x="29972" y="5207"/>
                                </a:lnTo>
                                <a:cubicBezTo>
                                  <a:pt x="33147" y="8382"/>
                                  <a:pt x="35052" y="12700"/>
                                  <a:pt x="35052" y="17526"/>
                                </a:cubicBezTo>
                                <a:cubicBezTo>
                                  <a:pt x="35052" y="27178"/>
                                  <a:pt x="27178" y="34925"/>
                                  <a:pt x="17526" y="34925"/>
                                </a:cubicBezTo>
                                <a:cubicBezTo>
                                  <a:pt x="7874" y="34925"/>
                                  <a:pt x="0" y="27051"/>
                                  <a:pt x="127" y="17526"/>
                                </a:cubicBezTo>
                                <a:cubicBezTo>
                                  <a:pt x="127" y="12700"/>
                                  <a:pt x="2032" y="8255"/>
                                  <a:pt x="5207" y="5080"/>
                                </a:cubicBezTo>
                                <a:lnTo>
                                  <a:pt x="176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2873248" y="1725803"/>
                            <a:ext cx="35052" cy="34925"/>
                          </a:xfrm>
                          <a:custGeom>
                            <a:avLst/>
                            <a:gdLst/>
                            <a:ahLst/>
                            <a:cxnLst/>
                            <a:rect l="0" t="0" r="0" b="0"/>
                            <a:pathLst>
                              <a:path w="35052" h="34925">
                                <a:moveTo>
                                  <a:pt x="17526" y="0"/>
                                </a:moveTo>
                                <a:lnTo>
                                  <a:pt x="29845" y="5207"/>
                                </a:lnTo>
                                <a:cubicBezTo>
                                  <a:pt x="33020" y="8382"/>
                                  <a:pt x="35052" y="12700"/>
                                  <a:pt x="35052" y="17526"/>
                                </a:cubicBezTo>
                                <a:cubicBezTo>
                                  <a:pt x="35052" y="27178"/>
                                  <a:pt x="27178" y="34925"/>
                                  <a:pt x="17526" y="34925"/>
                                </a:cubicBezTo>
                                <a:cubicBezTo>
                                  <a:pt x="7874" y="34925"/>
                                  <a:pt x="0" y="27051"/>
                                  <a:pt x="0" y="17526"/>
                                </a:cubicBezTo>
                                <a:cubicBezTo>
                                  <a:pt x="0" y="12700"/>
                                  <a:pt x="2032" y="8255"/>
                                  <a:pt x="5207" y="5080"/>
                                </a:cubicBezTo>
                                <a:lnTo>
                                  <a:pt x="17526"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428619" y="1725803"/>
                            <a:ext cx="34925" cy="34925"/>
                          </a:xfrm>
                          <a:custGeom>
                            <a:avLst/>
                            <a:gdLst/>
                            <a:ahLst/>
                            <a:cxnLst/>
                            <a:rect l="0" t="0" r="0" b="0"/>
                            <a:pathLst>
                              <a:path w="34925" h="34925">
                                <a:moveTo>
                                  <a:pt x="17399" y="0"/>
                                </a:moveTo>
                                <a:cubicBezTo>
                                  <a:pt x="27051" y="0"/>
                                  <a:pt x="34925" y="7875"/>
                                  <a:pt x="34925" y="17526"/>
                                </a:cubicBezTo>
                                <a:cubicBezTo>
                                  <a:pt x="34925" y="27178"/>
                                  <a:pt x="27051" y="34925"/>
                                  <a:pt x="17399" y="34925"/>
                                </a:cubicBezTo>
                                <a:cubicBezTo>
                                  <a:pt x="7747" y="34925"/>
                                  <a:pt x="0" y="27178"/>
                                  <a:pt x="0" y="17526"/>
                                </a:cubicBezTo>
                                <a:cubicBezTo>
                                  <a:pt x="0" y="7875"/>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3243453" y="1725803"/>
                            <a:ext cx="35052" cy="34925"/>
                          </a:xfrm>
                          <a:custGeom>
                            <a:avLst/>
                            <a:gdLst/>
                            <a:ahLst/>
                            <a:cxnLst/>
                            <a:rect l="0" t="0" r="0" b="0"/>
                            <a:pathLst>
                              <a:path w="35052" h="34925">
                                <a:moveTo>
                                  <a:pt x="17526" y="0"/>
                                </a:moveTo>
                                <a:cubicBezTo>
                                  <a:pt x="27178" y="0"/>
                                  <a:pt x="35052" y="7875"/>
                                  <a:pt x="35052" y="17526"/>
                                </a:cubicBezTo>
                                <a:cubicBezTo>
                                  <a:pt x="35052" y="27178"/>
                                  <a:pt x="27178" y="34925"/>
                                  <a:pt x="17526" y="34925"/>
                                </a:cubicBezTo>
                                <a:cubicBezTo>
                                  <a:pt x="7874" y="34925"/>
                                  <a:pt x="0" y="27178"/>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075813" y="1725803"/>
                            <a:ext cx="127" cy="0"/>
                          </a:xfrm>
                          <a:custGeom>
                            <a:avLst/>
                            <a:gdLst/>
                            <a:ahLst/>
                            <a:cxnLst/>
                            <a:rect l="0" t="0" r="0" b="0"/>
                            <a:pathLst>
                              <a:path w="127">
                                <a:moveTo>
                                  <a:pt x="127"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2688209" y="1725803"/>
                            <a:ext cx="35052" cy="34925"/>
                          </a:xfrm>
                          <a:custGeom>
                            <a:avLst/>
                            <a:gdLst/>
                            <a:ahLst/>
                            <a:cxnLst/>
                            <a:rect l="0" t="0" r="0" b="0"/>
                            <a:pathLst>
                              <a:path w="35052" h="34925">
                                <a:moveTo>
                                  <a:pt x="17526" y="0"/>
                                </a:moveTo>
                                <a:cubicBezTo>
                                  <a:pt x="27178" y="0"/>
                                  <a:pt x="35052" y="7875"/>
                                  <a:pt x="35052" y="17526"/>
                                </a:cubicBezTo>
                                <a:cubicBezTo>
                                  <a:pt x="35052" y="27178"/>
                                  <a:pt x="27178" y="34925"/>
                                  <a:pt x="17526" y="34925"/>
                                </a:cubicBezTo>
                                <a:cubicBezTo>
                                  <a:pt x="7874" y="34925"/>
                                  <a:pt x="0" y="27178"/>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2503170" y="1725803"/>
                            <a:ext cx="34925" cy="34925"/>
                          </a:xfrm>
                          <a:custGeom>
                            <a:avLst/>
                            <a:gdLst/>
                            <a:ahLst/>
                            <a:cxnLst/>
                            <a:rect l="0" t="0" r="0" b="0"/>
                            <a:pathLst>
                              <a:path w="34925" h="34925">
                                <a:moveTo>
                                  <a:pt x="17399" y="0"/>
                                </a:moveTo>
                                <a:cubicBezTo>
                                  <a:pt x="27178" y="0"/>
                                  <a:pt x="34925" y="7875"/>
                                  <a:pt x="34925" y="17526"/>
                                </a:cubicBezTo>
                                <a:cubicBezTo>
                                  <a:pt x="34925" y="27178"/>
                                  <a:pt x="27178" y="34925"/>
                                  <a:pt x="17399" y="34925"/>
                                </a:cubicBezTo>
                                <a:cubicBezTo>
                                  <a:pt x="7747" y="34925"/>
                                  <a:pt x="0" y="27178"/>
                                  <a:pt x="0" y="17526"/>
                                </a:cubicBezTo>
                                <a:cubicBezTo>
                                  <a:pt x="0" y="7875"/>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2317877" y="1725803"/>
                            <a:ext cx="35052" cy="34925"/>
                          </a:xfrm>
                          <a:custGeom>
                            <a:avLst/>
                            <a:gdLst/>
                            <a:ahLst/>
                            <a:cxnLst/>
                            <a:rect l="0" t="0" r="0" b="0"/>
                            <a:pathLst>
                              <a:path w="35052" h="34925">
                                <a:moveTo>
                                  <a:pt x="17526" y="0"/>
                                </a:moveTo>
                                <a:cubicBezTo>
                                  <a:pt x="27178" y="0"/>
                                  <a:pt x="35052" y="7875"/>
                                  <a:pt x="35052" y="17526"/>
                                </a:cubicBezTo>
                                <a:cubicBezTo>
                                  <a:pt x="35052" y="27178"/>
                                  <a:pt x="27178" y="34925"/>
                                  <a:pt x="17526" y="34925"/>
                                </a:cubicBezTo>
                                <a:cubicBezTo>
                                  <a:pt x="7874" y="34925"/>
                                  <a:pt x="0" y="27178"/>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2132838" y="1725803"/>
                            <a:ext cx="35052" cy="34925"/>
                          </a:xfrm>
                          <a:custGeom>
                            <a:avLst/>
                            <a:gdLst/>
                            <a:ahLst/>
                            <a:cxnLst/>
                            <a:rect l="0" t="0" r="0" b="0"/>
                            <a:pathLst>
                              <a:path w="35052" h="34925">
                                <a:moveTo>
                                  <a:pt x="17526" y="0"/>
                                </a:moveTo>
                                <a:cubicBezTo>
                                  <a:pt x="27178" y="0"/>
                                  <a:pt x="35052" y="7875"/>
                                  <a:pt x="35052" y="17526"/>
                                </a:cubicBezTo>
                                <a:cubicBezTo>
                                  <a:pt x="34925" y="27178"/>
                                  <a:pt x="27178" y="34925"/>
                                  <a:pt x="17526" y="34925"/>
                                </a:cubicBezTo>
                                <a:cubicBezTo>
                                  <a:pt x="7747" y="34925"/>
                                  <a:pt x="0" y="27051"/>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1947672" y="1725803"/>
                            <a:ext cx="35052" cy="34925"/>
                          </a:xfrm>
                          <a:custGeom>
                            <a:avLst/>
                            <a:gdLst/>
                            <a:ahLst/>
                            <a:cxnLst/>
                            <a:rect l="0" t="0" r="0" b="0"/>
                            <a:pathLst>
                              <a:path w="35052" h="34925">
                                <a:moveTo>
                                  <a:pt x="17653" y="0"/>
                                </a:moveTo>
                                <a:cubicBezTo>
                                  <a:pt x="27305" y="0"/>
                                  <a:pt x="35052" y="7875"/>
                                  <a:pt x="35052" y="17526"/>
                                </a:cubicBezTo>
                                <a:cubicBezTo>
                                  <a:pt x="35052" y="27178"/>
                                  <a:pt x="27178" y="34925"/>
                                  <a:pt x="17526" y="34925"/>
                                </a:cubicBezTo>
                                <a:cubicBezTo>
                                  <a:pt x="7874" y="34925"/>
                                  <a:pt x="0" y="27051"/>
                                  <a:pt x="127" y="17526"/>
                                </a:cubicBezTo>
                                <a:cubicBezTo>
                                  <a:pt x="127" y="7875"/>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3428492" y="1547241"/>
                            <a:ext cx="34925" cy="34925"/>
                          </a:xfrm>
                          <a:custGeom>
                            <a:avLst/>
                            <a:gdLst/>
                            <a:ahLst/>
                            <a:cxnLst/>
                            <a:rect l="0" t="0" r="0" b="0"/>
                            <a:pathLst>
                              <a:path w="34925" h="34925">
                                <a:moveTo>
                                  <a:pt x="17526" y="0"/>
                                </a:moveTo>
                                <a:cubicBezTo>
                                  <a:pt x="27178" y="0"/>
                                  <a:pt x="34925" y="7748"/>
                                  <a:pt x="34925" y="17400"/>
                                </a:cubicBezTo>
                                <a:cubicBezTo>
                                  <a:pt x="34925"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3243326" y="1547241"/>
                            <a:ext cx="35052" cy="34925"/>
                          </a:xfrm>
                          <a:custGeom>
                            <a:avLst/>
                            <a:gdLst/>
                            <a:ahLst/>
                            <a:cxnLst/>
                            <a:rect l="0" t="0" r="0" b="0"/>
                            <a:pathLst>
                              <a:path w="35052" h="34925">
                                <a:moveTo>
                                  <a:pt x="17526" y="0"/>
                                </a:moveTo>
                                <a:cubicBezTo>
                                  <a:pt x="27178" y="0"/>
                                  <a:pt x="35052" y="7748"/>
                                  <a:pt x="35052" y="17400"/>
                                </a:cubicBezTo>
                                <a:cubicBezTo>
                                  <a:pt x="35052"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3058414" y="1547241"/>
                            <a:ext cx="35052" cy="34925"/>
                          </a:xfrm>
                          <a:custGeom>
                            <a:avLst/>
                            <a:gdLst/>
                            <a:ahLst/>
                            <a:cxnLst/>
                            <a:rect l="0" t="0" r="0" b="0"/>
                            <a:pathLst>
                              <a:path w="35052" h="34925">
                                <a:moveTo>
                                  <a:pt x="17399" y="0"/>
                                </a:moveTo>
                                <a:cubicBezTo>
                                  <a:pt x="17399" y="0"/>
                                  <a:pt x="17526" y="0"/>
                                  <a:pt x="17526" y="0"/>
                                </a:cubicBezTo>
                                <a:cubicBezTo>
                                  <a:pt x="27178" y="0"/>
                                  <a:pt x="35052" y="7748"/>
                                  <a:pt x="35052" y="17400"/>
                                </a:cubicBezTo>
                                <a:cubicBezTo>
                                  <a:pt x="35052" y="27051"/>
                                  <a:pt x="27305" y="34799"/>
                                  <a:pt x="17653" y="34925"/>
                                </a:cubicBezTo>
                                <a:cubicBezTo>
                                  <a:pt x="8001" y="34925"/>
                                  <a:pt x="127" y="27178"/>
                                  <a:pt x="0" y="17526"/>
                                </a:cubicBezTo>
                                <a:cubicBezTo>
                                  <a:pt x="0" y="7875"/>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873121" y="1547114"/>
                            <a:ext cx="35052" cy="35051"/>
                          </a:xfrm>
                          <a:custGeom>
                            <a:avLst/>
                            <a:gdLst/>
                            <a:ahLst/>
                            <a:cxnLst/>
                            <a:rect l="0" t="0" r="0" b="0"/>
                            <a:pathLst>
                              <a:path w="35052" h="35051">
                                <a:moveTo>
                                  <a:pt x="17653" y="126"/>
                                </a:moveTo>
                                <a:cubicBezTo>
                                  <a:pt x="27305" y="126"/>
                                  <a:pt x="35052" y="7874"/>
                                  <a:pt x="35052" y="17526"/>
                                </a:cubicBezTo>
                                <a:cubicBezTo>
                                  <a:pt x="35052" y="27177"/>
                                  <a:pt x="27178" y="35051"/>
                                  <a:pt x="17526" y="35051"/>
                                </a:cubicBezTo>
                                <a:cubicBezTo>
                                  <a:pt x="7874" y="34925"/>
                                  <a:pt x="0" y="27177"/>
                                  <a:pt x="0" y="17526"/>
                                </a:cubicBezTo>
                                <a:cubicBezTo>
                                  <a:pt x="127" y="7874"/>
                                  <a:pt x="8001" y="0"/>
                                  <a:pt x="17653" y="126"/>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688209" y="1547241"/>
                            <a:ext cx="35052" cy="34925"/>
                          </a:xfrm>
                          <a:custGeom>
                            <a:avLst/>
                            <a:gdLst/>
                            <a:ahLst/>
                            <a:cxnLst/>
                            <a:rect l="0" t="0" r="0" b="0"/>
                            <a:pathLst>
                              <a:path w="35052" h="34925">
                                <a:moveTo>
                                  <a:pt x="17526" y="0"/>
                                </a:moveTo>
                                <a:cubicBezTo>
                                  <a:pt x="27178" y="0"/>
                                  <a:pt x="35052" y="7748"/>
                                  <a:pt x="35052" y="17400"/>
                                </a:cubicBezTo>
                                <a:cubicBezTo>
                                  <a:pt x="35052"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503170" y="1547241"/>
                            <a:ext cx="34925" cy="34925"/>
                          </a:xfrm>
                          <a:custGeom>
                            <a:avLst/>
                            <a:gdLst/>
                            <a:ahLst/>
                            <a:cxnLst/>
                            <a:rect l="0" t="0" r="0" b="0"/>
                            <a:pathLst>
                              <a:path w="34925" h="34925">
                                <a:moveTo>
                                  <a:pt x="17399" y="0"/>
                                </a:moveTo>
                                <a:cubicBezTo>
                                  <a:pt x="27178" y="0"/>
                                  <a:pt x="34925" y="7748"/>
                                  <a:pt x="34925" y="17400"/>
                                </a:cubicBezTo>
                                <a:cubicBezTo>
                                  <a:pt x="34925" y="27051"/>
                                  <a:pt x="27178" y="34925"/>
                                  <a:pt x="17399" y="34925"/>
                                </a:cubicBezTo>
                                <a:cubicBezTo>
                                  <a:pt x="7747" y="34925"/>
                                  <a:pt x="0" y="27051"/>
                                  <a:pt x="0" y="17400"/>
                                </a:cubicBezTo>
                                <a:cubicBezTo>
                                  <a:pt x="0" y="7748"/>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2317877" y="1547241"/>
                            <a:ext cx="35052" cy="34925"/>
                          </a:xfrm>
                          <a:custGeom>
                            <a:avLst/>
                            <a:gdLst/>
                            <a:ahLst/>
                            <a:cxnLst/>
                            <a:rect l="0" t="0" r="0" b="0"/>
                            <a:pathLst>
                              <a:path w="35052" h="34925">
                                <a:moveTo>
                                  <a:pt x="17526" y="0"/>
                                </a:moveTo>
                                <a:cubicBezTo>
                                  <a:pt x="27178" y="0"/>
                                  <a:pt x="35052" y="7748"/>
                                  <a:pt x="35052" y="17400"/>
                                </a:cubicBezTo>
                                <a:cubicBezTo>
                                  <a:pt x="35052"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2132838" y="1547114"/>
                            <a:ext cx="35052" cy="35051"/>
                          </a:xfrm>
                          <a:custGeom>
                            <a:avLst/>
                            <a:gdLst/>
                            <a:ahLst/>
                            <a:cxnLst/>
                            <a:rect l="0" t="0" r="0" b="0"/>
                            <a:pathLst>
                              <a:path w="35052" h="35051">
                                <a:moveTo>
                                  <a:pt x="17526" y="126"/>
                                </a:moveTo>
                                <a:cubicBezTo>
                                  <a:pt x="27178" y="126"/>
                                  <a:pt x="35052" y="7874"/>
                                  <a:pt x="35052" y="17526"/>
                                </a:cubicBezTo>
                                <a:cubicBezTo>
                                  <a:pt x="34925" y="27177"/>
                                  <a:pt x="27178" y="35051"/>
                                  <a:pt x="17526" y="35051"/>
                                </a:cubicBezTo>
                                <a:cubicBezTo>
                                  <a:pt x="7747" y="34925"/>
                                  <a:pt x="0" y="27177"/>
                                  <a:pt x="0" y="17526"/>
                                </a:cubicBezTo>
                                <a:cubicBezTo>
                                  <a:pt x="0" y="7874"/>
                                  <a:pt x="7874" y="0"/>
                                  <a:pt x="17526" y="126"/>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1947799" y="1547241"/>
                            <a:ext cx="34925" cy="34925"/>
                          </a:xfrm>
                          <a:custGeom>
                            <a:avLst/>
                            <a:gdLst/>
                            <a:ahLst/>
                            <a:cxnLst/>
                            <a:rect l="0" t="0" r="0" b="0"/>
                            <a:pathLst>
                              <a:path w="34925" h="34925">
                                <a:moveTo>
                                  <a:pt x="17399" y="0"/>
                                </a:moveTo>
                                <a:cubicBezTo>
                                  <a:pt x="17526" y="0"/>
                                  <a:pt x="17526" y="0"/>
                                  <a:pt x="17526" y="0"/>
                                </a:cubicBezTo>
                                <a:cubicBezTo>
                                  <a:pt x="27178" y="0"/>
                                  <a:pt x="34925" y="7748"/>
                                  <a:pt x="34925" y="17400"/>
                                </a:cubicBezTo>
                                <a:cubicBezTo>
                                  <a:pt x="34925" y="27051"/>
                                  <a:pt x="27051" y="34925"/>
                                  <a:pt x="17399" y="34925"/>
                                </a:cubicBezTo>
                                <a:cubicBezTo>
                                  <a:pt x="7747" y="34925"/>
                                  <a:pt x="0" y="27051"/>
                                  <a:pt x="0" y="17400"/>
                                </a:cubicBezTo>
                                <a:cubicBezTo>
                                  <a:pt x="0" y="7748"/>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428492" y="9920338"/>
                            <a:ext cx="34925" cy="34925"/>
                          </a:xfrm>
                          <a:custGeom>
                            <a:avLst/>
                            <a:gdLst/>
                            <a:ahLst/>
                            <a:cxnLst/>
                            <a:rect l="0" t="0" r="0" b="0"/>
                            <a:pathLst>
                              <a:path w="34925" h="34925">
                                <a:moveTo>
                                  <a:pt x="17526" y="0"/>
                                </a:moveTo>
                                <a:cubicBezTo>
                                  <a:pt x="27178" y="0"/>
                                  <a:pt x="34925" y="7810"/>
                                  <a:pt x="34925" y="17437"/>
                                </a:cubicBezTo>
                                <a:cubicBezTo>
                                  <a:pt x="34925" y="17437"/>
                                  <a:pt x="34925" y="17437"/>
                                  <a:pt x="34925" y="17476"/>
                                </a:cubicBezTo>
                                <a:cubicBezTo>
                                  <a:pt x="34925"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3243326" y="9920338"/>
                            <a:ext cx="35052" cy="34925"/>
                          </a:xfrm>
                          <a:custGeom>
                            <a:avLst/>
                            <a:gdLst/>
                            <a:ahLst/>
                            <a:cxnLst/>
                            <a:rect l="0" t="0" r="0" b="0"/>
                            <a:pathLst>
                              <a:path w="35052" h="34925">
                                <a:moveTo>
                                  <a:pt x="17526" y="0"/>
                                </a:moveTo>
                                <a:cubicBezTo>
                                  <a:pt x="27178" y="0"/>
                                  <a:pt x="35052" y="7810"/>
                                  <a:pt x="35052" y="17437"/>
                                </a:cubicBezTo>
                                <a:cubicBezTo>
                                  <a:pt x="35052" y="17437"/>
                                  <a:pt x="35052" y="17437"/>
                                  <a:pt x="35052" y="17476"/>
                                </a:cubicBezTo>
                                <a:cubicBezTo>
                                  <a:pt x="35052"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3058414" y="9920338"/>
                            <a:ext cx="35179" cy="34989"/>
                          </a:xfrm>
                          <a:custGeom>
                            <a:avLst/>
                            <a:gdLst/>
                            <a:ahLst/>
                            <a:cxnLst/>
                            <a:rect l="0" t="0" r="0" b="0"/>
                            <a:pathLst>
                              <a:path w="35179" h="34989">
                                <a:moveTo>
                                  <a:pt x="17399" y="0"/>
                                </a:moveTo>
                                <a:cubicBezTo>
                                  <a:pt x="17526" y="0"/>
                                  <a:pt x="17653" y="0"/>
                                  <a:pt x="17780" y="0"/>
                                </a:cubicBezTo>
                                <a:cubicBezTo>
                                  <a:pt x="27432" y="115"/>
                                  <a:pt x="35179" y="7989"/>
                                  <a:pt x="35052" y="17666"/>
                                </a:cubicBezTo>
                                <a:cubicBezTo>
                                  <a:pt x="34925" y="27178"/>
                                  <a:pt x="27178" y="34849"/>
                                  <a:pt x="17653" y="34925"/>
                                </a:cubicBezTo>
                                <a:cubicBezTo>
                                  <a:pt x="8001" y="34989"/>
                                  <a:pt x="127" y="27254"/>
                                  <a:pt x="0" y="17590"/>
                                </a:cubicBezTo>
                                <a:cubicBezTo>
                                  <a:pt x="0" y="7951"/>
                                  <a:pt x="7747" y="77"/>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873121" y="9920338"/>
                            <a:ext cx="35052" cy="34951"/>
                          </a:xfrm>
                          <a:custGeom>
                            <a:avLst/>
                            <a:gdLst/>
                            <a:ahLst/>
                            <a:cxnLst/>
                            <a:rect l="0" t="0" r="0" b="0"/>
                            <a:pathLst>
                              <a:path w="35052" h="34951">
                                <a:moveTo>
                                  <a:pt x="17653" y="0"/>
                                </a:moveTo>
                                <a:cubicBezTo>
                                  <a:pt x="27178" y="38"/>
                                  <a:pt x="35052" y="7810"/>
                                  <a:pt x="35052" y="17437"/>
                                </a:cubicBezTo>
                                <a:cubicBezTo>
                                  <a:pt x="35052" y="17437"/>
                                  <a:pt x="35052" y="17476"/>
                                  <a:pt x="35052" y="17514"/>
                                </a:cubicBezTo>
                                <a:cubicBezTo>
                                  <a:pt x="35052" y="27153"/>
                                  <a:pt x="27178" y="34951"/>
                                  <a:pt x="17526" y="34925"/>
                                </a:cubicBezTo>
                                <a:cubicBezTo>
                                  <a:pt x="7874" y="34925"/>
                                  <a:pt x="0" y="27077"/>
                                  <a:pt x="0" y="17437"/>
                                </a:cubicBezTo>
                                <a:cubicBezTo>
                                  <a:pt x="127" y="7772"/>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688082" y="9920338"/>
                            <a:ext cx="35052" cy="34925"/>
                          </a:xfrm>
                          <a:custGeom>
                            <a:avLst/>
                            <a:gdLst/>
                            <a:ahLst/>
                            <a:cxnLst/>
                            <a:rect l="0" t="0" r="0" b="0"/>
                            <a:pathLst>
                              <a:path w="35052" h="34925">
                                <a:moveTo>
                                  <a:pt x="17526" y="0"/>
                                </a:moveTo>
                                <a:cubicBezTo>
                                  <a:pt x="27178" y="0"/>
                                  <a:pt x="35052" y="7810"/>
                                  <a:pt x="35052" y="17437"/>
                                </a:cubicBezTo>
                                <a:cubicBezTo>
                                  <a:pt x="35052" y="17437"/>
                                  <a:pt x="35052" y="17437"/>
                                  <a:pt x="35052" y="17476"/>
                                </a:cubicBezTo>
                                <a:cubicBezTo>
                                  <a:pt x="35052"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503043" y="9920338"/>
                            <a:ext cx="34925" cy="34925"/>
                          </a:xfrm>
                          <a:custGeom>
                            <a:avLst/>
                            <a:gdLst/>
                            <a:ahLst/>
                            <a:cxnLst/>
                            <a:rect l="0" t="0" r="0" b="0"/>
                            <a:pathLst>
                              <a:path w="34925" h="34925">
                                <a:moveTo>
                                  <a:pt x="17526" y="0"/>
                                </a:moveTo>
                                <a:cubicBezTo>
                                  <a:pt x="27178" y="77"/>
                                  <a:pt x="34925" y="7849"/>
                                  <a:pt x="34925" y="17437"/>
                                </a:cubicBezTo>
                                <a:cubicBezTo>
                                  <a:pt x="34925" y="17437"/>
                                  <a:pt x="34925" y="17437"/>
                                  <a:pt x="34925" y="17476"/>
                                </a:cubicBezTo>
                                <a:cubicBezTo>
                                  <a:pt x="34925"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317877" y="9920338"/>
                            <a:ext cx="35179" cy="34925"/>
                          </a:xfrm>
                          <a:custGeom>
                            <a:avLst/>
                            <a:gdLst/>
                            <a:ahLst/>
                            <a:cxnLst/>
                            <a:rect l="0" t="0" r="0" b="0"/>
                            <a:pathLst>
                              <a:path w="35179" h="34925">
                                <a:moveTo>
                                  <a:pt x="17526" y="0"/>
                                </a:moveTo>
                                <a:cubicBezTo>
                                  <a:pt x="17653" y="0"/>
                                  <a:pt x="17653" y="0"/>
                                  <a:pt x="17780" y="0"/>
                                </a:cubicBezTo>
                                <a:cubicBezTo>
                                  <a:pt x="27432" y="115"/>
                                  <a:pt x="35179" y="7989"/>
                                  <a:pt x="35052" y="17666"/>
                                </a:cubicBezTo>
                                <a:cubicBezTo>
                                  <a:pt x="34925" y="27216"/>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2132838" y="9920338"/>
                            <a:ext cx="35052" cy="34951"/>
                          </a:xfrm>
                          <a:custGeom>
                            <a:avLst/>
                            <a:gdLst/>
                            <a:ahLst/>
                            <a:cxnLst/>
                            <a:rect l="0" t="0" r="0" b="0"/>
                            <a:pathLst>
                              <a:path w="35052" h="34951">
                                <a:moveTo>
                                  <a:pt x="17526" y="0"/>
                                </a:moveTo>
                                <a:cubicBezTo>
                                  <a:pt x="27178" y="38"/>
                                  <a:pt x="34925" y="7810"/>
                                  <a:pt x="35052" y="17437"/>
                                </a:cubicBezTo>
                                <a:cubicBezTo>
                                  <a:pt x="35052" y="17437"/>
                                  <a:pt x="35052" y="17476"/>
                                  <a:pt x="35052" y="17514"/>
                                </a:cubicBezTo>
                                <a:cubicBezTo>
                                  <a:pt x="34925" y="27153"/>
                                  <a:pt x="27178" y="34951"/>
                                  <a:pt x="17526" y="34925"/>
                                </a:cubicBezTo>
                                <a:cubicBezTo>
                                  <a:pt x="7747" y="34925"/>
                                  <a:pt x="0" y="27077"/>
                                  <a:pt x="0" y="17437"/>
                                </a:cubicBezTo>
                                <a:cubicBezTo>
                                  <a:pt x="0" y="7772"/>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1947672" y="9920338"/>
                            <a:ext cx="35179" cy="34951"/>
                          </a:xfrm>
                          <a:custGeom>
                            <a:avLst/>
                            <a:gdLst/>
                            <a:ahLst/>
                            <a:cxnLst/>
                            <a:rect l="0" t="0" r="0" b="0"/>
                            <a:pathLst>
                              <a:path w="35179" h="34951">
                                <a:moveTo>
                                  <a:pt x="17653" y="0"/>
                                </a:moveTo>
                                <a:cubicBezTo>
                                  <a:pt x="17653" y="0"/>
                                  <a:pt x="17653" y="0"/>
                                  <a:pt x="17780" y="0"/>
                                </a:cubicBezTo>
                                <a:cubicBezTo>
                                  <a:pt x="27432" y="115"/>
                                  <a:pt x="35179" y="7989"/>
                                  <a:pt x="35052" y="17666"/>
                                </a:cubicBezTo>
                                <a:cubicBezTo>
                                  <a:pt x="34925" y="27254"/>
                                  <a:pt x="27178" y="34951"/>
                                  <a:pt x="17526" y="34925"/>
                                </a:cubicBezTo>
                                <a:cubicBezTo>
                                  <a:pt x="7874" y="34925"/>
                                  <a:pt x="0" y="27077"/>
                                  <a:pt x="127" y="17437"/>
                                </a:cubicBezTo>
                                <a:cubicBezTo>
                                  <a:pt x="127" y="7772"/>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058287" y="9741459"/>
                            <a:ext cx="35052" cy="34950"/>
                          </a:xfrm>
                          <a:custGeom>
                            <a:avLst/>
                            <a:gdLst/>
                            <a:ahLst/>
                            <a:cxnLst/>
                            <a:rect l="0" t="0" r="0" b="0"/>
                            <a:pathLst>
                              <a:path w="35052" h="34950">
                                <a:moveTo>
                                  <a:pt x="17653" y="0"/>
                                </a:moveTo>
                                <a:lnTo>
                                  <a:pt x="29972" y="5118"/>
                                </a:lnTo>
                                <a:cubicBezTo>
                                  <a:pt x="33147" y="8280"/>
                                  <a:pt x="35052" y="12649"/>
                                  <a:pt x="35052" y="17463"/>
                                </a:cubicBezTo>
                                <a:cubicBezTo>
                                  <a:pt x="35052" y="17463"/>
                                  <a:pt x="35052" y="17500"/>
                                  <a:pt x="35052" y="17500"/>
                                </a:cubicBezTo>
                                <a:cubicBezTo>
                                  <a:pt x="35052" y="27177"/>
                                  <a:pt x="27178" y="34950"/>
                                  <a:pt x="17526" y="34950"/>
                                </a:cubicBezTo>
                                <a:cubicBezTo>
                                  <a:pt x="7874" y="34912"/>
                                  <a:pt x="0" y="27063"/>
                                  <a:pt x="127" y="17437"/>
                                </a:cubicBezTo>
                                <a:cubicBezTo>
                                  <a:pt x="127" y="12611"/>
                                  <a:pt x="2032" y="8255"/>
                                  <a:pt x="5207" y="5093"/>
                                </a:cubicBezTo>
                                <a:lnTo>
                                  <a:pt x="176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2873248" y="9741459"/>
                            <a:ext cx="35052" cy="34950"/>
                          </a:xfrm>
                          <a:custGeom>
                            <a:avLst/>
                            <a:gdLst/>
                            <a:ahLst/>
                            <a:cxnLst/>
                            <a:rect l="0" t="0" r="0" b="0"/>
                            <a:pathLst>
                              <a:path w="35052" h="34950">
                                <a:moveTo>
                                  <a:pt x="17526" y="0"/>
                                </a:moveTo>
                                <a:lnTo>
                                  <a:pt x="29845" y="5118"/>
                                </a:lnTo>
                                <a:cubicBezTo>
                                  <a:pt x="33020" y="8280"/>
                                  <a:pt x="35052" y="12649"/>
                                  <a:pt x="35052" y="17463"/>
                                </a:cubicBezTo>
                                <a:cubicBezTo>
                                  <a:pt x="35052" y="17463"/>
                                  <a:pt x="35052" y="17500"/>
                                  <a:pt x="35052" y="17500"/>
                                </a:cubicBezTo>
                                <a:cubicBezTo>
                                  <a:pt x="35052" y="27177"/>
                                  <a:pt x="27178" y="34950"/>
                                  <a:pt x="17526" y="34950"/>
                                </a:cubicBezTo>
                                <a:cubicBezTo>
                                  <a:pt x="7874" y="34912"/>
                                  <a:pt x="0" y="27063"/>
                                  <a:pt x="0" y="17425"/>
                                </a:cubicBezTo>
                                <a:cubicBezTo>
                                  <a:pt x="0" y="12611"/>
                                  <a:pt x="2032" y="8255"/>
                                  <a:pt x="5207" y="5093"/>
                                </a:cubicBezTo>
                                <a:lnTo>
                                  <a:pt x="17526"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3428619" y="9741446"/>
                            <a:ext cx="34925" cy="34963"/>
                          </a:xfrm>
                          <a:custGeom>
                            <a:avLst/>
                            <a:gdLst/>
                            <a:ahLst/>
                            <a:cxnLst/>
                            <a:rect l="0" t="0" r="0" b="0"/>
                            <a:pathLst>
                              <a:path w="34925" h="34963">
                                <a:moveTo>
                                  <a:pt x="17399" y="0"/>
                                </a:moveTo>
                                <a:cubicBezTo>
                                  <a:pt x="27051" y="0"/>
                                  <a:pt x="34925" y="7849"/>
                                  <a:pt x="34925" y="17476"/>
                                </a:cubicBezTo>
                                <a:cubicBezTo>
                                  <a:pt x="34925" y="27115"/>
                                  <a:pt x="27051" y="34963"/>
                                  <a:pt x="17399" y="34963"/>
                                </a:cubicBezTo>
                                <a:cubicBezTo>
                                  <a:pt x="7747" y="34963"/>
                                  <a:pt x="0" y="27115"/>
                                  <a:pt x="0" y="17476"/>
                                </a:cubicBezTo>
                                <a:cubicBezTo>
                                  <a:pt x="0" y="7849"/>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3243453" y="9741446"/>
                            <a:ext cx="35052" cy="34963"/>
                          </a:xfrm>
                          <a:custGeom>
                            <a:avLst/>
                            <a:gdLst/>
                            <a:ahLst/>
                            <a:cxnLst/>
                            <a:rect l="0" t="0" r="0" b="0"/>
                            <a:pathLst>
                              <a:path w="35052" h="34963">
                                <a:moveTo>
                                  <a:pt x="17526" y="0"/>
                                </a:moveTo>
                                <a:cubicBezTo>
                                  <a:pt x="27178" y="0"/>
                                  <a:pt x="35052" y="7849"/>
                                  <a:pt x="35052" y="17476"/>
                                </a:cubicBezTo>
                                <a:cubicBezTo>
                                  <a:pt x="35052" y="27115"/>
                                  <a:pt x="27178" y="34963"/>
                                  <a:pt x="17526" y="34963"/>
                                </a:cubicBezTo>
                                <a:cubicBezTo>
                                  <a:pt x="7874" y="34963"/>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3075813" y="9741446"/>
                            <a:ext cx="127" cy="13"/>
                          </a:xfrm>
                          <a:custGeom>
                            <a:avLst/>
                            <a:gdLst/>
                            <a:ahLst/>
                            <a:cxnLst/>
                            <a:rect l="0" t="0" r="0" b="0"/>
                            <a:pathLst>
                              <a:path w="127" h="13">
                                <a:moveTo>
                                  <a:pt x="0" y="0"/>
                                </a:moveTo>
                                <a:lnTo>
                                  <a:pt x="127" y="0"/>
                                </a:lnTo>
                                <a:lnTo>
                                  <a:pt x="127" y="13"/>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890774" y="9741446"/>
                            <a:ext cx="0" cy="13"/>
                          </a:xfrm>
                          <a:custGeom>
                            <a:avLst/>
                            <a:gdLst/>
                            <a:ahLst/>
                            <a:cxnLst/>
                            <a:rect l="0" t="0" r="0" b="0"/>
                            <a:pathLst>
                              <a:path h="13">
                                <a:moveTo>
                                  <a:pt x="0" y="13"/>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688209" y="9741446"/>
                            <a:ext cx="35052" cy="34963"/>
                          </a:xfrm>
                          <a:custGeom>
                            <a:avLst/>
                            <a:gdLst/>
                            <a:ahLst/>
                            <a:cxnLst/>
                            <a:rect l="0" t="0" r="0" b="0"/>
                            <a:pathLst>
                              <a:path w="35052" h="34963">
                                <a:moveTo>
                                  <a:pt x="17526" y="0"/>
                                </a:moveTo>
                                <a:cubicBezTo>
                                  <a:pt x="27178" y="0"/>
                                  <a:pt x="35052" y="7849"/>
                                  <a:pt x="35052" y="17476"/>
                                </a:cubicBezTo>
                                <a:cubicBezTo>
                                  <a:pt x="35052" y="27115"/>
                                  <a:pt x="27178" y="34963"/>
                                  <a:pt x="17526" y="34963"/>
                                </a:cubicBezTo>
                                <a:cubicBezTo>
                                  <a:pt x="7874" y="34963"/>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2503170" y="9741446"/>
                            <a:ext cx="34925" cy="34963"/>
                          </a:xfrm>
                          <a:custGeom>
                            <a:avLst/>
                            <a:gdLst/>
                            <a:ahLst/>
                            <a:cxnLst/>
                            <a:rect l="0" t="0" r="0" b="0"/>
                            <a:pathLst>
                              <a:path w="34925" h="34963">
                                <a:moveTo>
                                  <a:pt x="17399" y="0"/>
                                </a:moveTo>
                                <a:cubicBezTo>
                                  <a:pt x="27178" y="0"/>
                                  <a:pt x="34925" y="7849"/>
                                  <a:pt x="34925" y="17476"/>
                                </a:cubicBezTo>
                                <a:cubicBezTo>
                                  <a:pt x="34925" y="27115"/>
                                  <a:pt x="27178" y="34963"/>
                                  <a:pt x="17399" y="34963"/>
                                </a:cubicBezTo>
                                <a:cubicBezTo>
                                  <a:pt x="7747" y="34963"/>
                                  <a:pt x="0" y="27115"/>
                                  <a:pt x="0" y="17476"/>
                                </a:cubicBezTo>
                                <a:cubicBezTo>
                                  <a:pt x="0" y="7849"/>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2317877" y="9741446"/>
                            <a:ext cx="35052" cy="34963"/>
                          </a:xfrm>
                          <a:custGeom>
                            <a:avLst/>
                            <a:gdLst/>
                            <a:ahLst/>
                            <a:cxnLst/>
                            <a:rect l="0" t="0" r="0" b="0"/>
                            <a:pathLst>
                              <a:path w="35052" h="34963">
                                <a:moveTo>
                                  <a:pt x="17526" y="0"/>
                                </a:moveTo>
                                <a:cubicBezTo>
                                  <a:pt x="27178" y="0"/>
                                  <a:pt x="35052" y="7849"/>
                                  <a:pt x="35052" y="17476"/>
                                </a:cubicBezTo>
                                <a:cubicBezTo>
                                  <a:pt x="35052" y="27115"/>
                                  <a:pt x="27178" y="34963"/>
                                  <a:pt x="17526" y="34963"/>
                                </a:cubicBezTo>
                                <a:cubicBezTo>
                                  <a:pt x="7874" y="34963"/>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132838" y="9741446"/>
                            <a:ext cx="35052" cy="34963"/>
                          </a:xfrm>
                          <a:custGeom>
                            <a:avLst/>
                            <a:gdLst/>
                            <a:ahLst/>
                            <a:cxnLst/>
                            <a:rect l="0" t="0" r="0" b="0"/>
                            <a:pathLst>
                              <a:path w="35052" h="34963">
                                <a:moveTo>
                                  <a:pt x="17526" y="0"/>
                                </a:moveTo>
                                <a:cubicBezTo>
                                  <a:pt x="27178" y="38"/>
                                  <a:pt x="35052" y="7849"/>
                                  <a:pt x="35052" y="17476"/>
                                </a:cubicBezTo>
                                <a:cubicBezTo>
                                  <a:pt x="35052" y="17476"/>
                                  <a:pt x="35052" y="17514"/>
                                  <a:pt x="35052" y="17514"/>
                                </a:cubicBezTo>
                                <a:cubicBezTo>
                                  <a:pt x="34925" y="27191"/>
                                  <a:pt x="27178" y="34963"/>
                                  <a:pt x="17526" y="34963"/>
                                </a:cubicBezTo>
                                <a:cubicBezTo>
                                  <a:pt x="7747" y="34925"/>
                                  <a:pt x="0" y="27077"/>
                                  <a:pt x="0" y="17438"/>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1947672" y="9741446"/>
                            <a:ext cx="35052" cy="34963"/>
                          </a:xfrm>
                          <a:custGeom>
                            <a:avLst/>
                            <a:gdLst/>
                            <a:ahLst/>
                            <a:cxnLst/>
                            <a:rect l="0" t="0" r="0" b="0"/>
                            <a:pathLst>
                              <a:path w="35052" h="34963">
                                <a:moveTo>
                                  <a:pt x="17653" y="0"/>
                                </a:moveTo>
                                <a:cubicBezTo>
                                  <a:pt x="27305" y="38"/>
                                  <a:pt x="35052" y="7849"/>
                                  <a:pt x="35052" y="17476"/>
                                </a:cubicBezTo>
                                <a:cubicBezTo>
                                  <a:pt x="35052" y="17476"/>
                                  <a:pt x="35052" y="17514"/>
                                  <a:pt x="35052" y="17514"/>
                                </a:cubicBezTo>
                                <a:cubicBezTo>
                                  <a:pt x="35052" y="27191"/>
                                  <a:pt x="27178" y="34963"/>
                                  <a:pt x="17526" y="34963"/>
                                </a:cubicBezTo>
                                <a:cubicBezTo>
                                  <a:pt x="7874" y="34925"/>
                                  <a:pt x="0" y="27077"/>
                                  <a:pt x="127" y="17438"/>
                                </a:cubicBezTo>
                                <a:cubicBezTo>
                                  <a:pt x="127" y="7810"/>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28492" y="9562820"/>
                            <a:ext cx="34925" cy="34925"/>
                          </a:xfrm>
                          <a:custGeom>
                            <a:avLst/>
                            <a:gdLst/>
                            <a:ahLst/>
                            <a:cxnLst/>
                            <a:rect l="0" t="0" r="0" b="0"/>
                            <a:pathLst>
                              <a:path w="34925" h="34925">
                                <a:moveTo>
                                  <a:pt x="17526" y="0"/>
                                </a:moveTo>
                                <a:cubicBezTo>
                                  <a:pt x="27178" y="0"/>
                                  <a:pt x="34925" y="7810"/>
                                  <a:pt x="34925" y="17437"/>
                                </a:cubicBezTo>
                                <a:cubicBezTo>
                                  <a:pt x="34925"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326" y="9562820"/>
                            <a:ext cx="35052" cy="34925"/>
                          </a:xfrm>
                          <a:custGeom>
                            <a:avLst/>
                            <a:gdLst/>
                            <a:ahLst/>
                            <a:cxnLst/>
                            <a:rect l="0" t="0" r="0" b="0"/>
                            <a:pathLst>
                              <a:path w="35052" h="34925">
                                <a:moveTo>
                                  <a:pt x="17526" y="0"/>
                                </a:moveTo>
                                <a:cubicBezTo>
                                  <a:pt x="27178" y="0"/>
                                  <a:pt x="35052" y="7810"/>
                                  <a:pt x="35052" y="17437"/>
                                </a:cubicBezTo>
                                <a:cubicBezTo>
                                  <a:pt x="35052"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058414" y="9562820"/>
                            <a:ext cx="35052" cy="34989"/>
                          </a:xfrm>
                          <a:custGeom>
                            <a:avLst/>
                            <a:gdLst/>
                            <a:ahLst/>
                            <a:cxnLst/>
                            <a:rect l="0" t="0" r="0" b="0"/>
                            <a:pathLst>
                              <a:path w="35052" h="34989">
                                <a:moveTo>
                                  <a:pt x="17399" y="0"/>
                                </a:moveTo>
                                <a:cubicBezTo>
                                  <a:pt x="17399" y="0"/>
                                  <a:pt x="17526" y="0"/>
                                  <a:pt x="17526" y="0"/>
                                </a:cubicBezTo>
                                <a:cubicBezTo>
                                  <a:pt x="27178" y="0"/>
                                  <a:pt x="35052" y="7810"/>
                                  <a:pt x="35052" y="17437"/>
                                </a:cubicBezTo>
                                <a:cubicBezTo>
                                  <a:pt x="35052" y="27039"/>
                                  <a:pt x="27305" y="34849"/>
                                  <a:pt x="17653" y="34925"/>
                                </a:cubicBezTo>
                                <a:cubicBezTo>
                                  <a:pt x="8001" y="34989"/>
                                  <a:pt x="127" y="27216"/>
                                  <a:pt x="0" y="17590"/>
                                </a:cubicBezTo>
                                <a:cubicBezTo>
                                  <a:pt x="0" y="7951"/>
                                  <a:pt x="7747" y="77"/>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2873121" y="9562782"/>
                            <a:ext cx="35052" cy="35001"/>
                          </a:xfrm>
                          <a:custGeom>
                            <a:avLst/>
                            <a:gdLst/>
                            <a:ahLst/>
                            <a:cxnLst/>
                            <a:rect l="0" t="0" r="0" b="0"/>
                            <a:pathLst>
                              <a:path w="35052" h="35001">
                                <a:moveTo>
                                  <a:pt x="17653" y="38"/>
                                </a:moveTo>
                                <a:cubicBezTo>
                                  <a:pt x="27305" y="38"/>
                                  <a:pt x="35052" y="7848"/>
                                  <a:pt x="35052" y="17475"/>
                                </a:cubicBezTo>
                                <a:cubicBezTo>
                                  <a:pt x="35052" y="17514"/>
                                  <a:pt x="35052" y="17514"/>
                                  <a:pt x="35052" y="17514"/>
                                </a:cubicBezTo>
                                <a:cubicBezTo>
                                  <a:pt x="35052" y="27191"/>
                                  <a:pt x="27178" y="35001"/>
                                  <a:pt x="17526" y="34963"/>
                                </a:cubicBezTo>
                                <a:cubicBezTo>
                                  <a:pt x="7874" y="34925"/>
                                  <a:pt x="0" y="27077"/>
                                  <a:pt x="0" y="17437"/>
                                </a:cubicBezTo>
                                <a:cubicBezTo>
                                  <a:pt x="127" y="7810"/>
                                  <a:pt x="8001" y="0"/>
                                  <a:pt x="17653" y="38"/>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2688209" y="9562820"/>
                            <a:ext cx="35052" cy="34925"/>
                          </a:xfrm>
                          <a:custGeom>
                            <a:avLst/>
                            <a:gdLst/>
                            <a:ahLst/>
                            <a:cxnLst/>
                            <a:rect l="0" t="0" r="0" b="0"/>
                            <a:pathLst>
                              <a:path w="35052" h="34925">
                                <a:moveTo>
                                  <a:pt x="17526" y="0"/>
                                </a:moveTo>
                                <a:cubicBezTo>
                                  <a:pt x="27178" y="0"/>
                                  <a:pt x="35052" y="7810"/>
                                  <a:pt x="35052" y="17437"/>
                                </a:cubicBezTo>
                                <a:cubicBezTo>
                                  <a:pt x="35052"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503170" y="9562820"/>
                            <a:ext cx="34925" cy="34925"/>
                          </a:xfrm>
                          <a:custGeom>
                            <a:avLst/>
                            <a:gdLst/>
                            <a:ahLst/>
                            <a:cxnLst/>
                            <a:rect l="0" t="0" r="0" b="0"/>
                            <a:pathLst>
                              <a:path w="34925" h="34925">
                                <a:moveTo>
                                  <a:pt x="17399" y="0"/>
                                </a:moveTo>
                                <a:cubicBezTo>
                                  <a:pt x="27178" y="0"/>
                                  <a:pt x="34925" y="7810"/>
                                  <a:pt x="34925" y="17437"/>
                                </a:cubicBezTo>
                                <a:cubicBezTo>
                                  <a:pt x="34925" y="27115"/>
                                  <a:pt x="27178" y="34925"/>
                                  <a:pt x="17399" y="34925"/>
                                </a:cubicBezTo>
                                <a:cubicBezTo>
                                  <a:pt x="7747" y="34925"/>
                                  <a:pt x="0" y="27115"/>
                                  <a:pt x="0" y="17437"/>
                                </a:cubicBezTo>
                                <a:cubicBezTo>
                                  <a:pt x="0" y="7810"/>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317877" y="9562820"/>
                            <a:ext cx="35052" cy="34925"/>
                          </a:xfrm>
                          <a:custGeom>
                            <a:avLst/>
                            <a:gdLst/>
                            <a:ahLst/>
                            <a:cxnLst/>
                            <a:rect l="0" t="0" r="0" b="0"/>
                            <a:pathLst>
                              <a:path w="35052" h="34925">
                                <a:moveTo>
                                  <a:pt x="17526" y="0"/>
                                </a:moveTo>
                                <a:cubicBezTo>
                                  <a:pt x="27178" y="0"/>
                                  <a:pt x="35052" y="7810"/>
                                  <a:pt x="35052" y="17437"/>
                                </a:cubicBezTo>
                                <a:cubicBezTo>
                                  <a:pt x="35052"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132838" y="9562782"/>
                            <a:ext cx="35052" cy="35001"/>
                          </a:xfrm>
                          <a:custGeom>
                            <a:avLst/>
                            <a:gdLst/>
                            <a:ahLst/>
                            <a:cxnLst/>
                            <a:rect l="0" t="0" r="0" b="0"/>
                            <a:pathLst>
                              <a:path w="35052" h="35001">
                                <a:moveTo>
                                  <a:pt x="17526" y="38"/>
                                </a:moveTo>
                                <a:cubicBezTo>
                                  <a:pt x="27178" y="38"/>
                                  <a:pt x="35052" y="7848"/>
                                  <a:pt x="35052" y="17475"/>
                                </a:cubicBezTo>
                                <a:cubicBezTo>
                                  <a:pt x="35052" y="17514"/>
                                  <a:pt x="35052" y="17514"/>
                                  <a:pt x="35052" y="17514"/>
                                </a:cubicBezTo>
                                <a:cubicBezTo>
                                  <a:pt x="34925" y="27191"/>
                                  <a:pt x="27178" y="35001"/>
                                  <a:pt x="17526" y="34963"/>
                                </a:cubicBezTo>
                                <a:cubicBezTo>
                                  <a:pt x="7747" y="34925"/>
                                  <a:pt x="0" y="27077"/>
                                  <a:pt x="0" y="17437"/>
                                </a:cubicBezTo>
                                <a:cubicBezTo>
                                  <a:pt x="0" y="7810"/>
                                  <a:pt x="7874" y="0"/>
                                  <a:pt x="17526" y="38"/>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1947799" y="9562820"/>
                            <a:ext cx="34925" cy="34925"/>
                          </a:xfrm>
                          <a:custGeom>
                            <a:avLst/>
                            <a:gdLst/>
                            <a:ahLst/>
                            <a:cxnLst/>
                            <a:rect l="0" t="0" r="0" b="0"/>
                            <a:pathLst>
                              <a:path w="34925" h="34925">
                                <a:moveTo>
                                  <a:pt x="17399" y="0"/>
                                </a:moveTo>
                                <a:cubicBezTo>
                                  <a:pt x="17526" y="0"/>
                                  <a:pt x="17526" y="0"/>
                                  <a:pt x="17526" y="0"/>
                                </a:cubicBezTo>
                                <a:cubicBezTo>
                                  <a:pt x="27178" y="0"/>
                                  <a:pt x="34925" y="7810"/>
                                  <a:pt x="34925" y="17437"/>
                                </a:cubicBezTo>
                                <a:cubicBezTo>
                                  <a:pt x="34925" y="27115"/>
                                  <a:pt x="27051" y="34925"/>
                                  <a:pt x="17399" y="34925"/>
                                </a:cubicBezTo>
                                <a:cubicBezTo>
                                  <a:pt x="7747" y="34925"/>
                                  <a:pt x="0" y="27115"/>
                                  <a:pt x="0" y="17437"/>
                                </a:cubicBezTo>
                                <a:cubicBezTo>
                                  <a:pt x="0" y="7810"/>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79" name="Picture 79"/>
                          <pic:cNvPicPr/>
                        </pic:nvPicPr>
                        <pic:blipFill>
                          <a:blip r:embed="rId11"/>
                          <a:stretch>
                            <a:fillRect/>
                          </a:stretch>
                        </pic:blipFill>
                        <pic:spPr>
                          <a:xfrm>
                            <a:off x="4668012" y="361137"/>
                            <a:ext cx="717817" cy="717855"/>
                          </a:xfrm>
                          <a:prstGeom prst="rect">
                            <a:avLst/>
                          </a:prstGeom>
                        </pic:spPr>
                      </pic:pic>
                      <pic:pic xmlns:pic="http://schemas.openxmlformats.org/drawingml/2006/picture">
                        <pic:nvPicPr>
                          <pic:cNvPr id="81" name="Picture 81"/>
                          <pic:cNvPicPr/>
                        </pic:nvPicPr>
                        <pic:blipFill>
                          <a:blip r:embed="rId12"/>
                          <a:stretch>
                            <a:fillRect/>
                          </a:stretch>
                        </pic:blipFill>
                        <pic:spPr>
                          <a:xfrm>
                            <a:off x="5474208" y="498348"/>
                            <a:ext cx="1315212" cy="355092"/>
                          </a:xfrm>
                          <a:prstGeom prst="rect">
                            <a:avLst/>
                          </a:prstGeom>
                        </pic:spPr>
                      </pic:pic>
                      <wps:wsp>
                        <wps:cNvPr id="82" name="Rectangle 82"/>
                        <wps:cNvSpPr/>
                        <wps:spPr>
                          <a:xfrm>
                            <a:off x="5475478" y="497848"/>
                            <a:ext cx="1325768" cy="360739"/>
                          </a:xfrm>
                          <a:prstGeom prst="rect">
                            <a:avLst/>
                          </a:prstGeom>
                          <a:ln>
                            <a:noFill/>
                          </a:ln>
                        </wps:spPr>
                        <wps:txbx>
                          <w:txbxContent>
                            <w:p w14:paraId="1706AC3B" w14:textId="77777777" w:rsidR="0066682C" w:rsidRPr="00E43475" w:rsidRDefault="0066682C">
                              <w:r w:rsidRPr="00E43475">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83" name="Rectangle 83"/>
                        <wps:cNvSpPr/>
                        <wps:spPr>
                          <a:xfrm>
                            <a:off x="6472174" y="581582"/>
                            <a:ext cx="37855" cy="227633"/>
                          </a:xfrm>
                          <a:prstGeom prst="rect">
                            <a:avLst/>
                          </a:prstGeom>
                          <a:ln>
                            <a:noFill/>
                          </a:ln>
                        </wps:spPr>
                        <wps:txbx>
                          <w:txbxContent>
                            <w:p w14:paraId="7C474CD4" w14:textId="77777777" w:rsidR="0066682C" w:rsidRPr="00E43475" w:rsidRDefault="0066682C">
                              <w:r w:rsidRPr="00E43475">
                                <w:t xml:space="preserve"> </w:t>
                              </w:r>
                            </w:p>
                          </w:txbxContent>
                        </wps:txbx>
                        <wps:bodyPr horzOverflow="overflow" vert="horz" lIns="0" tIns="0" rIns="0" bIns="0" rtlCol="0">
                          <a:noAutofit/>
                        </wps:bodyPr>
                      </wps:wsp>
                      <pic:pic xmlns:pic="http://schemas.openxmlformats.org/drawingml/2006/picture">
                        <pic:nvPicPr>
                          <pic:cNvPr id="85" name="Picture 85"/>
                          <pic:cNvPicPr/>
                        </pic:nvPicPr>
                        <pic:blipFill>
                          <a:blip r:embed="rId13"/>
                          <a:stretch>
                            <a:fillRect/>
                          </a:stretch>
                        </pic:blipFill>
                        <pic:spPr>
                          <a:xfrm>
                            <a:off x="5474208" y="714756"/>
                            <a:ext cx="1693164" cy="356616"/>
                          </a:xfrm>
                          <a:prstGeom prst="rect">
                            <a:avLst/>
                          </a:prstGeom>
                        </pic:spPr>
                      </pic:pic>
                      <wps:wsp>
                        <wps:cNvPr id="86" name="Rectangle 86"/>
                        <wps:cNvSpPr/>
                        <wps:spPr>
                          <a:xfrm>
                            <a:off x="5475478" y="713961"/>
                            <a:ext cx="1707783" cy="361234"/>
                          </a:xfrm>
                          <a:prstGeom prst="rect">
                            <a:avLst/>
                          </a:prstGeom>
                          <a:ln>
                            <a:noFill/>
                          </a:ln>
                        </wps:spPr>
                        <wps:txbx>
                          <w:txbxContent>
                            <w:p w14:paraId="07CD9434" w14:textId="77777777" w:rsidR="0066682C" w:rsidRPr="00E43475" w:rsidRDefault="0066682C">
                              <w:r w:rsidRPr="00E43475">
                                <w:rPr>
                                  <w:rFonts w:ascii="Montserrat" w:eastAsia="Montserrat" w:hAnsi="Montserrat" w:cs="Montserrat"/>
                                  <w:color w:val="FFF9F3"/>
                                  <w:sz w:val="35"/>
                                </w:rPr>
                                <w:t>Üniversitesi</w:t>
                              </w:r>
                            </w:p>
                          </w:txbxContent>
                        </wps:txbx>
                        <wps:bodyPr horzOverflow="overflow" vert="horz" lIns="0" tIns="0" rIns="0" bIns="0" rtlCol="0">
                          <a:noAutofit/>
                        </wps:bodyPr>
                      </wps:wsp>
                      <wps:wsp>
                        <wps:cNvPr id="87" name="Rectangle 87"/>
                        <wps:cNvSpPr/>
                        <wps:spPr>
                          <a:xfrm>
                            <a:off x="6758686" y="797703"/>
                            <a:ext cx="37937" cy="228127"/>
                          </a:xfrm>
                          <a:prstGeom prst="rect">
                            <a:avLst/>
                          </a:prstGeom>
                          <a:ln>
                            <a:noFill/>
                          </a:ln>
                        </wps:spPr>
                        <wps:txbx>
                          <w:txbxContent>
                            <w:p w14:paraId="4D0817AD" w14:textId="77777777" w:rsidR="0066682C" w:rsidRPr="00E43475" w:rsidRDefault="0066682C">
                              <w:r w:rsidRPr="00E43475">
                                <w:t xml:space="preserve"> </w:t>
                              </w:r>
                            </w:p>
                          </w:txbxContent>
                        </wps:txbx>
                        <wps:bodyPr horzOverflow="overflow" vert="horz" lIns="0" tIns="0" rIns="0" bIns="0" rtlCol="0">
                          <a:noAutofit/>
                        </wps:bodyPr>
                      </wps:wsp>
                      <wps:wsp>
                        <wps:cNvPr id="88" name="Shape 88"/>
                        <wps:cNvSpPr/>
                        <wps:spPr>
                          <a:xfrm>
                            <a:off x="6407404" y="4984496"/>
                            <a:ext cx="727203" cy="0"/>
                          </a:xfrm>
                          <a:custGeom>
                            <a:avLst/>
                            <a:gdLst/>
                            <a:ahLst/>
                            <a:cxnLst/>
                            <a:rect l="0" t="0" r="0" b="0"/>
                            <a:pathLst>
                              <a:path w="727203">
                                <a:moveTo>
                                  <a:pt x="0" y="0"/>
                                </a:moveTo>
                                <a:lnTo>
                                  <a:pt x="727203"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91" name="Rectangle 91"/>
                        <wps:cNvSpPr/>
                        <wps:spPr>
                          <a:xfrm>
                            <a:off x="4057059" y="5055411"/>
                            <a:ext cx="3126202" cy="753718"/>
                          </a:xfrm>
                          <a:prstGeom prst="rect">
                            <a:avLst/>
                          </a:prstGeom>
                          <a:ln>
                            <a:noFill/>
                          </a:ln>
                        </wps:spPr>
                        <wps:txbx>
                          <w:txbxContent>
                            <w:p w14:paraId="2ED4BC05" w14:textId="50435902" w:rsidR="0066682C" w:rsidRPr="00E43475" w:rsidRDefault="0066600A" w:rsidP="0066600A">
                              <w:pPr>
                                <w:jc w:val="right"/>
                              </w:pPr>
                              <w:r w:rsidRPr="00E43475">
                                <w:rPr>
                                  <w:rFonts w:ascii="Montserrat" w:eastAsia="Montserrat" w:hAnsi="Montserrat" w:cs="Montserrat"/>
                                  <w:b/>
                                  <w:sz w:val="40"/>
                                </w:rPr>
                                <w:t>AKTS – İŞ YÜKÜ ANKET DEĞERLENDİRME</w:t>
                              </w:r>
                            </w:p>
                          </w:txbxContent>
                        </wps:txbx>
                        <wps:bodyPr horzOverflow="overflow" vert="horz" lIns="0" tIns="0" rIns="0" bIns="0" rtlCol="0">
                          <a:noAutofit/>
                        </wps:bodyPr>
                      </wps:wsp>
                      <wps:wsp>
                        <wps:cNvPr id="92" name="Rectangle 92"/>
                        <wps:cNvSpPr/>
                        <wps:spPr>
                          <a:xfrm>
                            <a:off x="6004322" y="5715268"/>
                            <a:ext cx="1555388" cy="412626"/>
                          </a:xfrm>
                          <a:prstGeom prst="rect">
                            <a:avLst/>
                          </a:prstGeom>
                          <a:ln>
                            <a:noFill/>
                          </a:ln>
                        </wps:spPr>
                        <wps:txbx>
                          <w:txbxContent>
                            <w:p w14:paraId="0A753D28" w14:textId="77777777" w:rsidR="0066682C" w:rsidRPr="00E43475" w:rsidRDefault="0066682C">
                              <w:r w:rsidRPr="00E43475">
                                <w:rPr>
                                  <w:rFonts w:ascii="Montserrat" w:eastAsia="Montserrat" w:hAnsi="Montserrat" w:cs="Montserrat"/>
                                  <w:b/>
                                  <w:sz w:val="40"/>
                                </w:rPr>
                                <w:t>RAPORU</w:t>
                              </w:r>
                            </w:p>
                          </w:txbxContent>
                        </wps:txbx>
                        <wps:bodyPr horzOverflow="overflow" vert="horz" lIns="0" tIns="0" rIns="0" bIns="0" rtlCol="0">
                          <a:noAutofit/>
                        </wps:bodyPr>
                      </wps:wsp>
                      <wps:wsp>
                        <wps:cNvPr id="93" name="Rectangle 93"/>
                        <wps:cNvSpPr/>
                        <wps:spPr>
                          <a:xfrm>
                            <a:off x="7165848" y="6127894"/>
                            <a:ext cx="95794" cy="412626"/>
                          </a:xfrm>
                          <a:prstGeom prst="rect">
                            <a:avLst/>
                          </a:prstGeom>
                          <a:ln>
                            <a:noFill/>
                          </a:ln>
                        </wps:spPr>
                        <wps:txbx>
                          <w:txbxContent>
                            <w:p w14:paraId="7F4562CA" w14:textId="77777777" w:rsidR="0066682C" w:rsidRPr="00E43475" w:rsidRDefault="0066682C">
                              <w:r w:rsidRPr="00E43475">
                                <w:rPr>
                                  <w:rFonts w:ascii="Montserrat" w:eastAsia="Montserrat" w:hAnsi="Montserrat" w:cs="Montserrat"/>
                                  <w:b/>
                                  <w:sz w:val="40"/>
                                </w:rPr>
                                <w:t xml:space="preserve"> </w:t>
                              </w:r>
                            </w:p>
                          </w:txbxContent>
                        </wps:txbx>
                        <wps:bodyPr horzOverflow="overflow" vert="horz" lIns="0" tIns="0" rIns="0" bIns="0" rtlCol="0">
                          <a:noAutofit/>
                        </wps:bodyPr>
                      </wps:wsp>
                      <wps:wsp>
                        <wps:cNvPr id="95" name="Rectangle 95"/>
                        <wps:cNvSpPr/>
                        <wps:spPr>
                          <a:xfrm>
                            <a:off x="4239133" y="2631897"/>
                            <a:ext cx="2963459" cy="370623"/>
                          </a:xfrm>
                          <a:prstGeom prst="rect">
                            <a:avLst/>
                          </a:prstGeom>
                          <a:ln>
                            <a:noFill/>
                          </a:ln>
                        </wps:spPr>
                        <wps:txbx>
                          <w:txbxContent>
                            <w:p w14:paraId="2BF5C358" w14:textId="77777777" w:rsidR="0066682C" w:rsidRPr="00E43475" w:rsidRDefault="0066682C">
                              <w:r w:rsidRPr="00E43475">
                                <w:rPr>
                                  <w:rFonts w:ascii="Montserrat" w:eastAsia="Montserrat" w:hAnsi="Montserrat" w:cs="Montserrat"/>
                                  <w:b/>
                                  <w:sz w:val="36"/>
                                </w:rPr>
                                <w:t xml:space="preserve">GÜZEL SANATLAR </w:t>
                              </w:r>
                            </w:p>
                          </w:txbxContent>
                        </wps:txbx>
                        <wps:bodyPr horzOverflow="overflow" vert="horz" lIns="0" tIns="0" rIns="0" bIns="0" rtlCol="0">
                          <a:noAutofit/>
                        </wps:bodyPr>
                      </wps:wsp>
                      <wps:wsp>
                        <wps:cNvPr id="96" name="Rectangle 96"/>
                        <wps:cNvSpPr/>
                        <wps:spPr>
                          <a:xfrm>
                            <a:off x="4239133" y="2932125"/>
                            <a:ext cx="1730888" cy="370623"/>
                          </a:xfrm>
                          <a:prstGeom prst="rect">
                            <a:avLst/>
                          </a:prstGeom>
                          <a:ln>
                            <a:noFill/>
                          </a:ln>
                        </wps:spPr>
                        <wps:txbx>
                          <w:txbxContent>
                            <w:p w14:paraId="3ECB0613" w14:textId="77777777" w:rsidR="0066682C" w:rsidRPr="00E43475" w:rsidRDefault="0066682C">
                              <w:r w:rsidRPr="00E43475">
                                <w:rPr>
                                  <w:rFonts w:ascii="Montserrat" w:eastAsia="Montserrat" w:hAnsi="Montserrat" w:cs="Montserrat"/>
                                  <w:b/>
                                  <w:sz w:val="36"/>
                                </w:rPr>
                                <w:t>FAKÜLTESİ</w:t>
                              </w:r>
                            </w:p>
                          </w:txbxContent>
                        </wps:txbx>
                        <wps:bodyPr horzOverflow="overflow" vert="horz" lIns="0" tIns="0" rIns="0" bIns="0" rtlCol="0">
                          <a:noAutofit/>
                        </wps:bodyPr>
                      </wps:wsp>
                      <wps:wsp>
                        <wps:cNvPr id="97" name="Rectangle 97"/>
                        <wps:cNvSpPr/>
                        <wps:spPr>
                          <a:xfrm>
                            <a:off x="5539486" y="2932125"/>
                            <a:ext cx="86043" cy="370623"/>
                          </a:xfrm>
                          <a:prstGeom prst="rect">
                            <a:avLst/>
                          </a:prstGeom>
                          <a:ln>
                            <a:noFill/>
                          </a:ln>
                        </wps:spPr>
                        <wps:txbx>
                          <w:txbxContent>
                            <w:p w14:paraId="7040FDA1" w14:textId="77777777" w:rsidR="0066682C" w:rsidRPr="00E43475" w:rsidRDefault="0066682C">
                              <w:r w:rsidRPr="00E43475">
                                <w:rPr>
                                  <w:rFonts w:ascii="Montserrat" w:eastAsia="Montserrat" w:hAnsi="Montserrat" w:cs="Montserrat"/>
                                  <w:b/>
                                  <w:sz w:val="36"/>
                                </w:rPr>
                                <w:t xml:space="preserve"> </w:t>
                              </w:r>
                            </w:p>
                          </w:txbxContent>
                        </wps:txbx>
                        <wps:bodyPr horzOverflow="overflow" vert="horz" lIns="0" tIns="0" rIns="0" bIns="0" rtlCol="0">
                          <a:noAutofit/>
                        </wps:bodyPr>
                      </wps:wsp>
                      <wps:wsp>
                        <wps:cNvPr id="99" name="Rectangle 99"/>
                        <wps:cNvSpPr/>
                        <wps:spPr>
                          <a:xfrm>
                            <a:off x="3991555" y="3715226"/>
                            <a:ext cx="3190677" cy="761260"/>
                          </a:xfrm>
                          <a:prstGeom prst="rect">
                            <a:avLst/>
                          </a:prstGeom>
                          <a:ln>
                            <a:noFill/>
                          </a:ln>
                        </wps:spPr>
                        <wps:txbx>
                          <w:txbxContent>
                            <w:p w14:paraId="4EE4C63C" w14:textId="3EBA6037" w:rsidR="0066682C" w:rsidRPr="00E43475" w:rsidRDefault="00B80B2E">
                              <w:r w:rsidRPr="00E43475">
                                <w:rPr>
                                  <w:rFonts w:ascii="Montserrat" w:eastAsia="Montserrat" w:hAnsi="Montserrat" w:cs="Montserrat"/>
                                  <w:b/>
                                  <w:sz w:val="36"/>
                                </w:rPr>
                                <w:t>GRAFİK SANATLAR</w:t>
                              </w:r>
                              <w:r w:rsidR="008D3E43" w:rsidRPr="00E43475">
                                <w:rPr>
                                  <w:rFonts w:ascii="Montserrat" w:eastAsia="Montserrat" w:hAnsi="Montserrat" w:cs="Montserrat"/>
                                  <w:b/>
                                  <w:sz w:val="36"/>
                                </w:rPr>
                                <w:t xml:space="preserve"> </w:t>
                              </w:r>
                              <w:r w:rsidR="0066682C" w:rsidRPr="00E43475">
                                <w:rPr>
                                  <w:rFonts w:ascii="Montserrat" w:eastAsia="Montserrat" w:hAnsi="Montserrat" w:cs="Montserrat"/>
                                  <w:b/>
                                  <w:sz w:val="36"/>
                                </w:rPr>
                                <w:t>BÖLÜMÜ</w:t>
                              </w:r>
                            </w:p>
                          </w:txbxContent>
                        </wps:txbx>
                        <wps:bodyPr horzOverflow="overflow" vert="horz" lIns="0" tIns="0" rIns="0" bIns="0" rtlCol="0">
                          <a:noAutofit/>
                        </wps:bodyPr>
                      </wps:wsp>
                      <wps:wsp>
                        <wps:cNvPr id="100" name="Rectangle 100"/>
                        <wps:cNvSpPr/>
                        <wps:spPr>
                          <a:xfrm>
                            <a:off x="6146038" y="3715842"/>
                            <a:ext cx="86043" cy="370623"/>
                          </a:xfrm>
                          <a:prstGeom prst="rect">
                            <a:avLst/>
                          </a:prstGeom>
                          <a:ln>
                            <a:noFill/>
                          </a:ln>
                        </wps:spPr>
                        <wps:txbx>
                          <w:txbxContent>
                            <w:p w14:paraId="429506D6" w14:textId="77777777" w:rsidR="0066682C" w:rsidRPr="00E43475" w:rsidRDefault="0066682C">
                              <w:r w:rsidRPr="00E43475">
                                <w:rPr>
                                  <w:rFonts w:ascii="Montserrat" w:eastAsia="Montserrat" w:hAnsi="Montserrat" w:cs="Montserrat"/>
                                  <w:b/>
                                  <w:sz w:val="36"/>
                                </w:rPr>
                                <w:t xml:space="preserve"> </w:t>
                              </w:r>
                            </w:p>
                          </w:txbxContent>
                        </wps:txbx>
                        <wps:bodyPr horzOverflow="overflow" vert="horz" lIns="0" tIns="0" rIns="0" bIns="0" rtlCol="0">
                          <a:noAutofit/>
                        </wps:bodyPr>
                      </wps:wsp>
                      <wps:wsp>
                        <wps:cNvPr id="102" name="Rectangle 102"/>
                        <wps:cNvSpPr/>
                        <wps:spPr>
                          <a:xfrm>
                            <a:off x="5060103" y="9771901"/>
                            <a:ext cx="2328446" cy="351346"/>
                          </a:xfrm>
                          <a:prstGeom prst="rect">
                            <a:avLst/>
                          </a:prstGeom>
                          <a:ln>
                            <a:noFill/>
                          </a:ln>
                        </wps:spPr>
                        <wps:txbx>
                          <w:txbxContent>
                            <w:p w14:paraId="2DE7EC5C" w14:textId="548F5887" w:rsidR="0066682C" w:rsidRPr="00E43475" w:rsidRDefault="000E53EE">
                              <w:pPr>
                                <w:rPr>
                                  <w:color w:val="FFFFFF" w:themeColor="background1"/>
                                  <w:sz w:val="44"/>
                                  <w:szCs w:val="44"/>
                                </w:rPr>
                              </w:pPr>
                              <w:r w:rsidRPr="00E43475">
                                <w:rPr>
                                  <w:color w:val="FFFFFF" w:themeColor="background1"/>
                                  <w:sz w:val="44"/>
                                  <w:szCs w:val="44"/>
                                </w:rPr>
                                <w:t>gsf</w:t>
                              </w:r>
                              <w:r w:rsidR="00DB2D57" w:rsidRPr="00E43475">
                                <w:rPr>
                                  <w:color w:val="FFFFFF" w:themeColor="background1"/>
                                  <w:sz w:val="44"/>
                                  <w:szCs w:val="44"/>
                                </w:rPr>
                                <w:t>@balikesir.edu.tr</w:t>
                              </w:r>
                            </w:p>
                          </w:txbxContent>
                        </wps:txbx>
                        <wps:bodyPr horzOverflow="overflow" vert="horz" lIns="0" tIns="0" rIns="0" bIns="0" rtlCol="0">
                          <a:noAutofit/>
                        </wps:bodyPr>
                      </wps:wsp>
                      <wps:wsp>
                        <wps:cNvPr id="104" name="Rectangle 104"/>
                        <wps:cNvSpPr/>
                        <wps:spPr>
                          <a:xfrm>
                            <a:off x="4170553" y="9420555"/>
                            <a:ext cx="775740" cy="351346"/>
                          </a:xfrm>
                          <a:prstGeom prst="rect">
                            <a:avLst/>
                          </a:prstGeom>
                          <a:ln>
                            <a:noFill/>
                          </a:ln>
                        </wps:spPr>
                        <wps:txbx>
                          <w:txbxContent>
                            <w:p w14:paraId="3DFFF965" w14:textId="77777777" w:rsidR="0066682C" w:rsidRPr="00E43475" w:rsidRDefault="0066682C">
                              <w:r w:rsidRPr="00E43475">
                                <w:rPr>
                                  <w:spacing w:val="6"/>
                                  <w:sz w:val="34"/>
                                </w:rPr>
                                <w:t xml:space="preserve"> </w:t>
                              </w:r>
                              <w:r w:rsidRPr="00E43475">
                                <w:rPr>
                                  <w:spacing w:val="8"/>
                                  <w:sz w:val="34"/>
                                </w:rPr>
                                <w:t xml:space="preserve"> </w:t>
                              </w:r>
                              <w:r w:rsidRPr="00E43475">
                                <w:rPr>
                                  <w:spacing w:val="6"/>
                                  <w:sz w:val="34"/>
                                </w:rPr>
                                <w:t xml:space="preserve"> </w:t>
                              </w:r>
                              <w:r w:rsidRPr="00E43475">
                                <w:rPr>
                                  <w:spacing w:val="8"/>
                                  <w:sz w:val="34"/>
                                </w:rPr>
                                <w:t xml:space="preserve"> </w:t>
                              </w:r>
                              <w:r w:rsidRPr="00E43475">
                                <w:rPr>
                                  <w:spacing w:val="6"/>
                                  <w:sz w:val="34"/>
                                </w:rPr>
                                <w:t xml:space="preserve"> </w:t>
                              </w:r>
                              <w:r w:rsidRPr="00E43475">
                                <w:rPr>
                                  <w:spacing w:val="8"/>
                                  <w:sz w:val="34"/>
                                </w:rPr>
                                <w:t xml:space="preserve"> </w:t>
                              </w:r>
                              <w:r w:rsidRPr="00E43475">
                                <w:rPr>
                                  <w:spacing w:val="5"/>
                                  <w:sz w:val="34"/>
                                </w:rPr>
                                <w:t xml:space="preserve"> </w:t>
                              </w:r>
                              <w:r w:rsidRPr="00E43475">
                                <w:rPr>
                                  <w:spacing w:val="6"/>
                                  <w:sz w:val="34"/>
                                </w:rPr>
                                <w:t xml:space="preserve"> </w:t>
                              </w:r>
                              <w:r w:rsidRPr="00E43475">
                                <w:rPr>
                                  <w:spacing w:val="8"/>
                                  <w:sz w:val="34"/>
                                </w:rPr>
                                <w:t xml:space="preserve"> </w:t>
                              </w:r>
                              <w:r w:rsidRPr="00E43475">
                                <w:rPr>
                                  <w:spacing w:val="6"/>
                                  <w:sz w:val="34"/>
                                </w:rPr>
                                <w:t xml:space="preserve">  </w:t>
                              </w:r>
                            </w:p>
                          </w:txbxContent>
                        </wps:txbx>
                        <wps:bodyPr horzOverflow="overflow" vert="horz" lIns="0" tIns="0" rIns="0" bIns="0" rtlCol="0">
                          <a:noAutofit/>
                        </wps:bodyPr>
                      </wps:wsp>
                      <wps:wsp>
                        <wps:cNvPr id="105" name="Rectangle 105"/>
                        <wps:cNvSpPr/>
                        <wps:spPr>
                          <a:xfrm>
                            <a:off x="4755769" y="9420555"/>
                            <a:ext cx="209305" cy="351346"/>
                          </a:xfrm>
                          <a:prstGeom prst="rect">
                            <a:avLst/>
                          </a:prstGeom>
                          <a:ln>
                            <a:noFill/>
                          </a:ln>
                        </wps:spPr>
                        <wps:txbx>
                          <w:txbxContent>
                            <w:p w14:paraId="0AF3868C" w14:textId="1854C92A" w:rsidR="0066682C" w:rsidRPr="00E43475" w:rsidRDefault="0066682C"/>
                          </w:txbxContent>
                        </wps:txbx>
                        <wps:bodyPr horzOverflow="overflow" vert="horz" lIns="0" tIns="0" rIns="0" bIns="0" rtlCol="0">
                          <a:noAutofit/>
                        </wps:bodyPr>
                      </wps:wsp>
                      <wps:wsp>
                        <wps:cNvPr id="106" name="Rectangle 106"/>
                        <wps:cNvSpPr/>
                        <wps:spPr>
                          <a:xfrm>
                            <a:off x="4152758" y="9454530"/>
                            <a:ext cx="3216863" cy="351346"/>
                          </a:xfrm>
                          <a:prstGeom prst="rect">
                            <a:avLst/>
                          </a:prstGeom>
                          <a:ln>
                            <a:noFill/>
                          </a:ln>
                        </wps:spPr>
                        <wps:txbx>
                          <w:txbxContent>
                            <w:p w14:paraId="555D091E" w14:textId="326E9AF0" w:rsidR="0066682C" w:rsidRPr="00E43475" w:rsidRDefault="00B80B2E">
                              <w:pPr>
                                <w:rPr>
                                  <w:color w:val="FFFFFF" w:themeColor="background1"/>
                                </w:rPr>
                              </w:pPr>
                              <w:r w:rsidRPr="00E43475">
                                <w:rPr>
                                  <w:color w:val="FFFFFF" w:themeColor="background1"/>
                                  <w:w w:val="158"/>
                                  <w:sz w:val="34"/>
                                </w:rPr>
                                <w:t>Grafik Sanatlar</w:t>
                              </w:r>
                              <w:r w:rsidR="003F59D5" w:rsidRPr="00E43475">
                                <w:rPr>
                                  <w:color w:val="FFFFFF" w:themeColor="background1"/>
                                  <w:w w:val="158"/>
                                  <w:sz w:val="34"/>
                                </w:rPr>
                                <w:t xml:space="preserve"> </w:t>
                              </w:r>
                              <w:r w:rsidR="0066682C" w:rsidRPr="00E43475">
                                <w:rPr>
                                  <w:color w:val="FFFFFF" w:themeColor="background1"/>
                                  <w:w w:val="158"/>
                                  <w:sz w:val="34"/>
                                </w:rPr>
                                <w:t>Bölümü</w:t>
                              </w:r>
                            </w:p>
                          </w:txbxContent>
                        </wps:txbx>
                        <wps:bodyPr horzOverflow="overflow" vert="horz" lIns="0" tIns="0" rIns="0" bIns="0" rtlCol="0">
                          <a:noAutofit/>
                        </wps:bodyPr>
                      </wps:wsp>
                      <wps:wsp>
                        <wps:cNvPr id="107" name="Rectangle 107"/>
                        <wps:cNvSpPr/>
                        <wps:spPr>
                          <a:xfrm>
                            <a:off x="6397498" y="9492104"/>
                            <a:ext cx="37855" cy="227633"/>
                          </a:xfrm>
                          <a:prstGeom prst="rect">
                            <a:avLst/>
                          </a:prstGeom>
                          <a:ln>
                            <a:noFill/>
                          </a:ln>
                        </wps:spPr>
                        <wps:txbx>
                          <w:txbxContent>
                            <w:p w14:paraId="717EDE96" w14:textId="77777777" w:rsidR="0066682C" w:rsidRPr="00E43475" w:rsidRDefault="0066682C">
                              <w:r w:rsidRPr="00E43475">
                                <w:t xml:space="preserve"> </w:t>
                              </w:r>
                            </w:p>
                          </w:txbxContent>
                        </wps:txbx>
                        <wps:bodyPr horzOverflow="overflow" vert="horz" lIns="0" tIns="0" rIns="0" bIns="0" rtlCol="0">
                          <a:noAutofit/>
                        </wps:bodyPr>
                      </wps:wsp>
                      <wps:wsp>
                        <wps:cNvPr id="108" name="Rectangle 108"/>
                        <wps:cNvSpPr/>
                        <wps:spPr>
                          <a:xfrm>
                            <a:off x="4175125" y="1857400"/>
                            <a:ext cx="1478233" cy="741245"/>
                          </a:xfrm>
                          <a:prstGeom prst="rect">
                            <a:avLst/>
                          </a:prstGeom>
                          <a:ln>
                            <a:noFill/>
                          </a:ln>
                        </wps:spPr>
                        <wps:txbx>
                          <w:txbxContent>
                            <w:p w14:paraId="222DAF7C" w14:textId="4FE3DB29" w:rsidR="0066682C" w:rsidRPr="00E43475" w:rsidRDefault="0066682C">
                              <w:r w:rsidRPr="00E43475">
                                <w:rPr>
                                  <w:rFonts w:ascii="Montserrat" w:eastAsia="Montserrat" w:hAnsi="Montserrat" w:cs="Montserrat"/>
                                  <w:sz w:val="72"/>
                                </w:rPr>
                                <w:t>202</w:t>
                              </w:r>
                              <w:r w:rsidR="00B80B2E" w:rsidRPr="00E43475">
                                <w:rPr>
                                  <w:rFonts w:ascii="Montserrat" w:eastAsia="Montserrat" w:hAnsi="Montserrat" w:cs="Montserrat"/>
                                  <w:sz w:val="72"/>
                                </w:rPr>
                                <w:t>5</w:t>
                              </w:r>
                            </w:p>
                          </w:txbxContent>
                        </wps:txbx>
                        <wps:bodyPr horzOverflow="overflow" vert="horz" lIns="0" tIns="0" rIns="0" bIns="0" rtlCol="0">
                          <a:noAutofit/>
                        </wps:bodyPr>
                      </wps:wsp>
                      <wps:wsp>
                        <wps:cNvPr id="109" name="Rectangle 109"/>
                        <wps:cNvSpPr/>
                        <wps:spPr>
                          <a:xfrm>
                            <a:off x="5290693" y="1857400"/>
                            <a:ext cx="232285" cy="741245"/>
                          </a:xfrm>
                          <a:prstGeom prst="rect">
                            <a:avLst/>
                          </a:prstGeom>
                          <a:ln>
                            <a:noFill/>
                          </a:ln>
                        </wps:spPr>
                        <wps:txbx>
                          <w:txbxContent>
                            <w:p w14:paraId="3D41FE34" w14:textId="77777777" w:rsidR="0066682C" w:rsidRPr="00E43475" w:rsidRDefault="0066682C">
                              <w:r w:rsidRPr="00E43475">
                                <w:rPr>
                                  <w:rFonts w:ascii="Montserrat" w:eastAsia="Montserrat" w:hAnsi="Montserrat" w:cs="Montserrat"/>
                                  <w:sz w:val="72"/>
                                </w:rPr>
                                <w:t>-</w:t>
                              </w:r>
                            </w:p>
                          </w:txbxContent>
                        </wps:txbx>
                        <wps:bodyPr horzOverflow="overflow" vert="horz" lIns="0" tIns="0" rIns="0" bIns="0" rtlCol="0">
                          <a:noAutofit/>
                        </wps:bodyPr>
                      </wps:wsp>
                      <wps:wsp>
                        <wps:cNvPr id="110" name="Rectangle 110"/>
                        <wps:cNvSpPr/>
                        <wps:spPr>
                          <a:xfrm>
                            <a:off x="5460238" y="1857400"/>
                            <a:ext cx="1432627" cy="741245"/>
                          </a:xfrm>
                          <a:prstGeom prst="rect">
                            <a:avLst/>
                          </a:prstGeom>
                          <a:ln>
                            <a:noFill/>
                          </a:ln>
                        </wps:spPr>
                        <wps:txbx>
                          <w:txbxContent>
                            <w:p w14:paraId="53F54983" w14:textId="1DCBAF45" w:rsidR="0066682C" w:rsidRPr="00E43475" w:rsidRDefault="0066682C">
                              <w:r w:rsidRPr="00E43475">
                                <w:rPr>
                                  <w:rFonts w:ascii="Montserrat" w:eastAsia="Montserrat" w:hAnsi="Montserrat" w:cs="Montserrat"/>
                                  <w:sz w:val="72"/>
                                </w:rPr>
                                <w:t>202</w:t>
                              </w:r>
                              <w:r w:rsidR="00B80B2E" w:rsidRPr="00E43475">
                                <w:rPr>
                                  <w:rFonts w:ascii="Montserrat" w:eastAsia="Montserrat" w:hAnsi="Montserrat" w:cs="Montserrat"/>
                                  <w:sz w:val="72"/>
                                </w:rPr>
                                <w:t>6</w:t>
                              </w:r>
                            </w:p>
                          </w:txbxContent>
                        </wps:txbx>
                        <wps:bodyPr horzOverflow="overflow" vert="horz" lIns="0" tIns="0" rIns="0" bIns="0" rtlCol="0">
                          <a:noAutofit/>
                        </wps:bodyPr>
                      </wps:wsp>
                      <wps:wsp>
                        <wps:cNvPr id="111" name="Rectangle 111"/>
                        <wps:cNvSpPr/>
                        <wps:spPr>
                          <a:xfrm>
                            <a:off x="6537707" y="2181198"/>
                            <a:ext cx="34151" cy="205364"/>
                          </a:xfrm>
                          <a:prstGeom prst="rect">
                            <a:avLst/>
                          </a:prstGeom>
                          <a:ln>
                            <a:noFill/>
                          </a:ln>
                        </wps:spPr>
                        <wps:txbx>
                          <w:txbxContent>
                            <w:p w14:paraId="42CF6050" w14:textId="77777777" w:rsidR="0066682C" w:rsidRPr="00E43475" w:rsidRDefault="0066682C">
                              <w:r w:rsidRPr="00E43475">
                                <w:rPr>
                                  <w:sz w:val="20"/>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55705F0C" id="Group 37857" o:spid="_x0000_s1026" style="position:absolute;left:0;text-align:left;margin-left:0;margin-top:0;width:595.25pt;height:841.9pt;z-index:251658240;mso-position-horizontal-relative:page;mso-position-vertical-relative:page;mso-width-relative:margin" coordsize="75597,106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">
                <v:rect id="Rectangle 6" o:spid="_x0000_s1027" style="position:absolute;left:9009;top:9462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8332849" w14:textId="77777777" w:rsidR="0066682C" w:rsidRPr="00E43475" w:rsidRDefault="0066682C">
                        <w:r w:rsidRPr="00E43475">
                          <w:rPr>
                            <w:rFonts w:ascii="Arial" w:eastAsia="Arial" w:hAnsi="Arial" w:cs="Arial"/>
                          </w:rPr>
                          <w:t xml:space="preserve"> </w:t>
                        </w:r>
                      </w:p>
                    </w:txbxContent>
                  </v:textbox>
                </v:rect>
                <v:rect id="Rectangle 7" o:spid="_x0000_s1028" style="position:absolute;left:27301;top:94326;width:378;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C1EEF08" w14:textId="77777777" w:rsidR="0066682C" w:rsidRPr="00E43475" w:rsidRDefault="0066682C">
                        <w:r w:rsidRPr="00E43475">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top:21294;width:35688;height:64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">
                  <v:imagedata r:id="rId14" o:title=""/>
                </v:shape>
                <v:shape id="Shape 10" o:spid="_x0000_s1030" style="position:absolute;top:70755;width:42901;height:36168;visibility:visible;mso-wrap-style:square;v-text-anchor:top" coordsize="4290187,361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" path="m2436368,l4290187,1853946,2527302,3616830,,3616830,,2436457,2436368,xe" fillcolor="#22263e" stroked="f" strokeweight="0">
                  <v:stroke miterlimit="83231f" joinstyle="miter"/>
                  <v:path arrowok="t" textboxrect="0,0,4290187,3616830"/>
                </v:shape>
                <v:shape id="Shape 59013" o:spid="_x0000_s1031" style="position:absolute;left:14216;top:84236;width:61336;height:22687;visibility:visible;mso-wrap-style:square;v-text-anchor:top" coordsize="6133593,2268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" path="m,l6133593,r,2268726l,2268726,,e" fillcolor="#22263e" stroked="f" strokeweight="0">
                  <v:stroke miterlimit="83231f" joinstyle="miter"/>
                  <v:path arrowok="t" textboxrect="0,0,6133593,2268726"/>
                </v:shape>
                <v:shape id="Shape 12" o:spid="_x0000_s1032" style="position:absolute;left:6088;width:45138;height:36281;visibility:visible;mso-wrap-style:square;v-text-anchor:top" coordsize="4513796,362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" path="m1976590,l3748367,r765429,765556l1651343,3628136,,1976627,1976590,xe" fillcolor="#22263e" stroked="f" strokeweight="0">
                  <v:stroke miterlimit="83231f" joinstyle="miter"/>
                  <v:path arrowok="t" textboxrect="0,0,4513796,3628136"/>
                </v:shape>
                <v:shape id="Shape 59014" o:spid="_x0000_s1033" style="position:absolute;left:27974;width:47578;height:15419;visibility:visible;mso-wrap-style:square;v-text-anchor:top" coordsize="4757801,154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" path="m,l4757801,r,1541907l,1541907,,e" fillcolor="#22263e" stroked="f" strokeweight="0">
                  <v:stroke miterlimit="83231f" joinstyle="miter"/>
                  <v:path arrowok="t" textboxrect="0,0,4757801,1541907"/>
                </v:shape>
                <v:shape id="Picture 15" o:spid="_x0000_s1034" type="#_x0000_t75" style="position:absolute;top:70791;width:28008;height:3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">
                  <v:imagedata r:id="rId15" o:title=""/>
                </v:shape>
                <v:shape id="Picture 17" o:spid="_x0000_s1035" type="#_x0000_t75" style="position:absolute;left:6085;width:24777;height:2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">
                  <v:imagedata r:id="rId16" o:title=""/>
                </v:shape>
                <v:shape id="Shape 18" o:spid="_x0000_s1036" style="position:absolute;left:26466;top:59345;width:18437;height:18439;visibility:visible;mso-wrap-style:square;v-text-anchor:top" coordsize="1843659,184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" path="m921893,r921766,921893l921893,1843913,,921893,921893,xe" fillcolor="#22263e" stroked="f" strokeweight="0">
                  <v:stroke miterlimit="83231f" joinstyle="miter"/>
                  <v:path arrowok="t" textboxrect="0,0,1843659,1843913"/>
                </v:shape>
                <v:shape id="Shape 19" o:spid="_x0000_s1037" style="position:absolute;left:64074;top:65940;width:7272;height:0;visibility:visible;mso-wrap-style:square;v-text-anchor:top" coordsize="727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" path="m,l727203,e" filled="f" strokecolor="#22263e" strokeweight="6pt">
                  <v:path arrowok="t" textboxrect="0,0,727203,0"/>
                </v:shape>
                <v:shape id="Shape 20" o:spid="_x0000_s1038" style="position:absolute;left:34284;top:19047;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" path="m17526,v9652,,17399,7747,17399,17399c34925,27051,27178,34925,17526,34925,7874,34925,,27051,,17399,,7874,7874,,17526,xe" stroked="f" strokeweight="0">
                  <v:path arrowok="t" textboxrect="0,0,34925,34925"/>
                </v:shape>
                <v:shape id="Shape 21" o:spid="_x0000_s1039" style="position:absolute;left:32433;top:19047;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" path="m17526,v9652,,17526,7747,17526,17399c35052,27051,27178,34925,17526,34925,7874,34925,,27051,,17399,,7874,7874,,17526,xe" stroked="f" strokeweight="0">
                  <v:path arrowok="t" textboxrect="0,0,35052,34925"/>
                </v:shape>
                <v:shape id="Shape 22" o:spid="_x0000_s1040" style="position:absolute;left:30584;top:19047;width:351;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" path="m17399,v127,,254,,381,c27432,127,35179,8001,35052,17653v-127,9525,-7874,17145,-17399,17272c8001,34925,127,27178,,17526,,7874,7747,,17399,xe" stroked="f" strokeweight="0">
                  <v:path arrowok="t" textboxrect="0,0,35179,34925"/>
                </v:shape>
                <v:shape id="Shape 23" o:spid="_x0000_s1041" style="position:absolute;left:28731;top:19047;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" path="m17653,v9525,,17399,7747,17399,17399c35052,17399,35052,17399,35052,17526v,9652,-7874,17399,-17526,17399c7874,34925,,27051,,17399,127,7747,8001,,17653,xe" stroked="f" strokeweight="0">
                  <v:path arrowok="t" textboxrect="0,0,35052,34925"/>
                </v:shape>
                <v:shape id="Shape 24" o:spid="_x0000_s1042" style="position:absolute;left:26880;top:19047;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" path="m17526,v9652,,17526,7747,17526,17399c35052,27051,27178,34925,17526,34925,7874,34925,,27051,,17399,,7874,7874,,17526,xe" stroked="f" strokeweight="0">
                  <v:path arrowok="t" textboxrect="0,0,35052,34925"/>
                </v:shape>
                <v:shape id="Shape 25" o:spid="_x0000_s1043" style="position:absolute;left:25030;top:19047;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" path="m17526,v9652,,17399,7874,17399,17399c34925,27051,27178,34925,17526,34925,7874,34925,,27051,,17399,,7874,7874,,17526,xe" stroked="f" strokeweight="0">
                  <v:path arrowok="t" textboxrect="0,0,34925,34925"/>
                </v:shape>
                <v:shape id="Shape 26" o:spid="_x0000_s1044" style="position:absolute;left:23178;top:19047;width:352;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" path="m17526,v127,,127,,254,c27432,127,35179,8001,35052,17653v-127,9525,-7874,17272,-17526,17272c7874,34925,,27051,,17399,,7874,7874,,17526,xe" stroked="f" strokeweight="0">
                  <v:path arrowok="t" textboxrect="0,0,35179,34925"/>
                </v:shape>
                <v:shape id="Shape 27" o:spid="_x0000_s1045" style="position:absolute;left:21328;top:19047;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" path="m17526,v9652,,17399,7747,17526,17399c35052,17399,35052,17399,35052,17526v-127,9652,-7874,17399,-17526,17399c7747,34925,,27051,,17399,,7747,7874,,17526,xe" stroked="f" strokeweight="0">
                  <v:path arrowok="t" textboxrect="0,0,35052,34925"/>
                </v:shape>
                <v:shape id="Shape 28" o:spid="_x0000_s1046" style="position:absolute;left:19476;top:19047;width:352;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" path="m17653,v,,,,127,c27432,127,35179,8001,35052,17653v-127,9525,-7874,17272,-17526,17272c7874,34925,,27051,127,17399,127,7747,8001,,17653,xe" stroked="f" strokeweight="0">
                  <v:path arrowok="t" textboxrect="0,0,35179,34925"/>
                </v:shape>
                <v:shape id="Shape 29" o:spid="_x0000_s1047" style="position:absolute;left:30582;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" path="m17653,l29972,5207v3175,3175,5080,7493,5080,12319c35052,27178,27178,34925,17526,34925,7874,34925,,27051,127,17526,127,12700,2032,8255,5207,5080l17653,xe" stroked="f" strokeweight="0">
                  <v:path arrowok="t" textboxrect="0,0,35052,34925"/>
                </v:shape>
                <v:shape id="Shape 30" o:spid="_x0000_s1048" style="position:absolute;left:28732;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" path="m17526,l29845,5207v3175,3175,5207,7493,5207,12319c35052,27178,27178,34925,17526,34925,7874,34925,,27051,,17526,,12700,2032,8255,5207,5080l17526,xe" stroked="f" strokeweight="0">
                  <v:path arrowok="t" textboxrect="0,0,35052,34925"/>
                </v:shape>
                <v:shape id="Shape 31" o:spid="_x0000_s1049" style="position:absolute;left:34286;top:17258;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" path="m17399,v9652,,17526,7875,17526,17526c34925,27178,27051,34925,17399,34925,7747,34925,,27178,,17526,,7875,7747,,17399,xe" stroked="f" strokeweight="0">
                  <v:path arrowok="t" textboxrect="0,0,34925,34925"/>
                </v:shape>
                <v:shape id="Shape 32" o:spid="_x0000_s1050" style="position:absolute;left:32434;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" path="m17526,v9652,,17526,7875,17526,17526c35052,27178,27178,34925,17526,34925,7874,34925,,27178,,17526,,7875,7874,,17526,xe" stroked="f" strokeweight="0">
                  <v:path arrowok="t" textboxrect="0,0,35052,34925"/>
                </v:shape>
                <v:shape id="Shape 33" o:spid="_x0000_s1051" style="position:absolute;left:30758;top:17258;width:1;height:0;visibility:visible;mso-wrap-style:square;v-text-anchor:top" coordsize="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" path="m127,l,,127,xe" stroked="f" strokeweight="0">
                  <v:path arrowok="t" textboxrect="0,0,127,0"/>
                </v:shape>
                <v:shape id="Shape 35" o:spid="_x0000_s1052" style="position:absolute;left:26882;top:1725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" path="m17526,v9652,,17526,7875,17526,17526c35052,27178,27178,34925,17526,34925,7874,34925,,27178,,17526,,7875,7874,,17526,xe" stroked="f" strokeweight="0">
                  <v:path arrowok="t" textboxrect="0,0,35052,34925"/>
                </v:shape>
                <v:shape id="Shape 36" o:spid="_x0000_s1053" style="position:absolute;left:25031;top:17258;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" path="m17399,v9779,,17526,7875,17526,17526c34925,27178,27178,34925,17399,34925,7747,34925,,27178,,17526,,7875,7747,,17399,xe" stroked="f" strokeweight="0">
                  <v:path arrowok="t" textboxrect="0,0,34925,34925"/>
                </v:shape>
                <v:shape id="Shape 37" o:spid="_x0000_s1054" style="position:absolute;left:23178;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" path="m17526,v9652,,17526,7875,17526,17526c35052,27178,27178,34925,17526,34925,7874,34925,,27178,,17526,,7875,7874,,17526,xe" stroked="f" strokeweight="0">
                  <v:path arrowok="t" textboxrect="0,0,35052,34925"/>
                </v:shape>
                <v:shape id="Shape 38" o:spid="_x0000_s1055" style="position:absolute;left:21328;top:1725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" path="m17526,v9652,,17526,7875,17526,17526c34925,27178,27178,34925,17526,34925,7747,34925,,27051,,17526,,7875,7874,,17526,xe" stroked="f" strokeweight="0">
                  <v:path arrowok="t" textboxrect="0,0,35052,34925"/>
                </v:shape>
                <v:shape id="Shape 39" o:spid="_x0000_s1056" style="position:absolute;left:19476;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" path="m17653,v9652,,17399,7875,17399,17526c35052,27178,27178,34925,17526,34925,7874,34925,,27051,127,17526,127,7875,8001,,17653,xe" stroked="f" strokeweight="0">
                  <v:path arrowok="t" textboxrect="0,0,35052,34925"/>
                </v:shape>
                <v:shape id="Shape 40" o:spid="_x0000_s1057" style="position:absolute;left:34284;top:15472;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" path="m17526,v9652,,17399,7748,17399,17400c34925,27051,27178,34925,17526,34925,7874,34925,,27051,,17400,,7748,7874,,17526,xe" stroked="f" strokeweight="0">
                  <v:path arrowok="t" textboxrect="0,0,34925,34925"/>
                </v:shape>
                <v:shape id="Shape 41" o:spid="_x0000_s1058" style="position:absolute;left:32433;top:15472;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" path="m17526,v9652,,17526,7748,17526,17400c35052,27051,27178,34925,17526,34925,7874,34925,,27051,,17400,,7748,7874,,17526,xe" stroked="f" strokeweight="0">
                  <v:path arrowok="t" textboxrect="0,0,35052,34925"/>
                </v:shape>
                <v:shape id="Shape 42" o:spid="_x0000_s1059" style="position:absolute;left:30584;top:15472;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" path="m17399,v,,127,,127,c27178,,35052,7748,35052,17400v,9651,-7747,17399,-17399,17525c8001,34925,127,27178,,17526,,7875,7747,,17399,xe" stroked="f" strokeweight="0">
                  <v:path arrowok="t" textboxrect="0,0,35052,34925"/>
                </v:shape>
                <v:shape id="Shape 43" o:spid="_x0000_s1060" style="position:absolute;left:28731;top:15471;width:350;height:350;visibility:visible;mso-wrap-style:square;v-text-anchor:top" coordsize="35052,35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" path="m17653,126v9652,,17399,7748,17399,17400c35052,27177,27178,35051,17526,35051,7874,34925,,27177,,17526,127,7874,8001,,17653,126xe" stroked="f" strokeweight="0">
                  <v:path arrowok="t" textboxrect="0,0,35052,35051"/>
                </v:shape>
                <v:shape id="Shape 44" o:spid="_x0000_s1061" style="position:absolute;left:26882;top:15472;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" path="m17526,v9652,,17526,7748,17526,17400c35052,27051,27178,34925,17526,34925,7874,34925,,27051,,17400,,7748,7874,,17526,xe" stroked="f" strokeweight="0">
                  <v:path arrowok="t" textboxrect="0,0,35052,34925"/>
                </v:shape>
                <v:shape id="Shape 45" o:spid="_x0000_s1062" style="position:absolute;left:25031;top:15472;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" path="m17399,v9779,,17526,7748,17526,17400c34925,27051,27178,34925,17399,34925,7747,34925,,27051,,17400,,7748,7747,,17399,xe" stroked="f" strokeweight="0">
                  <v:path arrowok="t" textboxrect="0,0,34925,34925"/>
                </v:shape>
                <v:shape id="Shape 46" o:spid="_x0000_s1063" style="position:absolute;left:23178;top:15472;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" path="m17526,v9652,,17526,7748,17526,17400c35052,27051,27178,34925,17526,34925,7874,34925,,27051,,17400,,7748,7874,,17526,xe" stroked="f" strokeweight="0">
                  <v:path arrowok="t" textboxrect="0,0,35052,34925"/>
                </v:shape>
                <v:shape id="Shape 47" o:spid="_x0000_s1064" style="position:absolute;left:21328;top:15471;width:350;height:350;visibility:visible;mso-wrap-style:square;v-text-anchor:top" coordsize="35052,35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" path="m17526,126v9652,,17526,7748,17526,17400c34925,27177,27178,35051,17526,35051,7747,34925,,27177,,17526,,7874,7874,,17526,126xe" stroked="f" strokeweight="0">
                  <v:path arrowok="t" textboxrect="0,0,35052,35051"/>
                </v:shape>
                <v:shape id="Shape 48" o:spid="_x0000_s1065" style="position:absolute;left:19477;top:15472;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" path="m17399,v127,,127,,127,c27178,,34925,7748,34925,17400v,9651,-7874,17525,-17526,17525c7747,34925,,27051,,17400,,7748,7747,,17399,xe" stroked="f" strokeweight="0">
                  <v:path arrowok="t" textboxrect="0,0,34925,34925"/>
                </v:shape>
                <v:shape id="Shape 49" o:spid="_x0000_s1066" style="position:absolute;left:34284;top:99203;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" path="m17526,v9652,,17399,7810,17399,17437c34925,17437,34925,17437,34925,17476v,9639,-7747,17449,-17399,17449c7874,34925,,27115,,17476,,7849,7874,,17526,xe" stroked="f" strokeweight="0">
                  <v:path arrowok="t" textboxrect="0,0,34925,34925"/>
                </v:shape>
                <v:shape id="Shape 50" o:spid="_x0000_s1067" style="position:absolute;left:32433;top:99203;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" path="m17526,v9652,,17526,7810,17526,17437c35052,17437,35052,17437,35052,17476v,9639,-7874,17449,-17526,17449c7874,34925,,27115,,17476,,7849,7874,,17526,xe" stroked="f" strokeweight="0">
                  <v:path arrowok="t" textboxrect="0,0,35052,34925"/>
                </v:shape>
                <v:shape id="Shape 51" o:spid="_x0000_s1068" style="position:absolute;left:30584;top:99203;width:351;height:350;visibility:visible;mso-wrap-style:square;v-text-anchor:top" coordsize="35179,3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" path="m17399,v127,,254,,381,c27432,115,35179,7989,35052,17666v-127,9512,-7874,17183,-17399,17259c8001,34989,127,27254,,17590,,7951,7747,77,17399,xe" stroked="f" strokeweight="0">
                  <v:path arrowok="t" textboxrect="0,0,35179,34989"/>
                </v:shape>
                <v:shape id="Shape 52" o:spid="_x0000_s1069" style="position:absolute;left:28731;top:99203;width:350;height:349;visibility:visible;mso-wrap-style:square;v-text-anchor:top" coordsize="35052,3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" path="m17653,v9525,38,17399,7810,17399,17437c35052,17437,35052,17476,35052,17514v,9639,-7874,17437,-17526,17411c7874,34925,,27077,,17437,127,7772,8001,,17653,xe" stroked="f" strokeweight="0">
                  <v:path arrowok="t" textboxrect="0,0,35052,34951"/>
                </v:shape>
                <v:shape id="Shape 53" o:spid="_x0000_s1070" style="position:absolute;left:26880;top:99203;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" path="m17526,v9652,,17526,7810,17526,17437c35052,17437,35052,17437,35052,17476v,9639,-7874,17449,-17526,17449c7874,34925,,27115,,17476,,7849,7874,,17526,xe" stroked="f" strokeweight="0">
                  <v:path arrowok="t" textboxrect="0,0,35052,34925"/>
                </v:shape>
                <v:shape id="Shape 54" o:spid="_x0000_s1071" style="position:absolute;left:25030;top:99203;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" path="m17526,v9652,77,17399,7849,17399,17437c34925,17437,34925,17437,34925,17476v,9639,-7747,17449,-17399,17449c7874,34925,,27115,,17476,,7849,7874,,17526,xe" stroked="f" strokeweight="0">
                  <v:path arrowok="t" textboxrect="0,0,34925,34925"/>
                </v:shape>
                <v:shape id="Shape 55" o:spid="_x0000_s1072" style="position:absolute;left:23178;top:99203;width:352;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" path="m17526,v127,,127,,254,c27432,115,35179,7989,35052,17666v-127,9550,-7874,17259,-17526,17259c7874,34925,,27115,,17476,,7849,7874,,17526,xe" stroked="f" strokeweight="0">
                  <v:path arrowok="t" textboxrect="0,0,35179,34925"/>
                </v:shape>
                <v:shape id="Shape 56" o:spid="_x0000_s1073" style="position:absolute;left:21328;top:99203;width:350;height:349;visibility:visible;mso-wrap-style:square;v-text-anchor:top" coordsize="35052,3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" path="m17526,v9652,38,17399,7810,17526,17437c35052,17437,35052,17476,35052,17514v-127,9639,-7874,17437,-17526,17411c7747,34925,,27077,,17437,,7772,7874,,17526,xe" stroked="f" strokeweight="0">
                  <v:path arrowok="t" textboxrect="0,0,35052,34951"/>
                </v:shape>
                <v:shape id="Shape 57" o:spid="_x0000_s1074" style="position:absolute;left:19476;top:99203;width:352;height:349;visibility:visible;mso-wrap-style:square;v-text-anchor:top" coordsize="35179,3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" path="m17653,v,,,,127,c27432,115,35179,7989,35052,17666v-127,9588,-7874,17285,-17526,17259c7874,34925,,27077,127,17437,127,7772,8001,,17653,xe" stroked="f" strokeweight="0">
                  <v:path arrowok="t" textboxrect="0,0,35179,34951"/>
                </v:shape>
                <v:shape id="Shape 58" o:spid="_x0000_s1075" style="position:absolute;left:30582;top:97414;width:351;height:350;visibility:visible;mso-wrap-style:square;v-text-anchor:top" coordsize="350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" path="m17653,l29972,5118v3175,3162,5080,7531,5080,12345c35052,17463,35052,17500,35052,17500v,9677,-7874,17450,-17526,17450c7874,34912,,27063,127,17437,127,12611,2032,8255,5207,5093l17653,xe" stroked="f" strokeweight="0">
                  <v:path arrowok="t" textboxrect="0,0,35052,34950"/>
                </v:shape>
                <v:shape id="Shape 59" o:spid="_x0000_s1076" style="position:absolute;left:28732;top:97414;width:351;height:350;visibility:visible;mso-wrap-style:square;v-text-anchor:top" coordsize="350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" path="m17526,l29845,5118v3175,3162,5207,7531,5207,12345c35052,17463,35052,17500,35052,17500v,9677,-7874,17450,-17526,17450c7874,34912,,27063,,17425,,12611,2032,8255,5207,5093l17526,xe" stroked="f" strokeweight="0">
                  <v:path arrowok="t" textboxrect="0,0,35052,34950"/>
                </v:shape>
                <v:shape id="Shape 60" o:spid="_x0000_s1077" style="position:absolute;left:34286;top:97414;width:349;height:350;visibility:visible;mso-wrap-style:square;v-text-anchor:top" coordsize="34925,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" path="m17399,v9652,,17526,7849,17526,17476c34925,27115,27051,34963,17399,34963,7747,34963,,27115,,17476,,7849,7747,,17399,xe" stroked="f" strokeweight="0">
                  <v:path arrowok="t" textboxrect="0,0,34925,34963"/>
                </v:shape>
                <v:shape id="Shape 61" o:spid="_x0000_s1078" style="position:absolute;left:32434;top:97414;width:351;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" path="m17526,v9652,,17526,7849,17526,17476c35052,27115,27178,34963,17526,34963,7874,34963,,27115,,17476,,7849,7874,,17526,xe" stroked="f" strokeweight="0">
                  <v:path arrowok="t" textboxrect="0,0,35052,34963"/>
                </v:shape>
                <v:shape id="Shape 62" o:spid="_x0000_s1079" style="position:absolute;left:30758;top:97414;width:1;height:0;visibility:visible;mso-wrap-style:square;v-text-anchor:top" coordsize="1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" path="m,l127,r,13l,xe" stroked="f" strokeweight="0">
                  <v:path arrowok="t" textboxrect="0,0,127,13"/>
                </v:shape>
                <v:shape id="Shape 63" o:spid="_x0000_s1080" style="position:absolute;left:28907;top:97414;width:0;height:0;visibility:visible;mso-wrap-style:square;v-text-anchor:top" coordsize="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" path="m,13l,,,13xe" stroked="f" strokeweight="0">
                  <v:path arrowok="t" textboxrect="0,0,0,13"/>
                </v:shape>
                <v:shape id="Shape 64" o:spid="_x0000_s1081" style="position:absolute;left:26882;top:97414;width:350;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" path="m17526,v9652,,17526,7849,17526,17476c35052,27115,27178,34963,17526,34963,7874,34963,,27115,,17476,,7849,7874,,17526,xe" stroked="f" strokeweight="0">
                  <v:path arrowok="t" textboxrect="0,0,35052,34963"/>
                </v:shape>
                <v:shape id="Shape 65" o:spid="_x0000_s1082" style="position:absolute;left:25031;top:97414;width:349;height:350;visibility:visible;mso-wrap-style:square;v-text-anchor:top" coordsize="34925,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" path="m17399,v9779,,17526,7849,17526,17476c34925,27115,27178,34963,17399,34963,7747,34963,,27115,,17476,,7849,7747,,17399,xe" stroked="f" strokeweight="0">
                  <v:path arrowok="t" textboxrect="0,0,34925,34963"/>
                </v:shape>
                <v:shape id="Shape 66" o:spid="_x0000_s1083" style="position:absolute;left:23178;top:97414;width:351;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" path="m17526,v9652,,17526,7849,17526,17476c35052,27115,27178,34963,17526,34963,7874,34963,,27115,,17476,,7849,7874,,17526,xe" stroked="f" strokeweight="0">
                  <v:path arrowok="t" textboxrect="0,0,35052,34963"/>
                </v:shape>
                <v:shape id="Shape 67" o:spid="_x0000_s1084" style="position:absolute;left:21328;top:97414;width:350;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" path="m17526,v9652,38,17526,7849,17526,17476c35052,17476,35052,17514,35052,17514v-127,9677,-7874,17449,-17526,17449c7747,34925,,27077,,17438,,7810,7874,,17526,xe" stroked="f" strokeweight="0">
                  <v:path arrowok="t" textboxrect="0,0,35052,34963"/>
                </v:shape>
                <v:shape id="Shape 68" o:spid="_x0000_s1085" style="position:absolute;left:19476;top:97414;width:351;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" path="m17653,v9652,38,17399,7849,17399,17476c35052,17476,35052,17514,35052,17514v,9677,-7874,17449,-17526,17449c7874,34925,,27077,127,17438,127,7810,8001,,17653,xe" stroked="f" strokeweight="0">
                  <v:path arrowok="t" textboxrect="0,0,35052,34963"/>
                </v:shape>
                <v:shape id="Shape 69" o:spid="_x0000_s1086" style="position:absolute;left:34284;top:95628;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" path="m17526,v9652,,17399,7810,17399,17437c34925,27115,27178,34925,17526,34925,7874,34925,,27115,,17437,,7810,7874,,17526,xe" stroked="f" strokeweight="0">
                  <v:path arrowok="t" textboxrect="0,0,34925,34925"/>
                </v:shape>
                <v:shape id="Shape 70" o:spid="_x0000_s1087" style="position:absolute;left:32433;top:9562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" path="m17526,v9652,,17526,7810,17526,17437c35052,27115,27178,34925,17526,34925,7874,34925,,27115,,17437,,7810,7874,,17526,xe" stroked="f" strokeweight="0">
                  <v:path arrowok="t" textboxrect="0,0,35052,34925"/>
                </v:shape>
                <v:shape id="Shape 71" o:spid="_x0000_s1088" style="position:absolute;left:30584;top:95628;width:350;height:350;visibility:visible;mso-wrap-style:square;v-text-anchor:top" coordsize="35052,3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" path="m17399,v,,127,,127,c27178,,35052,7810,35052,17437v,9602,-7747,17412,-17399,17488c8001,34989,127,27216,,17590,,7951,7747,77,17399,xe" stroked="f" strokeweight="0">
                  <v:path arrowok="t" textboxrect="0,0,35052,34989"/>
                </v:shape>
                <v:shape id="Shape 72" o:spid="_x0000_s1089" style="position:absolute;left:28731;top:95627;width:350;height:350;visibility:visible;mso-wrap-style:square;v-text-anchor:top" coordsize="35052,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" path="m17653,38v9652,,17399,7810,17399,17437c35052,17514,35052,17514,35052,17514v,9677,-7874,17487,-17526,17449c7874,34925,,27077,,17437,127,7810,8001,,17653,38xe" stroked="f" strokeweight="0">
                  <v:path arrowok="t" textboxrect="0,0,35052,35001"/>
                </v:shape>
                <v:shape id="Shape 73" o:spid="_x0000_s1090" style="position:absolute;left:26882;top:9562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" path="m17526,v9652,,17526,7810,17526,17437c35052,27115,27178,34925,17526,34925,7874,34925,,27115,,17437,,7810,7874,,17526,xe" stroked="f" strokeweight="0">
                  <v:path arrowok="t" textboxrect="0,0,35052,34925"/>
                </v:shape>
                <v:shape id="Shape 74" o:spid="_x0000_s1091" style="position:absolute;left:25031;top:95628;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" path="m17399,v9779,,17526,7810,17526,17437c34925,27115,27178,34925,17399,34925,7747,34925,,27115,,17437,,7810,7747,,17399,xe" stroked="f" strokeweight="0">
                  <v:path arrowok="t" textboxrect="0,0,34925,34925"/>
                </v:shape>
                <v:shape id="Shape 75" o:spid="_x0000_s1092" style="position:absolute;left:23178;top:9562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" path="m17526,v9652,,17526,7810,17526,17437c35052,27115,27178,34925,17526,34925,7874,34925,,27115,,17437,,7810,7874,,17526,xe" stroked="f" strokeweight="0">
                  <v:path arrowok="t" textboxrect="0,0,35052,34925"/>
                </v:shape>
                <v:shape id="Shape 76" o:spid="_x0000_s1093" style="position:absolute;left:21328;top:95627;width:350;height:350;visibility:visible;mso-wrap-style:square;v-text-anchor:top" coordsize="35052,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" path="m17526,38v9652,,17526,7810,17526,17437c35052,17514,35052,17514,35052,17514v-127,9677,-7874,17487,-17526,17449c7747,34925,,27077,,17437,,7810,7874,,17526,38xe" stroked="f" strokeweight="0">
                  <v:path arrowok="t" textboxrect="0,0,35052,35001"/>
                </v:shape>
                <v:shape id="Shape 77" o:spid="_x0000_s1094" style="position:absolute;left:19477;top:95628;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" path="m17399,v127,,127,,127,c27178,,34925,7810,34925,17437v,9678,-7874,17488,-17526,17488c7747,34925,,27115,,17437,,7810,7747,,17399,xe" stroked="f" strokeweight="0">
                  <v:path arrowok="t" textboxrect="0,0,34925,34925"/>
                </v:shape>
                <v:shape id="Picture 79" o:spid="_x0000_s1095" type="#_x0000_t75" style="position:absolute;left:46680;top:3611;width:7178;height: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">
                  <v:imagedata r:id="rId17" o:title=""/>
                </v:shape>
                <v:shape id="Picture 81" o:spid="_x0000_s1096" type="#_x0000_t75" style="position:absolute;left:54742;top:4983;width:13152;height:3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">
                  <v:imagedata r:id="rId18" o:title=""/>
                </v:shape>
                <v:rect id="Rectangle 82" o:spid="_x0000_s1097" style="position:absolute;left:54754;top:4978;width:13258;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1706AC3B" w14:textId="77777777" w:rsidR="0066682C" w:rsidRPr="00E43475" w:rsidRDefault="0066682C">
                        <w:r w:rsidRPr="00E43475">
                          <w:rPr>
                            <w:rFonts w:ascii="Montserrat" w:eastAsia="Montserrat" w:hAnsi="Montserrat" w:cs="Montserrat"/>
                            <w:color w:val="FFF9F3"/>
                            <w:sz w:val="35"/>
                          </w:rPr>
                          <w:t xml:space="preserve">Balıkesir </w:t>
                        </w:r>
                      </w:p>
                    </w:txbxContent>
                  </v:textbox>
                </v:rect>
                <v:rect id="Rectangle 83" o:spid="_x0000_s1098" style="position:absolute;left:64721;top:5815;width:379;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7C474CD4" w14:textId="77777777" w:rsidR="0066682C" w:rsidRPr="00E43475" w:rsidRDefault="0066682C">
                        <w:r w:rsidRPr="00E43475">
                          <w:t xml:space="preserve"> </w:t>
                        </w:r>
                      </w:p>
                    </w:txbxContent>
                  </v:textbox>
                </v:rect>
                <v:shape id="Picture 85" o:spid="_x0000_s1099" type="#_x0000_t75" style="position:absolute;left:54742;top:7147;width:16931;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">
                  <v:imagedata r:id="rId19" o:title=""/>
                </v:shape>
                <v:rect id="Rectangle 86" o:spid="_x0000_s1100" style="position:absolute;left:54754;top:7139;width:17078;height:3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07CD9434" w14:textId="77777777" w:rsidR="0066682C" w:rsidRPr="00E43475" w:rsidRDefault="0066682C">
                        <w:r w:rsidRPr="00E43475">
                          <w:rPr>
                            <w:rFonts w:ascii="Montserrat" w:eastAsia="Montserrat" w:hAnsi="Montserrat" w:cs="Montserrat"/>
                            <w:color w:val="FFF9F3"/>
                            <w:sz w:val="35"/>
                          </w:rPr>
                          <w:t>Üniversitesi</w:t>
                        </w:r>
                      </w:p>
                    </w:txbxContent>
                  </v:textbox>
                </v:rect>
                <v:rect id="Rectangle 87" o:spid="_x0000_s1101" style="position:absolute;left:67586;top:7977;width:380;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4D0817AD" w14:textId="77777777" w:rsidR="0066682C" w:rsidRPr="00E43475" w:rsidRDefault="0066682C">
                        <w:r w:rsidRPr="00E43475">
                          <w:t xml:space="preserve"> </w:t>
                        </w:r>
                      </w:p>
                    </w:txbxContent>
                  </v:textbox>
                </v:rect>
                <v:shape id="Shape 88" o:spid="_x0000_s1102" style="position:absolute;left:64074;top:49844;width:7272;height:0;visibility:visible;mso-wrap-style:square;v-text-anchor:top" coordsize="727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" path="m,l727203,e" filled="f" strokecolor="#22263e" strokeweight="6pt">
                  <v:path arrowok="t" textboxrect="0,0,727203,0"/>
                </v:shape>
                <v:rect id="Rectangle 91" o:spid="_x0000_s1103" style="position:absolute;left:40570;top:50554;width:31262;height:7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2ED4BC05" w14:textId="50435902" w:rsidR="0066682C" w:rsidRPr="00E43475" w:rsidRDefault="0066600A" w:rsidP="0066600A">
                        <w:pPr>
                          <w:jc w:val="right"/>
                        </w:pPr>
                        <w:r w:rsidRPr="00E43475">
                          <w:rPr>
                            <w:rFonts w:ascii="Montserrat" w:eastAsia="Montserrat" w:hAnsi="Montserrat" w:cs="Montserrat"/>
                            <w:b/>
                            <w:sz w:val="40"/>
                          </w:rPr>
                          <w:t>AKTS – İŞ YÜKÜ ANKET DEĞERLENDİRME</w:t>
                        </w:r>
                      </w:p>
                    </w:txbxContent>
                  </v:textbox>
                </v:rect>
                <v:rect id="Rectangle 92" o:spid="_x0000_s1104" style="position:absolute;left:60043;top:57152;width:15554;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A753D28" w14:textId="77777777" w:rsidR="0066682C" w:rsidRPr="00E43475" w:rsidRDefault="0066682C">
                        <w:r w:rsidRPr="00E43475">
                          <w:rPr>
                            <w:rFonts w:ascii="Montserrat" w:eastAsia="Montserrat" w:hAnsi="Montserrat" w:cs="Montserrat"/>
                            <w:b/>
                            <w:sz w:val="40"/>
                          </w:rPr>
                          <w:t>RAPORU</w:t>
                        </w:r>
                      </w:p>
                    </w:txbxContent>
                  </v:textbox>
                </v:rect>
                <v:rect id="Rectangle 93" o:spid="_x0000_s1105" style="position:absolute;left:71658;top:61278;width:95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7F4562CA" w14:textId="77777777" w:rsidR="0066682C" w:rsidRPr="00E43475" w:rsidRDefault="0066682C">
                        <w:r w:rsidRPr="00E43475">
                          <w:rPr>
                            <w:rFonts w:ascii="Montserrat" w:eastAsia="Montserrat" w:hAnsi="Montserrat" w:cs="Montserrat"/>
                            <w:b/>
                            <w:sz w:val="40"/>
                          </w:rPr>
                          <w:t xml:space="preserve"> </w:t>
                        </w:r>
                      </w:p>
                    </w:txbxContent>
                  </v:textbox>
                </v:rect>
                <v:rect id="Rectangle 95" o:spid="_x0000_s1106" style="position:absolute;left:42391;top:26318;width:29634;height:3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2BF5C358" w14:textId="77777777" w:rsidR="0066682C" w:rsidRPr="00E43475" w:rsidRDefault="0066682C">
                        <w:r w:rsidRPr="00E43475">
                          <w:rPr>
                            <w:rFonts w:ascii="Montserrat" w:eastAsia="Montserrat" w:hAnsi="Montserrat" w:cs="Montserrat"/>
                            <w:b/>
                            <w:sz w:val="36"/>
                          </w:rPr>
                          <w:t xml:space="preserve">GÜZEL SANATLAR </w:t>
                        </w:r>
                      </w:p>
                    </w:txbxContent>
                  </v:textbox>
                </v:rect>
                <v:rect id="Rectangle 96" o:spid="_x0000_s1107" style="position:absolute;left:42391;top:29321;width:17309;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ECB0613" w14:textId="77777777" w:rsidR="0066682C" w:rsidRPr="00E43475" w:rsidRDefault="0066682C">
                        <w:r w:rsidRPr="00E43475">
                          <w:rPr>
                            <w:rFonts w:ascii="Montserrat" w:eastAsia="Montserrat" w:hAnsi="Montserrat" w:cs="Montserrat"/>
                            <w:b/>
                            <w:sz w:val="36"/>
                          </w:rPr>
                          <w:t>FAKÜLTESİ</w:t>
                        </w:r>
                      </w:p>
                    </w:txbxContent>
                  </v:textbox>
                </v:rect>
                <v:rect id="Rectangle 97" o:spid="_x0000_s1108" style="position:absolute;left:55394;top:29321;width:861;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040FDA1" w14:textId="77777777" w:rsidR="0066682C" w:rsidRPr="00E43475" w:rsidRDefault="0066682C">
                        <w:r w:rsidRPr="00E43475">
                          <w:rPr>
                            <w:rFonts w:ascii="Montserrat" w:eastAsia="Montserrat" w:hAnsi="Montserrat" w:cs="Montserrat"/>
                            <w:b/>
                            <w:sz w:val="36"/>
                          </w:rPr>
                          <w:t xml:space="preserve"> </w:t>
                        </w:r>
                      </w:p>
                    </w:txbxContent>
                  </v:textbox>
                </v:rect>
                <v:rect id="Rectangle 99" o:spid="_x0000_s1109" style="position:absolute;left:39915;top:37152;width:31907;height:7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4EE4C63C" w14:textId="3EBA6037" w:rsidR="0066682C" w:rsidRPr="00E43475" w:rsidRDefault="00B80B2E">
                        <w:r w:rsidRPr="00E43475">
                          <w:rPr>
                            <w:rFonts w:ascii="Montserrat" w:eastAsia="Montserrat" w:hAnsi="Montserrat" w:cs="Montserrat"/>
                            <w:b/>
                            <w:sz w:val="36"/>
                          </w:rPr>
                          <w:t>GRAFİK SANATLAR</w:t>
                        </w:r>
                        <w:r w:rsidR="008D3E43" w:rsidRPr="00E43475">
                          <w:rPr>
                            <w:rFonts w:ascii="Montserrat" w:eastAsia="Montserrat" w:hAnsi="Montserrat" w:cs="Montserrat"/>
                            <w:b/>
                            <w:sz w:val="36"/>
                          </w:rPr>
                          <w:t xml:space="preserve"> </w:t>
                        </w:r>
                        <w:r w:rsidR="0066682C" w:rsidRPr="00E43475">
                          <w:rPr>
                            <w:rFonts w:ascii="Montserrat" w:eastAsia="Montserrat" w:hAnsi="Montserrat" w:cs="Montserrat"/>
                            <w:b/>
                            <w:sz w:val="36"/>
                          </w:rPr>
                          <w:t>BÖLÜMÜ</w:t>
                        </w:r>
                      </w:p>
                    </w:txbxContent>
                  </v:textbox>
                </v:rect>
                <v:rect id="Rectangle 100" o:spid="_x0000_s1110" style="position:absolute;left:61460;top:37158;width:860;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429506D6" w14:textId="77777777" w:rsidR="0066682C" w:rsidRPr="00E43475" w:rsidRDefault="0066682C">
                        <w:r w:rsidRPr="00E43475">
                          <w:rPr>
                            <w:rFonts w:ascii="Montserrat" w:eastAsia="Montserrat" w:hAnsi="Montserrat" w:cs="Montserrat"/>
                            <w:b/>
                            <w:sz w:val="36"/>
                          </w:rPr>
                          <w:t xml:space="preserve"> </w:t>
                        </w:r>
                      </w:p>
                    </w:txbxContent>
                  </v:textbox>
                </v:rect>
                <v:rect id="Rectangle 102" o:spid="_x0000_s1111" style="position:absolute;left:50601;top:97719;width:23284;height: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2DE7EC5C" w14:textId="548F5887" w:rsidR="0066682C" w:rsidRPr="00E43475" w:rsidRDefault="000E53EE">
                        <w:pPr>
                          <w:rPr>
                            <w:color w:val="FFFFFF" w:themeColor="background1"/>
                            <w:sz w:val="44"/>
                            <w:szCs w:val="44"/>
                          </w:rPr>
                        </w:pPr>
                        <w:r w:rsidRPr="00E43475">
                          <w:rPr>
                            <w:color w:val="FFFFFF" w:themeColor="background1"/>
                            <w:sz w:val="44"/>
                            <w:szCs w:val="44"/>
                          </w:rPr>
                          <w:t>gsf</w:t>
                        </w:r>
                        <w:r w:rsidR="00DB2D57" w:rsidRPr="00E43475">
                          <w:rPr>
                            <w:color w:val="FFFFFF" w:themeColor="background1"/>
                            <w:sz w:val="44"/>
                            <w:szCs w:val="44"/>
                          </w:rPr>
                          <w:t>@balikesir.edu.tr</w:t>
                        </w:r>
                      </w:p>
                    </w:txbxContent>
                  </v:textbox>
                </v:rect>
                <v:rect id="Rectangle 104" o:spid="_x0000_s1112" style="position:absolute;left:41705;top:94205;width:7757;height:3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DFFF965" w14:textId="77777777" w:rsidR="0066682C" w:rsidRPr="00E43475" w:rsidRDefault="0066682C">
                        <w:r w:rsidRPr="00E43475">
                          <w:rPr>
                            <w:spacing w:val="6"/>
                            <w:sz w:val="34"/>
                          </w:rPr>
                          <w:t xml:space="preserve"> </w:t>
                        </w:r>
                        <w:r w:rsidRPr="00E43475">
                          <w:rPr>
                            <w:spacing w:val="8"/>
                            <w:sz w:val="34"/>
                          </w:rPr>
                          <w:t xml:space="preserve"> </w:t>
                        </w:r>
                        <w:r w:rsidRPr="00E43475">
                          <w:rPr>
                            <w:spacing w:val="6"/>
                            <w:sz w:val="34"/>
                          </w:rPr>
                          <w:t xml:space="preserve"> </w:t>
                        </w:r>
                        <w:r w:rsidRPr="00E43475">
                          <w:rPr>
                            <w:spacing w:val="8"/>
                            <w:sz w:val="34"/>
                          </w:rPr>
                          <w:t xml:space="preserve"> </w:t>
                        </w:r>
                        <w:r w:rsidRPr="00E43475">
                          <w:rPr>
                            <w:spacing w:val="6"/>
                            <w:sz w:val="34"/>
                          </w:rPr>
                          <w:t xml:space="preserve"> </w:t>
                        </w:r>
                        <w:r w:rsidRPr="00E43475">
                          <w:rPr>
                            <w:spacing w:val="8"/>
                            <w:sz w:val="34"/>
                          </w:rPr>
                          <w:t xml:space="preserve"> </w:t>
                        </w:r>
                        <w:r w:rsidRPr="00E43475">
                          <w:rPr>
                            <w:spacing w:val="5"/>
                            <w:sz w:val="34"/>
                          </w:rPr>
                          <w:t xml:space="preserve"> </w:t>
                        </w:r>
                        <w:r w:rsidRPr="00E43475">
                          <w:rPr>
                            <w:spacing w:val="6"/>
                            <w:sz w:val="34"/>
                          </w:rPr>
                          <w:t xml:space="preserve"> </w:t>
                        </w:r>
                        <w:r w:rsidRPr="00E43475">
                          <w:rPr>
                            <w:spacing w:val="8"/>
                            <w:sz w:val="34"/>
                          </w:rPr>
                          <w:t xml:space="preserve"> </w:t>
                        </w:r>
                        <w:r w:rsidRPr="00E43475">
                          <w:rPr>
                            <w:spacing w:val="6"/>
                            <w:sz w:val="34"/>
                          </w:rPr>
                          <w:t xml:space="preserve">  </w:t>
                        </w:r>
                      </w:p>
                    </w:txbxContent>
                  </v:textbox>
                </v:rect>
                <v:rect id="Rectangle 105" o:spid="_x0000_s1113" style="position:absolute;left:47557;top:94205;width:2093;height:3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0AF3868C" w14:textId="1854C92A" w:rsidR="0066682C" w:rsidRPr="00E43475" w:rsidRDefault="0066682C"/>
                    </w:txbxContent>
                  </v:textbox>
                </v:rect>
                <v:rect id="Rectangle 106" o:spid="_x0000_s1114" style="position:absolute;left:41527;top:94545;width:32169;height: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555D091E" w14:textId="326E9AF0" w:rsidR="0066682C" w:rsidRPr="00E43475" w:rsidRDefault="00B80B2E">
                        <w:pPr>
                          <w:rPr>
                            <w:color w:val="FFFFFF" w:themeColor="background1"/>
                          </w:rPr>
                        </w:pPr>
                        <w:r w:rsidRPr="00E43475">
                          <w:rPr>
                            <w:color w:val="FFFFFF" w:themeColor="background1"/>
                            <w:w w:val="158"/>
                            <w:sz w:val="34"/>
                          </w:rPr>
                          <w:t>Grafik Sanatlar</w:t>
                        </w:r>
                        <w:r w:rsidR="003F59D5" w:rsidRPr="00E43475">
                          <w:rPr>
                            <w:color w:val="FFFFFF" w:themeColor="background1"/>
                            <w:w w:val="158"/>
                            <w:sz w:val="34"/>
                          </w:rPr>
                          <w:t xml:space="preserve"> </w:t>
                        </w:r>
                        <w:r w:rsidR="0066682C" w:rsidRPr="00E43475">
                          <w:rPr>
                            <w:color w:val="FFFFFF" w:themeColor="background1"/>
                            <w:w w:val="158"/>
                            <w:sz w:val="34"/>
                          </w:rPr>
                          <w:t>Bölümü</w:t>
                        </w:r>
                      </w:p>
                    </w:txbxContent>
                  </v:textbox>
                </v:rect>
                <v:rect id="Rectangle 107" o:spid="_x0000_s1115" style="position:absolute;left:63974;top:94921;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717EDE96" w14:textId="77777777" w:rsidR="0066682C" w:rsidRPr="00E43475" w:rsidRDefault="0066682C">
                        <w:r w:rsidRPr="00E43475">
                          <w:t xml:space="preserve"> </w:t>
                        </w:r>
                      </w:p>
                    </w:txbxContent>
                  </v:textbox>
                </v:rect>
                <v:rect id="Rectangle 108" o:spid="_x0000_s1116" style="position:absolute;left:41751;top:18574;width:14782;height:7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222DAF7C" w14:textId="4FE3DB29" w:rsidR="0066682C" w:rsidRPr="00E43475" w:rsidRDefault="0066682C">
                        <w:r w:rsidRPr="00E43475">
                          <w:rPr>
                            <w:rFonts w:ascii="Montserrat" w:eastAsia="Montserrat" w:hAnsi="Montserrat" w:cs="Montserrat"/>
                            <w:sz w:val="72"/>
                          </w:rPr>
                          <w:t>202</w:t>
                        </w:r>
                        <w:r w:rsidR="00B80B2E" w:rsidRPr="00E43475">
                          <w:rPr>
                            <w:rFonts w:ascii="Montserrat" w:eastAsia="Montserrat" w:hAnsi="Montserrat" w:cs="Montserrat"/>
                            <w:sz w:val="72"/>
                          </w:rPr>
                          <w:t>5</w:t>
                        </w:r>
                      </w:p>
                    </w:txbxContent>
                  </v:textbox>
                </v:rect>
                <v:rect id="Rectangle 109" o:spid="_x0000_s1117" style="position:absolute;left:52906;top:18574;width:2323;height:7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3D41FE34" w14:textId="77777777" w:rsidR="0066682C" w:rsidRPr="00E43475" w:rsidRDefault="0066682C">
                        <w:r w:rsidRPr="00E43475">
                          <w:rPr>
                            <w:rFonts w:ascii="Montserrat" w:eastAsia="Montserrat" w:hAnsi="Montserrat" w:cs="Montserrat"/>
                            <w:sz w:val="72"/>
                          </w:rPr>
                          <w:t>-</w:t>
                        </w:r>
                      </w:p>
                    </w:txbxContent>
                  </v:textbox>
                </v:rect>
                <v:rect id="Rectangle 110" o:spid="_x0000_s1118" style="position:absolute;left:54602;top:18574;width:14326;height:7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3F54983" w14:textId="1DCBAF45" w:rsidR="0066682C" w:rsidRPr="00E43475" w:rsidRDefault="0066682C">
                        <w:r w:rsidRPr="00E43475">
                          <w:rPr>
                            <w:rFonts w:ascii="Montserrat" w:eastAsia="Montserrat" w:hAnsi="Montserrat" w:cs="Montserrat"/>
                            <w:sz w:val="72"/>
                          </w:rPr>
                          <w:t>202</w:t>
                        </w:r>
                        <w:r w:rsidR="00B80B2E" w:rsidRPr="00E43475">
                          <w:rPr>
                            <w:rFonts w:ascii="Montserrat" w:eastAsia="Montserrat" w:hAnsi="Montserrat" w:cs="Montserrat"/>
                            <w:sz w:val="72"/>
                          </w:rPr>
                          <w:t>6</w:t>
                        </w:r>
                      </w:p>
                    </w:txbxContent>
                  </v:textbox>
                </v:rect>
                <v:rect id="Rectangle 111" o:spid="_x0000_s1119" style="position:absolute;left:65377;top:21811;width:341;height:2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42CF6050" w14:textId="77777777" w:rsidR="0066682C" w:rsidRPr="00E43475" w:rsidRDefault="0066682C">
                        <w:r w:rsidRPr="00E43475">
                          <w:rPr>
                            <w:sz w:val="20"/>
                          </w:rPr>
                          <w:t xml:space="preserve"> </w:t>
                        </w:r>
                      </w:p>
                    </w:txbxContent>
                  </v:textbox>
                </v:rect>
                <w10:wrap type="topAndBottom" anchorx="page" anchory="page"/>
              </v:group>
            </w:pict>
          </mc:Fallback>
        </mc:AlternateContent>
      </w:r>
      <w:r w:rsidRPr="00E43475">
        <w:br w:type="page"/>
      </w:r>
    </w:p>
    <w:p w14:paraId="7328EC26" w14:textId="77777777" w:rsidR="00196802" w:rsidRPr="00E43475" w:rsidRDefault="00752C2D" w:rsidP="00196802">
      <w:pPr>
        <w:pStyle w:val="Balk1"/>
        <w:rPr>
          <w:rFonts w:ascii="Times New Roman" w:hAnsi="Times New Roman" w:cs="Times New Roman"/>
          <w:color w:val="auto"/>
          <w:sz w:val="24"/>
          <w:szCs w:val="24"/>
          <w:lang w:val="tr-TR"/>
        </w:rPr>
      </w:pPr>
      <w:r w:rsidRPr="00E43475">
        <w:rPr>
          <w:color w:val="auto"/>
          <w:lang w:val="tr-TR"/>
        </w:rPr>
        <w:lastRenderedPageBreak/>
        <w:t xml:space="preserve"> </w:t>
      </w:r>
      <w:r w:rsidR="00196802" w:rsidRPr="00E43475">
        <w:rPr>
          <w:rFonts w:ascii="Times New Roman" w:hAnsi="Times New Roman" w:cs="Times New Roman"/>
          <w:color w:val="auto"/>
          <w:sz w:val="24"/>
          <w:szCs w:val="24"/>
          <w:lang w:val="tr-TR"/>
        </w:rPr>
        <w:t>1- Öğrenci İş Yükü Anketi Değerlendirme Raporu Bulguları</w:t>
      </w:r>
    </w:p>
    <w:p w14:paraId="526D27AF" w14:textId="72DAAE2E" w:rsidR="00561247" w:rsidRPr="00E43475" w:rsidRDefault="00561247" w:rsidP="00561247">
      <w:pPr>
        <w:spacing w:before="120" w:after="120" w:line="25" w:lineRule="atLeast"/>
        <w:jc w:val="both"/>
        <w:rPr>
          <w:rFonts w:ascii="Times New Roman" w:hAnsi="Times New Roman" w:cs="Times New Roman"/>
          <w:sz w:val="24"/>
          <w:szCs w:val="24"/>
        </w:rPr>
      </w:pPr>
      <w:r w:rsidRPr="00E43475">
        <w:rPr>
          <w:rFonts w:ascii="Times New Roman" w:hAnsi="Times New Roman" w:cs="Times New Roman"/>
          <w:sz w:val="24"/>
          <w:szCs w:val="24"/>
        </w:rPr>
        <w:t>Bu çalışma, 2025–2026 Eğitim-Öğretim yılı Güz Yarıyılında Grafik Sanatlar Bölümü’nde yürütülen derslerin öğrenci iş yükü açısından değerlendirilmesi ve mevcut AKTS kredilerinin öğrenci deneyimiyle uyumunun incelenmesi amacıyla gerçekleştirilmiştir. Öğrenci merkezli eğitim yaklaşımı ve Bologna süreci ilkeleri doğrultusunda, derslere ilişkin iş yüklerinin gerçekçi, ölçülebilir ve sürdürülebilir bir biçimde planlanması hedeflenmiştir. Bu kapsamda derslerin teorik iş yükü hesaplamalarının, öğrencilerin fiili zaman kullanımlarıyla örtüşüp örtüşmediğinin belirlenmesi temel amaç olarak benimsenmiştir.</w:t>
      </w:r>
    </w:p>
    <w:p w14:paraId="6B53A379" w14:textId="3873BCAB" w:rsidR="00196802" w:rsidRPr="00E43475" w:rsidRDefault="00561247" w:rsidP="00561247">
      <w:pPr>
        <w:jc w:val="both"/>
        <w:rPr>
          <w:rFonts w:ascii="Times New Roman" w:hAnsi="Times New Roman" w:cs="Times New Roman"/>
          <w:sz w:val="24"/>
          <w:szCs w:val="24"/>
        </w:rPr>
      </w:pPr>
      <w:r w:rsidRPr="00E43475">
        <w:rPr>
          <w:rFonts w:ascii="Times New Roman" w:hAnsi="Times New Roman" w:cs="Times New Roman"/>
          <w:sz w:val="24"/>
          <w:szCs w:val="24"/>
        </w:rPr>
        <w:t>Değerlendirme sürecinde her bir dersin öğretim elemanı tarafından öğrencilere iş yükü anketleri uygulanmış; ders içi ve ders dışı tüm öğrenme etkinliklerine ayrılan haftalık süreler, anket sorularına verilen yanıtlar doğrultusunda nicel olarak hesaplanmıştır. Elde edilen veriler ders bazında toplanarak Anket Komisyonu’na iletilmiş, komisyon tarafından analiz edilerek öğrencilerin bildirdiği fiili iş yükleri mevcut AKTS kredilerine karşılık gelen teorik iş yükü değerleriyle karşılaştırılmıştır. Anket sonuçlarına göre AKTS iş yükü hesabı aşağıdaki formül kullanılarak hesaplanmıştır;</w:t>
      </w:r>
      <w:r w:rsidRPr="00E43475">
        <w:rPr>
          <w:rStyle w:val="DipnotBavurusu"/>
          <w:rFonts w:ascii="Times New Roman" w:hAnsi="Times New Roman" w:cs="Times New Roman"/>
          <w:sz w:val="24"/>
          <w:szCs w:val="24"/>
        </w:rPr>
        <w:footnoteReference w:id="1"/>
      </w:r>
    </w:p>
    <w:p w14:paraId="062BF1F1" w14:textId="7A89CC0C" w:rsidR="00561247" w:rsidRPr="00E43475" w:rsidRDefault="00561247" w:rsidP="00561247">
      <w:pPr>
        <w:rPr>
          <w:rFonts w:ascii="Times New Roman" w:hAnsi="Times New Roman" w:cs="Times New Roman"/>
          <w:sz w:val="24"/>
          <w:szCs w:val="24"/>
        </w:rPr>
      </w:pPr>
      <w:r w:rsidRPr="00E43475">
        <w:rPr>
          <w:rFonts w:ascii="Times New Roman" w:hAnsi="Times New Roman" w:cs="Times New Roman"/>
          <w:noProof/>
          <w:sz w:val="24"/>
          <w:szCs w:val="24"/>
        </w:rPr>
        <w:drawing>
          <wp:inline distT="0" distB="0" distL="0" distR="0" wp14:anchorId="1365EFC2" wp14:editId="48ABA1A5">
            <wp:extent cx="5607350" cy="827314"/>
            <wp:effectExtent l="0" t="0" r="0" b="0"/>
            <wp:docPr id="3" name="Resim 3" descr="C:\Users\aldog\Downloads\Screenshot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dog\Downloads\Screenshot_5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6074" cy="837454"/>
                    </a:xfrm>
                    <a:prstGeom prst="rect">
                      <a:avLst/>
                    </a:prstGeom>
                    <a:noFill/>
                    <a:ln>
                      <a:noFill/>
                    </a:ln>
                  </pic:spPr>
                </pic:pic>
              </a:graphicData>
            </a:graphic>
          </wp:inline>
        </w:drawing>
      </w:r>
    </w:p>
    <w:p w14:paraId="52908BF9" w14:textId="77777777" w:rsidR="00561247" w:rsidRPr="00E43475" w:rsidRDefault="00561247" w:rsidP="00561247">
      <w:pPr>
        <w:rPr>
          <w:rFonts w:ascii="Times New Roman" w:hAnsi="Times New Roman" w:cs="Times New Roman"/>
          <w:sz w:val="24"/>
          <w:szCs w:val="24"/>
        </w:rPr>
      </w:pPr>
    </w:p>
    <w:p w14:paraId="48FABC19" w14:textId="77777777" w:rsidR="00561247" w:rsidRPr="00E43475" w:rsidRDefault="00561247" w:rsidP="00561247">
      <w:pPr>
        <w:spacing w:before="120" w:after="120" w:line="25" w:lineRule="atLeast"/>
        <w:jc w:val="both"/>
        <w:rPr>
          <w:rFonts w:ascii="Times New Roman" w:hAnsi="Times New Roman" w:cs="Times New Roman"/>
          <w:sz w:val="24"/>
          <w:szCs w:val="24"/>
        </w:rPr>
      </w:pPr>
      <w:r w:rsidRPr="00E43475">
        <w:rPr>
          <w:rFonts w:ascii="Times New Roman" w:hAnsi="Times New Roman" w:cs="Times New Roman"/>
          <w:sz w:val="24"/>
          <w:szCs w:val="24"/>
        </w:rPr>
        <w:t>Bu sistematik veri toplama ve analiz süreci, bölümdeki kredilendirme uygulamalarının öğrenci deneyimine dayalı olarak izlenmesini sağlamakta; ders planlamalarının etkinliğini değerlendirmek ve gerekli durumlarda iyileştirme yapmak için kanıta dayalı bir temel oluşturmaktadır.</w:t>
      </w:r>
    </w:p>
    <w:p w14:paraId="3027BD92" w14:textId="77777777" w:rsidR="00561247" w:rsidRPr="00E43475" w:rsidRDefault="00561247" w:rsidP="00561247">
      <w:pPr>
        <w:rPr>
          <w:rFonts w:ascii="Times New Roman" w:hAnsi="Times New Roman" w:cs="Times New Roman"/>
          <w:sz w:val="24"/>
          <w:szCs w:val="24"/>
        </w:rPr>
      </w:pPr>
    </w:p>
    <w:p w14:paraId="47F37719" w14:textId="77777777" w:rsidR="00561247" w:rsidRPr="00E43475" w:rsidRDefault="00561247" w:rsidP="00561247">
      <w:pPr>
        <w:rPr>
          <w:rFonts w:ascii="Times New Roman" w:hAnsi="Times New Roman" w:cs="Times New Roman"/>
          <w:sz w:val="24"/>
          <w:szCs w:val="24"/>
        </w:rPr>
      </w:pPr>
    </w:p>
    <w:p w14:paraId="16337C0C" w14:textId="77777777" w:rsidR="00561247" w:rsidRPr="00E43475" w:rsidRDefault="00561247" w:rsidP="00561247">
      <w:pPr>
        <w:rPr>
          <w:rFonts w:ascii="Times New Roman" w:hAnsi="Times New Roman" w:cs="Times New Roman"/>
          <w:b/>
          <w:bCs/>
          <w:sz w:val="24"/>
          <w:szCs w:val="24"/>
        </w:rPr>
      </w:pPr>
      <w:bookmarkStart w:id="0" w:name="_Toc220967311"/>
      <w:r w:rsidRPr="00E43475">
        <w:rPr>
          <w:rFonts w:ascii="Times New Roman" w:hAnsi="Times New Roman" w:cs="Times New Roman"/>
          <w:b/>
          <w:bCs/>
          <w:sz w:val="24"/>
          <w:szCs w:val="24"/>
        </w:rPr>
        <w:lastRenderedPageBreak/>
        <w:t>1. ÖĞRENCI İŞ YÜKÜ ANKETI DEĞERLENDIRME RAPORU BULGULARI</w:t>
      </w:r>
      <w:bookmarkEnd w:id="0"/>
    </w:p>
    <w:p w14:paraId="502A93C7" w14:textId="680B0C58" w:rsidR="00561247" w:rsidRPr="00E43475" w:rsidRDefault="00561247" w:rsidP="00561247">
      <w:pPr>
        <w:spacing w:line="25" w:lineRule="atLeast"/>
        <w:jc w:val="both"/>
        <w:rPr>
          <w:rFonts w:ascii="Times New Roman" w:hAnsi="Times New Roman" w:cs="Times New Roman"/>
          <w:sz w:val="24"/>
          <w:szCs w:val="24"/>
        </w:rPr>
      </w:pPr>
      <w:r w:rsidRPr="00E43475">
        <w:rPr>
          <w:rFonts w:ascii="Times New Roman" w:hAnsi="Times New Roman" w:cs="Times New Roman"/>
          <w:sz w:val="24"/>
          <w:szCs w:val="24"/>
        </w:rPr>
        <w:t xml:space="preserve">Öğrenci iş yükü değerlendirme anketlerinden elde edilen bulgular (Tablo 1), 2025-2026 Eğitim-Öğretim yılı Güz Yarıyılında </w:t>
      </w:r>
      <w:r w:rsidR="00E111FE" w:rsidRPr="00E43475">
        <w:rPr>
          <w:rFonts w:ascii="Times New Roman" w:hAnsi="Times New Roman" w:cs="Times New Roman"/>
          <w:sz w:val="24"/>
          <w:szCs w:val="24"/>
        </w:rPr>
        <w:t>Grafik Sanatlar</w:t>
      </w:r>
      <w:r w:rsidRPr="00E43475">
        <w:rPr>
          <w:rFonts w:ascii="Times New Roman" w:hAnsi="Times New Roman" w:cs="Times New Roman"/>
          <w:sz w:val="24"/>
          <w:szCs w:val="24"/>
        </w:rPr>
        <w:t xml:space="preserve"> Bölümü'nde yürütülen derslere ilişkin öğrenci deneyimlerini kapsamaktadır. Anket sonuçlarına göre, incelenen tüm derslerde öğrenciler tarafından bildirilen fiili haftalık iş yükünün, AKTS hesaplamalarına göre belirlenen teorik değerin önemli ölçüde uygun olduğu tespit edilmiştir. Bu durum, AKTS kredilendirme sistemi ile öğrencilerin dersler için harcadığı gerçek zaman arasında önemli ölçüde tutarlılık olduğunu göstermektedir. Bu bulgular, derslerin kredilendirme süreçlerinin ve ders planlarının, öğrenci deneyimine dayalı olarak gerçekleştiğini ortaya koymaktadır.</w:t>
      </w:r>
    </w:p>
    <w:p w14:paraId="6CC79222" w14:textId="77777777" w:rsidR="00561247" w:rsidRPr="00E43475" w:rsidRDefault="00561247" w:rsidP="00561247">
      <w:pPr>
        <w:rPr>
          <w:rFonts w:ascii="Times New Roman" w:hAnsi="Times New Roman" w:cs="Times New Roman"/>
          <w:color w:val="auto"/>
          <w:sz w:val="24"/>
          <w:szCs w:val="24"/>
        </w:rPr>
      </w:pPr>
    </w:p>
    <w:tbl>
      <w:tblPr>
        <w:tblStyle w:val="AkKlavuz-Vurgu1"/>
        <w:tblW w:w="0" w:type="auto"/>
        <w:jc w:val="center"/>
        <w:tblLook w:val="04A0" w:firstRow="1" w:lastRow="0" w:firstColumn="1" w:lastColumn="0" w:noHBand="0" w:noVBand="1"/>
      </w:tblPr>
      <w:tblGrid>
        <w:gridCol w:w="1722"/>
        <w:gridCol w:w="1440"/>
        <w:gridCol w:w="1440"/>
        <w:gridCol w:w="1440"/>
        <w:gridCol w:w="1497"/>
        <w:gridCol w:w="1440"/>
      </w:tblGrid>
      <w:tr w:rsidR="00E32130" w:rsidRPr="00E43475" w14:paraId="6DF0E1D0" w14:textId="77777777" w:rsidTr="00E321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shd w:val="clear" w:color="auto" w:fill="D3D3D3"/>
          </w:tcPr>
          <w:p w14:paraId="02B34B01"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DERSİN ADI</w:t>
            </w:r>
          </w:p>
        </w:tc>
        <w:tc>
          <w:tcPr>
            <w:tcW w:w="1440" w:type="dxa"/>
            <w:shd w:val="clear" w:color="auto" w:fill="D3D3D3"/>
          </w:tcPr>
          <w:p w14:paraId="33510429" w14:textId="77777777" w:rsidR="00E32130" w:rsidRPr="00E43475" w:rsidRDefault="00E32130" w:rsidP="001768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DERS KODU</w:t>
            </w:r>
          </w:p>
        </w:tc>
        <w:tc>
          <w:tcPr>
            <w:tcW w:w="1440" w:type="dxa"/>
            <w:shd w:val="clear" w:color="auto" w:fill="D3D3D3"/>
          </w:tcPr>
          <w:p w14:paraId="501C7A1A" w14:textId="142DA163" w:rsidR="00E32130" w:rsidRPr="00E43475" w:rsidRDefault="00E32130" w:rsidP="001768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ANKET YANIT SAYISI</w:t>
            </w:r>
          </w:p>
        </w:tc>
        <w:tc>
          <w:tcPr>
            <w:tcW w:w="1440" w:type="dxa"/>
            <w:shd w:val="clear" w:color="auto" w:fill="D3D3D3"/>
          </w:tcPr>
          <w:p w14:paraId="46196579" w14:textId="42519DB8" w:rsidR="00E32130" w:rsidRPr="00E43475" w:rsidRDefault="00E32130" w:rsidP="001768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AKTS</w:t>
            </w:r>
          </w:p>
        </w:tc>
        <w:tc>
          <w:tcPr>
            <w:tcW w:w="1497" w:type="dxa"/>
            <w:shd w:val="clear" w:color="auto" w:fill="D3D3D3"/>
          </w:tcPr>
          <w:p w14:paraId="5756B5DC" w14:textId="77777777" w:rsidR="00E32130" w:rsidRPr="00E43475" w:rsidRDefault="00E32130" w:rsidP="001768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OLMASI GEREKEN HAFTALİK İŞ YÜKÜ</w:t>
            </w:r>
          </w:p>
        </w:tc>
        <w:tc>
          <w:tcPr>
            <w:tcW w:w="1440" w:type="dxa"/>
            <w:shd w:val="clear" w:color="auto" w:fill="D3D3D3"/>
          </w:tcPr>
          <w:p w14:paraId="348BB022" w14:textId="77777777" w:rsidR="00E32130" w:rsidRPr="00E43475" w:rsidRDefault="00E32130" w:rsidP="001768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SONUÇ</w:t>
            </w:r>
          </w:p>
        </w:tc>
      </w:tr>
      <w:tr w:rsidR="00E32130" w:rsidRPr="00E43475" w14:paraId="4ECF05A0"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4D13E41E"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Mitoloji ve İkonografi</w:t>
            </w:r>
          </w:p>
        </w:tc>
        <w:tc>
          <w:tcPr>
            <w:tcW w:w="1440" w:type="dxa"/>
          </w:tcPr>
          <w:p w14:paraId="0F2340F9"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GRF1113</w:t>
            </w:r>
          </w:p>
        </w:tc>
        <w:tc>
          <w:tcPr>
            <w:tcW w:w="1440" w:type="dxa"/>
          </w:tcPr>
          <w:p w14:paraId="61DA8DD3" w14:textId="4C368374"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32</w:t>
            </w:r>
          </w:p>
        </w:tc>
        <w:tc>
          <w:tcPr>
            <w:tcW w:w="1440" w:type="dxa"/>
          </w:tcPr>
          <w:p w14:paraId="56803D6A" w14:textId="6F85249D"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2</w:t>
            </w:r>
          </w:p>
        </w:tc>
        <w:tc>
          <w:tcPr>
            <w:tcW w:w="1497" w:type="dxa"/>
          </w:tcPr>
          <w:p w14:paraId="10C0E4C0"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4.29</w:t>
            </w:r>
          </w:p>
        </w:tc>
        <w:tc>
          <w:tcPr>
            <w:tcW w:w="1440" w:type="dxa"/>
          </w:tcPr>
          <w:p w14:paraId="53145A0A" w14:textId="7A6F49B8"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7C343B37"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7717BCB7"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Moda Fotoğrafçılığı</w:t>
            </w:r>
          </w:p>
        </w:tc>
        <w:tc>
          <w:tcPr>
            <w:tcW w:w="1440" w:type="dxa"/>
          </w:tcPr>
          <w:p w14:paraId="64AFA067"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GRF4157</w:t>
            </w:r>
          </w:p>
        </w:tc>
        <w:tc>
          <w:tcPr>
            <w:tcW w:w="1440" w:type="dxa"/>
          </w:tcPr>
          <w:p w14:paraId="775B6E56" w14:textId="4795B4C6"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14</w:t>
            </w:r>
          </w:p>
        </w:tc>
        <w:tc>
          <w:tcPr>
            <w:tcW w:w="1440" w:type="dxa"/>
          </w:tcPr>
          <w:p w14:paraId="40A98D39" w14:textId="187FBBFC"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439B9C92"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43D27736" w14:textId="4E6E5993"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46B875AC"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7AD09CB2"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Reklam Fotoğrafçılığı</w:t>
            </w:r>
          </w:p>
        </w:tc>
        <w:tc>
          <w:tcPr>
            <w:tcW w:w="1440" w:type="dxa"/>
          </w:tcPr>
          <w:p w14:paraId="30185246"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GRF3323</w:t>
            </w:r>
          </w:p>
        </w:tc>
        <w:tc>
          <w:tcPr>
            <w:tcW w:w="1440" w:type="dxa"/>
          </w:tcPr>
          <w:p w14:paraId="13EBFF87" w14:textId="5E358645"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28</w:t>
            </w:r>
          </w:p>
        </w:tc>
        <w:tc>
          <w:tcPr>
            <w:tcW w:w="1440" w:type="dxa"/>
          </w:tcPr>
          <w:p w14:paraId="301919C7" w14:textId="09A4D780"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4DFEB2AC"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3F193FFC" w14:textId="3F44D363"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52FFABD3"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2D871A22"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Üç Boyutlu Görselleştirme</w:t>
            </w:r>
          </w:p>
        </w:tc>
        <w:tc>
          <w:tcPr>
            <w:tcW w:w="1440" w:type="dxa"/>
          </w:tcPr>
          <w:p w14:paraId="33024B3E"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GRF4193</w:t>
            </w:r>
          </w:p>
        </w:tc>
        <w:tc>
          <w:tcPr>
            <w:tcW w:w="1440" w:type="dxa"/>
          </w:tcPr>
          <w:p w14:paraId="79C2CF71" w14:textId="5E53668A"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43</w:t>
            </w:r>
          </w:p>
        </w:tc>
        <w:tc>
          <w:tcPr>
            <w:tcW w:w="1440" w:type="dxa"/>
          </w:tcPr>
          <w:p w14:paraId="7A0D4889" w14:textId="5FB69018"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6AA4A6C1"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499E2509" w14:textId="41F7174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14061EE4"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356FAA86"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Temel Fotoğrafçılık</w:t>
            </w:r>
          </w:p>
        </w:tc>
        <w:tc>
          <w:tcPr>
            <w:tcW w:w="1440" w:type="dxa"/>
          </w:tcPr>
          <w:p w14:paraId="17EDAD99"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GRF2307</w:t>
            </w:r>
          </w:p>
        </w:tc>
        <w:tc>
          <w:tcPr>
            <w:tcW w:w="1440" w:type="dxa"/>
          </w:tcPr>
          <w:p w14:paraId="4463077F" w14:textId="2FC839E0"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29</w:t>
            </w:r>
          </w:p>
        </w:tc>
        <w:tc>
          <w:tcPr>
            <w:tcW w:w="1440" w:type="dxa"/>
          </w:tcPr>
          <w:p w14:paraId="14299509" w14:textId="419D2361"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1A473491"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38B85E4A" w14:textId="7CE03FA8"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34D46126"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49DBDAC8"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Masaüstü Yayıncılık</w:t>
            </w:r>
          </w:p>
        </w:tc>
        <w:tc>
          <w:tcPr>
            <w:tcW w:w="1440" w:type="dxa"/>
          </w:tcPr>
          <w:p w14:paraId="12650F37"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GRF2413</w:t>
            </w:r>
          </w:p>
        </w:tc>
        <w:tc>
          <w:tcPr>
            <w:tcW w:w="1440" w:type="dxa"/>
          </w:tcPr>
          <w:p w14:paraId="369A35B2" w14:textId="3A82A226"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15</w:t>
            </w:r>
          </w:p>
        </w:tc>
        <w:tc>
          <w:tcPr>
            <w:tcW w:w="1440" w:type="dxa"/>
          </w:tcPr>
          <w:p w14:paraId="4A055B51" w14:textId="26236303"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5</w:t>
            </w:r>
          </w:p>
        </w:tc>
        <w:tc>
          <w:tcPr>
            <w:tcW w:w="1497" w:type="dxa"/>
          </w:tcPr>
          <w:p w14:paraId="4A8CFDF4"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10.71</w:t>
            </w:r>
          </w:p>
        </w:tc>
        <w:tc>
          <w:tcPr>
            <w:tcW w:w="1440" w:type="dxa"/>
          </w:tcPr>
          <w:p w14:paraId="1DF75714" w14:textId="70E0D88B"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256D67CE"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529FC233"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Masaüstü Yayıncılık</w:t>
            </w:r>
          </w:p>
        </w:tc>
        <w:tc>
          <w:tcPr>
            <w:tcW w:w="1440" w:type="dxa"/>
          </w:tcPr>
          <w:p w14:paraId="55E9FEBC"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GRF2413</w:t>
            </w:r>
          </w:p>
        </w:tc>
        <w:tc>
          <w:tcPr>
            <w:tcW w:w="1440" w:type="dxa"/>
          </w:tcPr>
          <w:p w14:paraId="156A0185" w14:textId="40934CB1"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9</w:t>
            </w:r>
          </w:p>
        </w:tc>
        <w:tc>
          <w:tcPr>
            <w:tcW w:w="1440" w:type="dxa"/>
          </w:tcPr>
          <w:p w14:paraId="0CDE54D5" w14:textId="550AABB4"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5</w:t>
            </w:r>
          </w:p>
        </w:tc>
        <w:tc>
          <w:tcPr>
            <w:tcW w:w="1497" w:type="dxa"/>
          </w:tcPr>
          <w:p w14:paraId="48691D62"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10.71</w:t>
            </w:r>
          </w:p>
        </w:tc>
        <w:tc>
          <w:tcPr>
            <w:tcW w:w="1440" w:type="dxa"/>
          </w:tcPr>
          <w:p w14:paraId="039926AD" w14:textId="4533D78B"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5316FB35"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71342313"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Kültür Tarihi</w:t>
            </w:r>
          </w:p>
        </w:tc>
        <w:tc>
          <w:tcPr>
            <w:tcW w:w="1440" w:type="dxa"/>
          </w:tcPr>
          <w:p w14:paraId="7832768D"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GRF1109</w:t>
            </w:r>
          </w:p>
        </w:tc>
        <w:tc>
          <w:tcPr>
            <w:tcW w:w="1440" w:type="dxa"/>
          </w:tcPr>
          <w:p w14:paraId="1EFAADE5" w14:textId="791D6ED5"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39</w:t>
            </w:r>
          </w:p>
        </w:tc>
        <w:tc>
          <w:tcPr>
            <w:tcW w:w="1440" w:type="dxa"/>
          </w:tcPr>
          <w:p w14:paraId="42FAF9BB" w14:textId="1EC8F8BA"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2</w:t>
            </w:r>
          </w:p>
        </w:tc>
        <w:tc>
          <w:tcPr>
            <w:tcW w:w="1497" w:type="dxa"/>
          </w:tcPr>
          <w:p w14:paraId="314B542D"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4.29</w:t>
            </w:r>
          </w:p>
        </w:tc>
        <w:tc>
          <w:tcPr>
            <w:tcW w:w="1440" w:type="dxa"/>
          </w:tcPr>
          <w:p w14:paraId="31E902A3" w14:textId="32A6D486"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2DE3D670"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33B011D9"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Genel Sanat Tarihi I</w:t>
            </w:r>
          </w:p>
        </w:tc>
        <w:tc>
          <w:tcPr>
            <w:tcW w:w="1440" w:type="dxa"/>
          </w:tcPr>
          <w:p w14:paraId="04A97366"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GRF1111</w:t>
            </w:r>
          </w:p>
        </w:tc>
        <w:tc>
          <w:tcPr>
            <w:tcW w:w="1440" w:type="dxa"/>
          </w:tcPr>
          <w:p w14:paraId="71546D23" w14:textId="0677879C"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1440" w:type="dxa"/>
          </w:tcPr>
          <w:p w14:paraId="73BCC10E" w14:textId="11EDF81F"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2</w:t>
            </w:r>
          </w:p>
        </w:tc>
        <w:tc>
          <w:tcPr>
            <w:tcW w:w="1497" w:type="dxa"/>
          </w:tcPr>
          <w:p w14:paraId="2B472E59"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4.29</w:t>
            </w:r>
          </w:p>
        </w:tc>
        <w:tc>
          <w:tcPr>
            <w:tcW w:w="1440" w:type="dxa"/>
          </w:tcPr>
          <w:p w14:paraId="64C9D456" w14:textId="774BD13C"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45F4DF51"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18A64F72"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Hareketli Grafik Tasarım I</w:t>
            </w:r>
          </w:p>
        </w:tc>
        <w:tc>
          <w:tcPr>
            <w:tcW w:w="1440" w:type="dxa"/>
          </w:tcPr>
          <w:p w14:paraId="3F428A34"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GRF3329</w:t>
            </w:r>
          </w:p>
        </w:tc>
        <w:tc>
          <w:tcPr>
            <w:tcW w:w="1440" w:type="dxa"/>
          </w:tcPr>
          <w:p w14:paraId="492BBFAB" w14:textId="5BD25BAF"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31</w:t>
            </w:r>
          </w:p>
        </w:tc>
        <w:tc>
          <w:tcPr>
            <w:tcW w:w="1440" w:type="dxa"/>
          </w:tcPr>
          <w:p w14:paraId="76BCB2CC" w14:textId="4EEBDA8A"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40242802"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461F9DC8" w14:textId="6A311051"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3530EF87"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5E280236"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Afiş Sanatı</w:t>
            </w:r>
          </w:p>
        </w:tc>
        <w:tc>
          <w:tcPr>
            <w:tcW w:w="1440" w:type="dxa"/>
          </w:tcPr>
          <w:p w14:paraId="3FE9BF03"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GRF3405</w:t>
            </w:r>
          </w:p>
        </w:tc>
        <w:tc>
          <w:tcPr>
            <w:tcW w:w="1440" w:type="dxa"/>
          </w:tcPr>
          <w:p w14:paraId="6C24D611" w14:textId="12F4261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33</w:t>
            </w:r>
          </w:p>
        </w:tc>
        <w:tc>
          <w:tcPr>
            <w:tcW w:w="1440" w:type="dxa"/>
          </w:tcPr>
          <w:p w14:paraId="0551B76D" w14:textId="2E64CD4D"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6</w:t>
            </w:r>
          </w:p>
        </w:tc>
        <w:tc>
          <w:tcPr>
            <w:tcW w:w="1497" w:type="dxa"/>
          </w:tcPr>
          <w:p w14:paraId="2AF68234"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12.86</w:t>
            </w:r>
          </w:p>
        </w:tc>
        <w:tc>
          <w:tcPr>
            <w:tcW w:w="1440" w:type="dxa"/>
          </w:tcPr>
          <w:p w14:paraId="4DEDC1CF" w14:textId="3073EBFD"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490C6B6D"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3161D2E7"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Desen I</w:t>
            </w:r>
          </w:p>
        </w:tc>
        <w:tc>
          <w:tcPr>
            <w:tcW w:w="1440" w:type="dxa"/>
          </w:tcPr>
          <w:p w14:paraId="10E4BEFD"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GRF1103</w:t>
            </w:r>
          </w:p>
        </w:tc>
        <w:tc>
          <w:tcPr>
            <w:tcW w:w="1440" w:type="dxa"/>
          </w:tcPr>
          <w:p w14:paraId="003A4208" w14:textId="553BD68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15</w:t>
            </w:r>
          </w:p>
        </w:tc>
        <w:tc>
          <w:tcPr>
            <w:tcW w:w="1440" w:type="dxa"/>
          </w:tcPr>
          <w:p w14:paraId="327FA5EF" w14:textId="5C3534DF"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660D9A3D"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32E2FCE3" w14:textId="6A433C79"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7D2BCBEB"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7C822211"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İllüstrasyona Giriş</w:t>
            </w:r>
          </w:p>
        </w:tc>
        <w:tc>
          <w:tcPr>
            <w:tcW w:w="1440" w:type="dxa"/>
          </w:tcPr>
          <w:p w14:paraId="2761CE7A"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GRF2105</w:t>
            </w:r>
          </w:p>
        </w:tc>
        <w:tc>
          <w:tcPr>
            <w:tcW w:w="1440" w:type="dxa"/>
          </w:tcPr>
          <w:p w14:paraId="6CB88D4D" w14:textId="2326AE23"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33</w:t>
            </w:r>
          </w:p>
        </w:tc>
        <w:tc>
          <w:tcPr>
            <w:tcW w:w="1440" w:type="dxa"/>
          </w:tcPr>
          <w:p w14:paraId="6E3AF22A" w14:textId="5603D96A"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5</w:t>
            </w:r>
          </w:p>
        </w:tc>
        <w:tc>
          <w:tcPr>
            <w:tcW w:w="1497" w:type="dxa"/>
          </w:tcPr>
          <w:p w14:paraId="666918E9"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10.71</w:t>
            </w:r>
          </w:p>
        </w:tc>
        <w:tc>
          <w:tcPr>
            <w:tcW w:w="1440" w:type="dxa"/>
          </w:tcPr>
          <w:p w14:paraId="68ED92F6" w14:textId="499167AD"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55D523E0"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143AED6F"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Japon Çizgi Romanı Manga</w:t>
            </w:r>
          </w:p>
        </w:tc>
        <w:tc>
          <w:tcPr>
            <w:tcW w:w="1440" w:type="dxa"/>
          </w:tcPr>
          <w:p w14:paraId="33B386EE"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GRF3331</w:t>
            </w:r>
          </w:p>
        </w:tc>
        <w:tc>
          <w:tcPr>
            <w:tcW w:w="1440" w:type="dxa"/>
          </w:tcPr>
          <w:p w14:paraId="63C1F1D3" w14:textId="16311C44"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23</w:t>
            </w:r>
          </w:p>
        </w:tc>
        <w:tc>
          <w:tcPr>
            <w:tcW w:w="1440" w:type="dxa"/>
          </w:tcPr>
          <w:p w14:paraId="094C1681" w14:textId="7F11AA5F"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470815A0"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1C326EE6" w14:textId="7882B61D"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0A02981A"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6CCE3CA9"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Grafik Tasarıma Giriş I</w:t>
            </w:r>
          </w:p>
        </w:tc>
        <w:tc>
          <w:tcPr>
            <w:tcW w:w="1440" w:type="dxa"/>
          </w:tcPr>
          <w:p w14:paraId="3EFA1C00"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GRF1115</w:t>
            </w:r>
          </w:p>
        </w:tc>
        <w:tc>
          <w:tcPr>
            <w:tcW w:w="1440" w:type="dxa"/>
          </w:tcPr>
          <w:p w14:paraId="686F603B" w14:textId="6C99ADCF"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11</w:t>
            </w:r>
          </w:p>
        </w:tc>
        <w:tc>
          <w:tcPr>
            <w:tcW w:w="1440" w:type="dxa"/>
          </w:tcPr>
          <w:p w14:paraId="1C11088A" w14:textId="22671A79"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5</w:t>
            </w:r>
          </w:p>
        </w:tc>
        <w:tc>
          <w:tcPr>
            <w:tcW w:w="1497" w:type="dxa"/>
          </w:tcPr>
          <w:p w14:paraId="5481561F"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10.71</w:t>
            </w:r>
          </w:p>
        </w:tc>
        <w:tc>
          <w:tcPr>
            <w:tcW w:w="1440" w:type="dxa"/>
          </w:tcPr>
          <w:p w14:paraId="00D1C1C0" w14:textId="2D498511"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02BE2AED"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2091DD83"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Tipografi I</w:t>
            </w:r>
          </w:p>
        </w:tc>
        <w:tc>
          <w:tcPr>
            <w:tcW w:w="1440" w:type="dxa"/>
          </w:tcPr>
          <w:p w14:paraId="16EBB52F"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GRF2101</w:t>
            </w:r>
          </w:p>
        </w:tc>
        <w:tc>
          <w:tcPr>
            <w:tcW w:w="1440" w:type="dxa"/>
          </w:tcPr>
          <w:p w14:paraId="08CC7FD7" w14:textId="4CCD0319"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33</w:t>
            </w:r>
          </w:p>
        </w:tc>
        <w:tc>
          <w:tcPr>
            <w:tcW w:w="1440" w:type="dxa"/>
          </w:tcPr>
          <w:p w14:paraId="6B928BF3" w14:textId="13CBB431"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5</w:t>
            </w:r>
          </w:p>
        </w:tc>
        <w:tc>
          <w:tcPr>
            <w:tcW w:w="1497" w:type="dxa"/>
          </w:tcPr>
          <w:p w14:paraId="700FD07D"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10.71</w:t>
            </w:r>
          </w:p>
        </w:tc>
        <w:tc>
          <w:tcPr>
            <w:tcW w:w="1440" w:type="dxa"/>
          </w:tcPr>
          <w:p w14:paraId="29BE4086" w14:textId="72BF3B0E"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7DF089CF"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54817C32"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Grafik Sanatlar Tarihi</w:t>
            </w:r>
          </w:p>
        </w:tc>
        <w:tc>
          <w:tcPr>
            <w:tcW w:w="1440" w:type="dxa"/>
          </w:tcPr>
          <w:p w14:paraId="0686698E"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GRF2109</w:t>
            </w:r>
          </w:p>
        </w:tc>
        <w:tc>
          <w:tcPr>
            <w:tcW w:w="1440" w:type="dxa"/>
          </w:tcPr>
          <w:p w14:paraId="4841C075" w14:textId="46A712AC" w:rsidR="00E32130" w:rsidRPr="00E43475" w:rsidRDefault="00541E57"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11</w:t>
            </w:r>
          </w:p>
        </w:tc>
        <w:tc>
          <w:tcPr>
            <w:tcW w:w="1440" w:type="dxa"/>
          </w:tcPr>
          <w:p w14:paraId="6D8C1977" w14:textId="28510BE3"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3</w:t>
            </w:r>
          </w:p>
        </w:tc>
        <w:tc>
          <w:tcPr>
            <w:tcW w:w="1497" w:type="dxa"/>
          </w:tcPr>
          <w:p w14:paraId="32B9E2DE"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6.43</w:t>
            </w:r>
          </w:p>
        </w:tc>
        <w:tc>
          <w:tcPr>
            <w:tcW w:w="1440" w:type="dxa"/>
          </w:tcPr>
          <w:p w14:paraId="20412336" w14:textId="16AC8035"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247563DF"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0FE3B713"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lastRenderedPageBreak/>
              <w:t>Ambalaj Tasarımı</w:t>
            </w:r>
          </w:p>
        </w:tc>
        <w:tc>
          <w:tcPr>
            <w:tcW w:w="1440" w:type="dxa"/>
          </w:tcPr>
          <w:p w14:paraId="2DF30488"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GRF3407</w:t>
            </w:r>
          </w:p>
        </w:tc>
        <w:tc>
          <w:tcPr>
            <w:tcW w:w="1440" w:type="dxa"/>
          </w:tcPr>
          <w:p w14:paraId="7D3AA535" w14:textId="726FAE4C" w:rsidR="00E32130" w:rsidRPr="00E43475" w:rsidRDefault="00541E57"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15</w:t>
            </w:r>
          </w:p>
        </w:tc>
        <w:tc>
          <w:tcPr>
            <w:tcW w:w="1440" w:type="dxa"/>
          </w:tcPr>
          <w:p w14:paraId="5F01AAD3" w14:textId="1D811CCD"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7</w:t>
            </w:r>
          </w:p>
        </w:tc>
        <w:tc>
          <w:tcPr>
            <w:tcW w:w="1497" w:type="dxa"/>
          </w:tcPr>
          <w:p w14:paraId="5E033D30"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15.0</w:t>
            </w:r>
          </w:p>
        </w:tc>
        <w:tc>
          <w:tcPr>
            <w:tcW w:w="1440" w:type="dxa"/>
          </w:tcPr>
          <w:p w14:paraId="3D4F40CA" w14:textId="68D38BF1"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28D8022C"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4685175C"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Mezuniyet Projesi I</w:t>
            </w:r>
          </w:p>
        </w:tc>
        <w:tc>
          <w:tcPr>
            <w:tcW w:w="1440" w:type="dxa"/>
          </w:tcPr>
          <w:p w14:paraId="7ADE0AD8"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GRF4101</w:t>
            </w:r>
          </w:p>
        </w:tc>
        <w:tc>
          <w:tcPr>
            <w:tcW w:w="1440" w:type="dxa"/>
          </w:tcPr>
          <w:p w14:paraId="47007864" w14:textId="2F1686CC" w:rsidR="00E32130" w:rsidRPr="00E43475" w:rsidRDefault="00541E57"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440" w:type="dxa"/>
          </w:tcPr>
          <w:p w14:paraId="33530C49" w14:textId="4DE0E00F"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9</w:t>
            </w:r>
          </w:p>
        </w:tc>
        <w:tc>
          <w:tcPr>
            <w:tcW w:w="1497" w:type="dxa"/>
          </w:tcPr>
          <w:p w14:paraId="140B2443"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19.29</w:t>
            </w:r>
          </w:p>
        </w:tc>
        <w:tc>
          <w:tcPr>
            <w:tcW w:w="1440" w:type="dxa"/>
          </w:tcPr>
          <w:p w14:paraId="0A7AECB8" w14:textId="6514C4EC"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7FAF5E73"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01D815B9"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Oyun Grafiği Tasarımı</w:t>
            </w:r>
          </w:p>
        </w:tc>
        <w:tc>
          <w:tcPr>
            <w:tcW w:w="1440" w:type="dxa"/>
          </w:tcPr>
          <w:p w14:paraId="59C61579"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GRF4121</w:t>
            </w:r>
          </w:p>
        </w:tc>
        <w:tc>
          <w:tcPr>
            <w:tcW w:w="1440" w:type="dxa"/>
          </w:tcPr>
          <w:p w14:paraId="33A8734A" w14:textId="7FDAEC6B" w:rsidR="00E32130" w:rsidRPr="00E43475" w:rsidRDefault="00541E57"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21</w:t>
            </w:r>
          </w:p>
        </w:tc>
        <w:tc>
          <w:tcPr>
            <w:tcW w:w="1440" w:type="dxa"/>
          </w:tcPr>
          <w:p w14:paraId="1F32B6CD" w14:textId="78175F1A"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779B99E8"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276C4568" w14:textId="6B9C4520"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135E3015"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05C76069"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Portfolyo Tasarımı</w:t>
            </w:r>
          </w:p>
        </w:tc>
        <w:tc>
          <w:tcPr>
            <w:tcW w:w="1440" w:type="dxa"/>
          </w:tcPr>
          <w:p w14:paraId="4CCA4EB8"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GRF4103</w:t>
            </w:r>
          </w:p>
        </w:tc>
        <w:tc>
          <w:tcPr>
            <w:tcW w:w="1440" w:type="dxa"/>
          </w:tcPr>
          <w:p w14:paraId="373CE18E" w14:textId="5C618C71" w:rsidR="00E32130" w:rsidRPr="00E43475" w:rsidRDefault="00541E57"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47</w:t>
            </w:r>
          </w:p>
        </w:tc>
        <w:tc>
          <w:tcPr>
            <w:tcW w:w="1440" w:type="dxa"/>
          </w:tcPr>
          <w:p w14:paraId="083AD9FD" w14:textId="605BA7AF"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5</w:t>
            </w:r>
          </w:p>
        </w:tc>
        <w:tc>
          <w:tcPr>
            <w:tcW w:w="1497" w:type="dxa"/>
          </w:tcPr>
          <w:p w14:paraId="54C97D06"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10.71</w:t>
            </w:r>
          </w:p>
        </w:tc>
        <w:tc>
          <w:tcPr>
            <w:tcW w:w="1440" w:type="dxa"/>
          </w:tcPr>
          <w:p w14:paraId="50CE3F46" w14:textId="5A82EBC8"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7E31B3F9"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1F674C54"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Reklam Tasarımı</w:t>
            </w:r>
          </w:p>
        </w:tc>
        <w:tc>
          <w:tcPr>
            <w:tcW w:w="1440" w:type="dxa"/>
          </w:tcPr>
          <w:p w14:paraId="58E7FCEB"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GRF2111</w:t>
            </w:r>
          </w:p>
        </w:tc>
        <w:tc>
          <w:tcPr>
            <w:tcW w:w="1440" w:type="dxa"/>
          </w:tcPr>
          <w:p w14:paraId="37304ED3" w14:textId="5B4F9AC7" w:rsidR="00E32130" w:rsidRPr="00E43475" w:rsidRDefault="00541E57"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26</w:t>
            </w:r>
          </w:p>
        </w:tc>
        <w:tc>
          <w:tcPr>
            <w:tcW w:w="1440" w:type="dxa"/>
          </w:tcPr>
          <w:p w14:paraId="56DEAB5F" w14:textId="35A5DD8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376139D9"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27F5079C" w14:textId="071562FB"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6F411DE5"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53D26286"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Sosyal Medya Yönetimi</w:t>
            </w:r>
          </w:p>
        </w:tc>
        <w:tc>
          <w:tcPr>
            <w:tcW w:w="1440" w:type="dxa"/>
          </w:tcPr>
          <w:p w14:paraId="491A8D50"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GRF4165</w:t>
            </w:r>
          </w:p>
        </w:tc>
        <w:tc>
          <w:tcPr>
            <w:tcW w:w="1440" w:type="dxa"/>
          </w:tcPr>
          <w:p w14:paraId="4072F94C" w14:textId="2DA23520" w:rsidR="00E32130" w:rsidRPr="00E43475" w:rsidRDefault="00541E57"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17</w:t>
            </w:r>
          </w:p>
        </w:tc>
        <w:tc>
          <w:tcPr>
            <w:tcW w:w="1440" w:type="dxa"/>
          </w:tcPr>
          <w:p w14:paraId="1AAC1FB7" w14:textId="534CB2C4"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5849674D"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130CDB2E" w14:textId="2BA22941"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042B7786" w14:textId="77777777" w:rsidTr="00E3213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3024BE26"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Tasarımda Yapay Zeka Uygulamaları</w:t>
            </w:r>
          </w:p>
        </w:tc>
        <w:tc>
          <w:tcPr>
            <w:tcW w:w="1440" w:type="dxa"/>
          </w:tcPr>
          <w:p w14:paraId="0C9F7746"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GRF2303</w:t>
            </w:r>
          </w:p>
        </w:tc>
        <w:tc>
          <w:tcPr>
            <w:tcW w:w="1440" w:type="dxa"/>
          </w:tcPr>
          <w:p w14:paraId="4D8DC909" w14:textId="42DCD8D4" w:rsidR="00E32130" w:rsidRPr="00E43475" w:rsidRDefault="00541E57"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1440" w:type="dxa"/>
          </w:tcPr>
          <w:p w14:paraId="5CAF6622" w14:textId="15D2A843"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4</w:t>
            </w:r>
          </w:p>
        </w:tc>
        <w:tc>
          <w:tcPr>
            <w:tcW w:w="1497" w:type="dxa"/>
          </w:tcPr>
          <w:p w14:paraId="4FEE1EE9" w14:textId="77777777"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8.57</w:t>
            </w:r>
          </w:p>
        </w:tc>
        <w:tc>
          <w:tcPr>
            <w:tcW w:w="1440" w:type="dxa"/>
          </w:tcPr>
          <w:p w14:paraId="7D24B472" w14:textId="33C51ACE" w:rsidR="00E32130" w:rsidRPr="00E43475" w:rsidRDefault="00E32130" w:rsidP="001768F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r w:rsidR="00E32130" w:rsidRPr="00E43475" w14:paraId="3E5FF126" w14:textId="77777777" w:rsidTr="00E321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2" w:type="dxa"/>
          </w:tcPr>
          <w:p w14:paraId="1294F7C5" w14:textId="77777777" w:rsidR="00E32130" w:rsidRPr="00E43475" w:rsidRDefault="00E32130" w:rsidP="001768F7">
            <w:pPr>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Temel Sanat Eğitimi I</w:t>
            </w:r>
          </w:p>
        </w:tc>
        <w:tc>
          <w:tcPr>
            <w:tcW w:w="1440" w:type="dxa"/>
          </w:tcPr>
          <w:p w14:paraId="77F1FADC"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GRF1101</w:t>
            </w:r>
          </w:p>
        </w:tc>
        <w:tc>
          <w:tcPr>
            <w:tcW w:w="1440" w:type="dxa"/>
          </w:tcPr>
          <w:p w14:paraId="16F2F446" w14:textId="4B251335" w:rsidR="00E32130" w:rsidRPr="00E43475" w:rsidRDefault="00541E57"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19</w:t>
            </w:r>
          </w:p>
        </w:tc>
        <w:tc>
          <w:tcPr>
            <w:tcW w:w="1440" w:type="dxa"/>
          </w:tcPr>
          <w:p w14:paraId="1931AFE7" w14:textId="53664F09"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9</w:t>
            </w:r>
          </w:p>
        </w:tc>
        <w:tc>
          <w:tcPr>
            <w:tcW w:w="1497" w:type="dxa"/>
          </w:tcPr>
          <w:p w14:paraId="2235ECA3" w14:textId="7777777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19.29</w:t>
            </w:r>
          </w:p>
        </w:tc>
        <w:tc>
          <w:tcPr>
            <w:tcW w:w="1440" w:type="dxa"/>
          </w:tcPr>
          <w:p w14:paraId="09C3FA24" w14:textId="43411B67" w:rsidR="00E32130" w:rsidRPr="00E43475" w:rsidRDefault="00E32130" w:rsidP="00176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Uyumlu</w:t>
            </w:r>
          </w:p>
        </w:tc>
      </w:tr>
    </w:tbl>
    <w:p w14:paraId="01B30FE2" w14:textId="77777777" w:rsidR="00196802" w:rsidRPr="00E43475" w:rsidRDefault="00196802" w:rsidP="00196802">
      <w:pPr>
        <w:rPr>
          <w:rFonts w:ascii="Times New Roman" w:hAnsi="Times New Roman" w:cs="Times New Roman"/>
          <w:color w:val="auto"/>
          <w:sz w:val="24"/>
          <w:szCs w:val="24"/>
        </w:rPr>
      </w:pPr>
    </w:p>
    <w:p w14:paraId="4D74F2BE" w14:textId="77777777" w:rsidR="00196802" w:rsidRPr="00E43475" w:rsidRDefault="00196802" w:rsidP="00804FCF">
      <w:pPr>
        <w:pStyle w:val="Balk1"/>
        <w:jc w:val="both"/>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2- Genel Değerlendirme</w:t>
      </w:r>
    </w:p>
    <w:p w14:paraId="2C0E10BE" w14:textId="77777777" w:rsidR="00E43475" w:rsidRPr="00E43475" w:rsidRDefault="00E43475" w:rsidP="00E43475">
      <w:pPr>
        <w:jc w:val="both"/>
        <w:rPr>
          <w:rFonts w:ascii="Times New Roman" w:hAnsi="Times New Roman" w:cs="Times New Roman"/>
          <w:sz w:val="24"/>
          <w:szCs w:val="24"/>
        </w:rPr>
      </w:pPr>
      <w:r w:rsidRPr="00E43475">
        <w:rPr>
          <w:rFonts w:ascii="Times New Roman" w:hAnsi="Times New Roman" w:cs="Times New Roman"/>
          <w:sz w:val="24"/>
          <w:szCs w:val="24"/>
        </w:rPr>
        <w:t>2025-2026 Eğitim-Öğretim Yılı Güz Yarıyılı kapsamında Grafik Sanatlar Bölümü müfredatında yer alan derslerin öğrenci iş yükü analizleri, ders bazlı AKTS Öğrenci İş Yükü Anketleri vasıtasıyla gerçekleştirilmiştir. İlgili dersleri yürüten öğretim elemanları denetiminde toplanan anket verileri; ödev, proje süreçleri, atölye/laboratuvar faaliyetleri, sunum hazırlıkları, sınav çalışmaları ve haftalık bireysel etüt sürelerini kapsayacak şekilde saat bazında tasnif edilmiştir. Bu veriler ışığında hesaplanan dönemsel toplam iş yükü, 14 haftalık akademik takvime oranlanarak haftalık ortalama fiili iş yükü değerlerine ulaşılmıştır. Elde edilen bu fiili veriler, derslerin mevcut AKTS kredilerinin öngördüğü teorik iş yükü ile kıyaslanarak aradaki tutarlılık düzeyi analiz edilmiştir.</w:t>
      </w:r>
    </w:p>
    <w:p w14:paraId="32A51B25" w14:textId="77777777" w:rsidR="00E43475" w:rsidRPr="00E43475" w:rsidRDefault="00E43475" w:rsidP="00E43475">
      <w:pPr>
        <w:jc w:val="both"/>
        <w:rPr>
          <w:rFonts w:ascii="Times New Roman" w:hAnsi="Times New Roman" w:cs="Times New Roman"/>
          <w:sz w:val="24"/>
          <w:szCs w:val="24"/>
        </w:rPr>
      </w:pPr>
      <w:r w:rsidRPr="00E43475">
        <w:rPr>
          <w:rFonts w:ascii="Times New Roman" w:hAnsi="Times New Roman" w:cs="Times New Roman"/>
          <w:sz w:val="24"/>
          <w:szCs w:val="24"/>
        </w:rPr>
        <w:t>Yapılan analizler sonucunda, Grafik Sanatlar Bölümü’ndeki tüm derslerde öğrencilerin beyan ettiği fiili çalışma sürelerinin, AKTS kredilerince tayin edilen öngörülen iş yükü ile tam bir uyum içinde olduğu tespit edilmiştir. İncelemeye tabi tutulan derslerin tamamında “uyumlu” sonucuna ulaşılması, kredilendirme sisteminin farazi değil, doğrudan öğrenci deneyimine ve gerçek verilere dayalı olarak yapılandırıldığını kanıtlamaktadır. Gerek teorik derslerdeki dengeli dağılım, gerekse uygulama ağırlıklı derslerde öğrenci beyanları ile AKTS değerlerinin örtüşmesi, bölüm genelindeki iş yükü planlamasının pedagojik normlara uygunluğunu ve dengesini doğrulamaktadır.</w:t>
      </w:r>
    </w:p>
    <w:p w14:paraId="030F3748" w14:textId="77777777" w:rsidR="00E43475" w:rsidRPr="00E43475" w:rsidRDefault="00E43475" w:rsidP="00E43475">
      <w:pPr>
        <w:jc w:val="both"/>
        <w:rPr>
          <w:rFonts w:ascii="Times New Roman" w:hAnsi="Times New Roman" w:cs="Times New Roman"/>
          <w:sz w:val="24"/>
          <w:szCs w:val="24"/>
        </w:rPr>
      </w:pPr>
      <w:r w:rsidRPr="00E43475">
        <w:rPr>
          <w:rFonts w:ascii="Times New Roman" w:hAnsi="Times New Roman" w:cs="Times New Roman"/>
          <w:sz w:val="24"/>
          <w:szCs w:val="24"/>
        </w:rPr>
        <w:t>Buna ek olarak, farklı sınıf seviyeleri ve ders kategorilerinde (teorik, uygulamalı, proje vb.) gözlemlenen bu istikrarlı uyum; bölümdeki AKTS belirleme ve ders planlama süreçlerinin sistematik, şeffaf ve kanıta dayalı bir metodoloji ile yürütüldüğünü göstermektedir. Bu bulgular, öğrenci merkezli eğitim modelinin başarıyla hayata geçirildiğine ve mevcut kredilendirme mimarisinin sürdürülebilir kalite güvencesi standartları açısından işlevsel niteliğini koruduğuna işaret etmektedir.</w:t>
      </w:r>
    </w:p>
    <w:p w14:paraId="6D85DA87" w14:textId="77777777" w:rsidR="00196802" w:rsidRPr="00E43475" w:rsidRDefault="00196802" w:rsidP="00804FCF">
      <w:pPr>
        <w:pStyle w:val="Balk1"/>
        <w:jc w:val="both"/>
        <w:rPr>
          <w:rFonts w:ascii="Times New Roman" w:hAnsi="Times New Roman" w:cs="Times New Roman"/>
          <w:color w:val="auto"/>
          <w:sz w:val="24"/>
          <w:szCs w:val="24"/>
          <w:lang w:val="tr-TR"/>
        </w:rPr>
      </w:pPr>
      <w:r w:rsidRPr="00E43475">
        <w:rPr>
          <w:rFonts w:ascii="Times New Roman" w:hAnsi="Times New Roman" w:cs="Times New Roman"/>
          <w:color w:val="auto"/>
          <w:sz w:val="24"/>
          <w:szCs w:val="24"/>
          <w:lang w:val="tr-TR"/>
        </w:rPr>
        <w:t>3- Genel İyileştirme Çalışmaları</w:t>
      </w:r>
    </w:p>
    <w:p w14:paraId="64C92DAD" w14:textId="3EE1E27D" w:rsidR="0043593E" w:rsidRPr="0043593E" w:rsidRDefault="0043593E" w:rsidP="0043593E">
      <w:pPr>
        <w:spacing w:after="0"/>
        <w:jc w:val="both"/>
        <w:rPr>
          <w:rFonts w:ascii="Times New Roman" w:eastAsiaTheme="minorEastAsia" w:hAnsi="Times New Roman" w:cs="Times New Roman"/>
          <w:color w:val="auto"/>
          <w:sz w:val="24"/>
          <w:szCs w:val="24"/>
          <w:lang w:eastAsia="en-US"/>
        </w:rPr>
      </w:pPr>
      <w:r w:rsidRPr="0043593E">
        <w:rPr>
          <w:rFonts w:ascii="Times New Roman" w:eastAsiaTheme="minorEastAsia" w:hAnsi="Times New Roman" w:cs="Times New Roman"/>
          <w:color w:val="auto"/>
          <w:sz w:val="24"/>
          <w:szCs w:val="24"/>
          <w:lang w:eastAsia="en-US"/>
        </w:rPr>
        <w:t xml:space="preserve">2025-2026 Eğitim-Öğretim Yılı Güz Yarıyılında </w:t>
      </w:r>
      <w:r>
        <w:rPr>
          <w:rFonts w:ascii="Times New Roman" w:eastAsiaTheme="minorEastAsia" w:hAnsi="Times New Roman" w:cs="Times New Roman"/>
          <w:color w:val="auto"/>
          <w:sz w:val="24"/>
          <w:szCs w:val="24"/>
          <w:lang w:eastAsia="en-US"/>
        </w:rPr>
        <w:t>Grafik Sanatlar</w:t>
      </w:r>
      <w:r w:rsidRPr="0043593E">
        <w:rPr>
          <w:rFonts w:ascii="Times New Roman" w:eastAsiaTheme="minorEastAsia" w:hAnsi="Times New Roman" w:cs="Times New Roman"/>
          <w:color w:val="auto"/>
          <w:sz w:val="24"/>
          <w:szCs w:val="24"/>
          <w:lang w:eastAsia="en-US"/>
        </w:rPr>
        <w:t xml:space="preserve"> Bölümü bünyesinde yürütülen derslere dair yapılan iş yükü analizleri, derslere tanımlanan AKTS kredileri ile öğrencilerin sarf </w:t>
      </w:r>
      <w:r w:rsidRPr="0043593E">
        <w:rPr>
          <w:rFonts w:ascii="Times New Roman" w:eastAsiaTheme="minorEastAsia" w:hAnsi="Times New Roman" w:cs="Times New Roman"/>
          <w:color w:val="auto"/>
          <w:sz w:val="24"/>
          <w:szCs w:val="24"/>
          <w:lang w:eastAsia="en-US"/>
        </w:rPr>
        <w:lastRenderedPageBreak/>
        <w:t>ettikleri fiili efor arasında sistematik bir tutarlılık bulunduğunu ortaya koymuştur. Anket tabanlı veriler ışığında hesaplanan haftalık ortalama çalışma sürelerinin, teorik olarak öngörülen iş yükü ile birebir örtüşmesi; mevcut kredilendirme mimarisinin afaki varsayımlara değil, doğrudan öğrenci deneyimine ve gerçekçi parametrelere dayandığını kanıtlamaktadır.</w:t>
      </w:r>
    </w:p>
    <w:p w14:paraId="14EA4202" w14:textId="77777777" w:rsidR="0043593E" w:rsidRPr="0043593E" w:rsidRDefault="0043593E" w:rsidP="0043593E">
      <w:pPr>
        <w:spacing w:after="0"/>
        <w:jc w:val="both"/>
        <w:rPr>
          <w:rFonts w:ascii="Times New Roman" w:eastAsiaTheme="minorEastAsia" w:hAnsi="Times New Roman" w:cs="Times New Roman"/>
          <w:color w:val="auto"/>
          <w:sz w:val="24"/>
          <w:szCs w:val="24"/>
          <w:lang w:eastAsia="en-US"/>
        </w:rPr>
      </w:pPr>
    </w:p>
    <w:p w14:paraId="79F2F960" w14:textId="77777777" w:rsidR="0043593E" w:rsidRPr="0043593E" w:rsidRDefault="0043593E" w:rsidP="0043593E">
      <w:pPr>
        <w:spacing w:after="0"/>
        <w:jc w:val="both"/>
        <w:rPr>
          <w:rFonts w:ascii="Times New Roman" w:eastAsiaTheme="minorEastAsia" w:hAnsi="Times New Roman" w:cs="Times New Roman"/>
          <w:color w:val="auto"/>
          <w:sz w:val="24"/>
          <w:szCs w:val="24"/>
          <w:lang w:eastAsia="en-US"/>
        </w:rPr>
      </w:pPr>
      <w:r w:rsidRPr="0043593E">
        <w:rPr>
          <w:rFonts w:ascii="Times New Roman" w:eastAsiaTheme="minorEastAsia" w:hAnsi="Times New Roman" w:cs="Times New Roman"/>
          <w:color w:val="auto"/>
          <w:sz w:val="24"/>
          <w:szCs w:val="24"/>
          <w:lang w:eastAsia="en-US"/>
        </w:rPr>
        <w:t>Ders kategorileri özelinde yapılan incelemelerde; atölye, uygulama ve sanatsal üretime dayalı derslerin yoğun çalışma gerektiren doğasının AKTS değerlerinde isabetli bir şekilde karşılık bulduğu tespit edilmiştir. Benzer şekilde, teorik içerikli derslerde de iş yükünün dengeli ve yönetilebilir bir seviyede tutulduğu görülmüştür. Bu bulgular, bölüm genelindeki ders içerikleri, hedeflenen öğrenme çıktıları ve iş yükü dağılımı arasında pedagojik açıdan sağlam bir zemin ve akademik bir uyum olduğunu göstermektedir. Ayrıca, öğretim elemanlarının veri toplama sürecindeki etkin rolü ve Anket Komisyonu’nun yürüttüğü titiz analiz süreçleri, kalite güvencesi kapsamındaki izleme mekanizmalarının katılımcı ve sistematik bir yapıda işlediğini doğrulamaktadır.</w:t>
      </w:r>
    </w:p>
    <w:p w14:paraId="7955CFFB" w14:textId="77777777" w:rsidR="0043593E" w:rsidRPr="0043593E" w:rsidRDefault="0043593E" w:rsidP="0043593E">
      <w:pPr>
        <w:spacing w:after="0"/>
        <w:jc w:val="both"/>
        <w:rPr>
          <w:rFonts w:ascii="Times New Roman" w:eastAsiaTheme="minorEastAsia" w:hAnsi="Times New Roman" w:cs="Times New Roman"/>
          <w:color w:val="auto"/>
          <w:sz w:val="24"/>
          <w:szCs w:val="24"/>
          <w:lang w:eastAsia="en-US"/>
        </w:rPr>
      </w:pPr>
    </w:p>
    <w:p w14:paraId="3D2F2A23" w14:textId="3F09CA5A" w:rsidR="00CA7303" w:rsidRPr="00196802" w:rsidRDefault="0043593E" w:rsidP="0043593E">
      <w:pPr>
        <w:spacing w:after="0"/>
        <w:jc w:val="both"/>
        <w:rPr>
          <w:rFonts w:ascii="Times New Roman" w:hAnsi="Times New Roman" w:cs="Times New Roman"/>
          <w:sz w:val="24"/>
          <w:szCs w:val="24"/>
        </w:rPr>
      </w:pPr>
      <w:r w:rsidRPr="0043593E">
        <w:rPr>
          <w:rFonts w:ascii="Times New Roman" w:eastAsiaTheme="minorEastAsia" w:hAnsi="Times New Roman" w:cs="Times New Roman"/>
          <w:color w:val="auto"/>
          <w:sz w:val="24"/>
          <w:szCs w:val="24"/>
          <w:lang w:eastAsia="en-US"/>
        </w:rPr>
        <w:t xml:space="preserve">Netice itibarıyla, </w:t>
      </w:r>
      <w:r>
        <w:rPr>
          <w:rFonts w:ascii="Times New Roman" w:eastAsiaTheme="minorEastAsia" w:hAnsi="Times New Roman" w:cs="Times New Roman"/>
          <w:color w:val="auto"/>
          <w:sz w:val="24"/>
          <w:szCs w:val="24"/>
          <w:lang w:eastAsia="en-US"/>
        </w:rPr>
        <w:t>Grafik Sanatlar</w:t>
      </w:r>
      <w:r w:rsidRPr="0043593E">
        <w:rPr>
          <w:rFonts w:ascii="Times New Roman" w:eastAsiaTheme="minorEastAsia" w:hAnsi="Times New Roman" w:cs="Times New Roman"/>
          <w:color w:val="auto"/>
          <w:sz w:val="24"/>
          <w:szCs w:val="24"/>
          <w:lang w:eastAsia="en-US"/>
        </w:rPr>
        <w:t xml:space="preserve"> Bölümü derslerinin mevcut AKTS yapılandırmasının, öğrencilerin gerçek öğrenme süreçlerini doğru yansıttığı ve bu yapının geçerliliğini koruduğu sonucuna varılmıştır. Sistemin başarısının sürdürülebilir kılınması adına, mevcut yapının korunması uygun görülmekle birlikte; iş yükü dengesindeki olası sapmaların anlık tespiti için bu tür değerlendirmelerin her yarıyıl periyodik olarak yinelenmesi ve veriye dayalı iyileştirme kültürünün devam ettirilmesi önerilmektedir.</w:t>
      </w:r>
    </w:p>
    <w:sectPr w:rsidR="00CA7303" w:rsidRPr="00196802" w:rsidSect="008E3595">
      <w:headerReference w:type="even" r:id="rId21"/>
      <w:headerReference w:type="default" r:id="rId22"/>
      <w:footerReference w:type="even" r:id="rId23"/>
      <w:pgSz w:w="11906" w:h="16838"/>
      <w:pgMar w:top="985" w:right="1416" w:bottom="1134" w:left="1419" w:header="708" w:footer="127"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6ACD9" w14:textId="77777777" w:rsidR="002B22A4" w:rsidRPr="00E43475" w:rsidRDefault="002B22A4">
      <w:pPr>
        <w:spacing w:after="0" w:line="240" w:lineRule="auto"/>
      </w:pPr>
      <w:r w:rsidRPr="00E43475">
        <w:separator/>
      </w:r>
    </w:p>
  </w:endnote>
  <w:endnote w:type="continuationSeparator" w:id="0">
    <w:p w14:paraId="29C2C825" w14:textId="77777777" w:rsidR="002B22A4" w:rsidRPr="00E43475" w:rsidRDefault="002B22A4">
      <w:pPr>
        <w:spacing w:after="0" w:line="240" w:lineRule="auto"/>
      </w:pPr>
      <w:r w:rsidRPr="00E43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Montserrat">
    <w:charset w:val="A2"/>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9536" w14:textId="77777777" w:rsidR="0066682C" w:rsidRPr="00E43475" w:rsidRDefault="0066682C">
    <w:pPr>
      <w:tabs>
        <w:tab w:val="center" w:pos="4991"/>
      </w:tabs>
      <w:spacing w:after="0"/>
      <w:ind w:left="-1419"/>
    </w:pPr>
    <w:r w:rsidRPr="00E43475">
      <w:rPr>
        <w:noProof/>
      </w:rPr>
      <mc:AlternateContent>
        <mc:Choice Requires="wpg">
          <w:drawing>
            <wp:anchor distT="0" distB="0" distL="114300" distR="114300" simplePos="0" relativeHeight="251662336" behindDoc="0" locked="0" layoutInCell="1" allowOverlap="1" wp14:anchorId="53693B1C" wp14:editId="070D7BD7">
              <wp:simplePos x="0" y="0"/>
              <wp:positionH relativeFrom="page">
                <wp:posOffset>6250305</wp:posOffset>
              </wp:positionH>
              <wp:positionV relativeFrom="page">
                <wp:posOffset>9540798</wp:posOffset>
              </wp:positionV>
              <wp:extent cx="776605" cy="776605"/>
              <wp:effectExtent l="0" t="0" r="0" b="0"/>
              <wp:wrapSquare wrapText="bothSides"/>
              <wp:docPr id="55805" name="Group 55805"/>
              <wp:cNvGraphicFramePr/>
              <a:graphic xmlns:a="http://schemas.openxmlformats.org/drawingml/2006/main">
                <a:graphicData uri="http://schemas.microsoft.com/office/word/2010/wordprocessingGroup">
                  <wpg:wgp>
                    <wpg:cNvGrpSpPr/>
                    <wpg:grpSpPr>
                      <a:xfrm>
                        <a:off x="0" y="0"/>
                        <a:ext cx="776605" cy="776605"/>
                        <a:chOff x="0" y="0"/>
                        <a:chExt cx="776605" cy="776605"/>
                      </a:xfrm>
                    </wpg:grpSpPr>
                    <wps:wsp>
                      <wps:cNvPr id="55806" name="Shape 55806"/>
                      <wps:cNvSpPr/>
                      <wps:spPr>
                        <a:xfrm>
                          <a:off x="0" y="0"/>
                          <a:ext cx="776605" cy="776605"/>
                        </a:xfrm>
                        <a:custGeom>
                          <a:avLst/>
                          <a:gdLst/>
                          <a:ahLst/>
                          <a:cxnLst/>
                          <a:rect l="0" t="0" r="0" b="0"/>
                          <a:pathLst>
                            <a:path w="776605" h="776605">
                              <a:moveTo>
                                <a:pt x="388366" y="0"/>
                              </a:moveTo>
                              <a:lnTo>
                                <a:pt x="776605" y="388303"/>
                              </a:lnTo>
                              <a:lnTo>
                                <a:pt x="388366" y="776605"/>
                              </a:lnTo>
                              <a:lnTo>
                                <a:pt x="0" y="388303"/>
                              </a:lnTo>
                              <a:lnTo>
                                <a:pt x="388366"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55807" name="Rectangle 55807"/>
                      <wps:cNvSpPr/>
                      <wps:spPr>
                        <a:xfrm>
                          <a:off x="336169" y="306703"/>
                          <a:ext cx="99579" cy="227633"/>
                        </a:xfrm>
                        <a:prstGeom prst="rect">
                          <a:avLst/>
                        </a:prstGeom>
                        <a:ln>
                          <a:noFill/>
                        </a:ln>
                      </wps:spPr>
                      <wps:txbx>
                        <w:txbxContent>
                          <w:p w14:paraId="2053C580" w14:textId="77777777" w:rsidR="0066682C" w:rsidRPr="00E43475" w:rsidRDefault="0066682C">
                            <w:r w:rsidRPr="00E43475">
                              <w:rPr>
                                <w:b/>
                              </w:rPr>
                              <w:fldChar w:fldCharType="begin"/>
                            </w:r>
                            <w:r w:rsidRPr="00E43475">
                              <w:rPr>
                                <w:b/>
                              </w:rPr>
                              <w:instrText xml:space="preserve"> PAGE   \* MERGEFORMAT </w:instrText>
                            </w:r>
                            <w:r w:rsidRPr="00E43475">
                              <w:rPr>
                                <w:b/>
                              </w:rPr>
                              <w:fldChar w:fldCharType="separate"/>
                            </w:r>
                            <w:r w:rsidRPr="00E43475">
                              <w:rPr>
                                <w:b/>
                              </w:rPr>
                              <w:t>2</w:t>
                            </w:r>
                            <w:r w:rsidRPr="00E43475">
                              <w:rPr>
                                <w:b/>
                              </w:rPr>
                              <w:fldChar w:fldCharType="end"/>
                            </w:r>
                          </w:p>
                        </w:txbxContent>
                      </wps:txbx>
                      <wps:bodyPr horzOverflow="overflow" vert="horz" lIns="0" tIns="0" rIns="0" bIns="0" rtlCol="0">
                        <a:noAutofit/>
                      </wps:bodyPr>
                    </wps:wsp>
                    <wps:wsp>
                      <wps:cNvPr id="55808" name="Rectangle 55808"/>
                      <wps:cNvSpPr/>
                      <wps:spPr>
                        <a:xfrm>
                          <a:off x="410845" y="306703"/>
                          <a:ext cx="37855" cy="227633"/>
                        </a:xfrm>
                        <a:prstGeom prst="rect">
                          <a:avLst/>
                        </a:prstGeom>
                        <a:ln>
                          <a:noFill/>
                        </a:ln>
                      </wps:spPr>
                      <wps:txbx>
                        <w:txbxContent>
                          <w:p w14:paraId="6888B9CA" w14:textId="77777777" w:rsidR="0066682C" w:rsidRPr="00E43475" w:rsidRDefault="0066682C">
                            <w:r w:rsidRPr="00E43475">
                              <w:rPr>
                                <w:b/>
                                <w:color w:val="FFFFFF"/>
                              </w:rPr>
                              <w:t xml:space="preserve"> </w:t>
                            </w:r>
                          </w:p>
                        </w:txbxContent>
                      </wps:txbx>
                      <wps:bodyPr horzOverflow="overflow" vert="horz" lIns="0" tIns="0" rIns="0" bIns="0" rtlCol="0">
                        <a:noAutofit/>
                      </wps:bodyPr>
                    </wps:wsp>
                  </wpg:wgp>
                </a:graphicData>
              </a:graphic>
            </wp:anchor>
          </w:drawing>
        </mc:Choice>
        <mc:Fallback>
          <w:pict>
            <v:group w14:anchorId="53693B1C" id="Group 55805" o:spid="_x0000_s1125" style="position:absolute;left:0;text-align:left;margin-left:492.15pt;margin-top:751.25pt;width:61.15pt;height:61.15pt;z-index:251662336;mso-position-horizontal-relative:page;mso-position-vertical-relative:page" coordsize="7766,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">
              <v:shape id="Shape 55806" o:spid="_x0000_s1126"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" path="m388366,l776605,388303,388366,776605,,388303,388366,xe" fillcolor="#22263e" stroked="f" strokeweight="0">
                <v:stroke miterlimit="83231f" joinstyle="miter"/>
                <v:path arrowok="t" textboxrect="0,0,776605,776605"/>
              </v:shape>
              <v:rect id="Rectangle 55807" o:spid="_x0000_s1127" style="position:absolute;left:3361;top:3067;width:996;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" filled="f" stroked="f">
                <v:textbox inset="0,0,0,0">
                  <w:txbxContent>
                    <w:p w14:paraId="2053C580" w14:textId="77777777" w:rsidR="0066682C" w:rsidRPr="00E43475" w:rsidRDefault="0066682C">
                      <w:r w:rsidRPr="00E43475">
                        <w:rPr>
                          <w:b/>
                        </w:rPr>
                        <w:fldChar w:fldCharType="begin"/>
                      </w:r>
                      <w:r w:rsidRPr="00E43475">
                        <w:rPr>
                          <w:b/>
                        </w:rPr>
                        <w:instrText xml:space="preserve"> PAGE   \* MERGEFORMAT </w:instrText>
                      </w:r>
                      <w:r w:rsidRPr="00E43475">
                        <w:rPr>
                          <w:b/>
                        </w:rPr>
                        <w:fldChar w:fldCharType="separate"/>
                      </w:r>
                      <w:r w:rsidRPr="00E43475">
                        <w:rPr>
                          <w:b/>
                        </w:rPr>
                        <w:t>2</w:t>
                      </w:r>
                      <w:r w:rsidRPr="00E43475">
                        <w:rPr>
                          <w:b/>
                        </w:rPr>
                        <w:fldChar w:fldCharType="end"/>
                      </w:r>
                    </w:p>
                  </w:txbxContent>
                </v:textbox>
              </v:rect>
              <v:rect id="Rectangle 55808" o:spid="_x0000_s1128" style="position:absolute;left:4108;top:3067;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" filled="f" stroked="f">
                <v:textbox inset="0,0,0,0">
                  <w:txbxContent>
                    <w:p w14:paraId="6888B9CA" w14:textId="77777777" w:rsidR="0066682C" w:rsidRPr="00E43475" w:rsidRDefault="0066682C">
                      <w:r w:rsidRPr="00E43475">
                        <w:rPr>
                          <w:b/>
                          <w:color w:val="FFFFFF"/>
                        </w:rPr>
                        <w:t xml:space="preserve"> </w:t>
                      </w:r>
                    </w:p>
                  </w:txbxContent>
                </v:textbox>
              </v:rect>
              <w10:wrap type="square" anchorx="page" anchory="page"/>
            </v:group>
          </w:pict>
        </mc:Fallback>
      </mc:AlternateContent>
    </w:r>
    <w:r w:rsidRPr="00E43475">
      <w:rPr>
        <w:noProof/>
      </w:rPr>
      <mc:AlternateContent>
        <mc:Choice Requires="wpg">
          <w:drawing>
            <wp:anchor distT="0" distB="0" distL="114300" distR="114300" simplePos="0" relativeHeight="251663360" behindDoc="0" locked="0" layoutInCell="1" allowOverlap="1" wp14:anchorId="2B549257" wp14:editId="667EE606">
              <wp:simplePos x="0" y="0"/>
              <wp:positionH relativeFrom="page">
                <wp:posOffset>0</wp:posOffset>
              </wp:positionH>
              <wp:positionV relativeFrom="page">
                <wp:posOffset>9883698</wp:posOffset>
              </wp:positionV>
              <wp:extent cx="1979930" cy="104775"/>
              <wp:effectExtent l="0" t="0" r="0" b="0"/>
              <wp:wrapSquare wrapText="bothSides"/>
              <wp:docPr id="55809" name="Group 55809"/>
              <wp:cNvGraphicFramePr/>
              <a:graphic xmlns:a="http://schemas.openxmlformats.org/drawingml/2006/main">
                <a:graphicData uri="http://schemas.microsoft.com/office/word/2010/wordprocessingGroup">
                  <wpg:wgp>
                    <wpg:cNvGrpSpPr/>
                    <wpg:grpSpPr>
                      <a:xfrm>
                        <a:off x="0" y="0"/>
                        <a:ext cx="1979930" cy="104775"/>
                        <a:chOff x="0" y="0"/>
                        <a:chExt cx="1979930" cy="104775"/>
                      </a:xfrm>
                    </wpg:grpSpPr>
                    <wps:wsp>
                      <wps:cNvPr id="59038" name="Shape 59038"/>
                      <wps:cNvSpPr/>
                      <wps:spPr>
                        <a:xfrm>
                          <a:off x="0" y="0"/>
                          <a:ext cx="1979930" cy="104775"/>
                        </a:xfrm>
                        <a:custGeom>
                          <a:avLst/>
                          <a:gdLst/>
                          <a:ahLst/>
                          <a:cxnLst/>
                          <a:rect l="0" t="0" r="0" b="0"/>
                          <a:pathLst>
                            <a:path w="1979930" h="104775">
                              <a:moveTo>
                                <a:pt x="0" y="0"/>
                              </a:moveTo>
                              <a:lnTo>
                                <a:pt x="1979930" y="0"/>
                              </a:lnTo>
                              <a:lnTo>
                                <a:pt x="1979930" y="104775"/>
                              </a:lnTo>
                              <a:lnTo>
                                <a:pt x="0" y="104775"/>
                              </a:lnTo>
                              <a:lnTo>
                                <a:pt x="0" y="0"/>
                              </a:lnTo>
                            </a:path>
                          </a:pathLst>
                        </a:custGeom>
                        <a:ln w="0" cap="flat">
                          <a:miter lim="127000"/>
                        </a:ln>
                      </wps:spPr>
                      <wps:style>
                        <a:lnRef idx="0">
                          <a:srgbClr val="000000">
                            <a:alpha val="0"/>
                          </a:srgbClr>
                        </a:lnRef>
                        <a:fillRef idx="1">
                          <a:srgbClr val="071420"/>
                        </a:fillRef>
                        <a:effectRef idx="0">
                          <a:scrgbClr r="0" g="0" b="0"/>
                        </a:effectRef>
                        <a:fontRef idx="none"/>
                      </wps:style>
                      <wps:bodyPr/>
                    </wps:wsp>
                  </wpg:wgp>
                </a:graphicData>
              </a:graphic>
            </wp:anchor>
          </w:drawing>
        </mc:Choice>
        <mc:Fallback>
          <w:pict>
            <v:group w14:anchorId="6E0FB3C2" id="Group 55809" o:spid="_x0000_s1026" style="position:absolute;margin-left:0;margin-top:778.25pt;width:155.9pt;height:8.25pt;z-index:251663360;mso-position-horizontal-relative:page;mso-position-vertical-relative:page" coordsize="19799,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">
              <v:shape id="Shape 59038" o:spid="_x0000_s1027" style="position:absolute;width:19799;height:1047;visibility:visible;mso-wrap-style:square;v-text-anchor:top" coordsize="1979930,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ql8IA&#10;AADeAAAADwAAAGRycy9kb3ducmV2LnhtbERPTWsCMRC9F/wPYQRvNWuloqtRRCiVeurqweOwGTeL&#10;yWRNUt321zeHQo+P973a9M6KO4XYelYwGRcgiGuvW24UnI5vz3MQMSFrtJ5JwTdF2KwHTysstX/w&#10;J92r1IgcwrFEBSalrpQy1oYcxrHviDN38cFhyjA0Ugd85HBn5UtRzKTDlnODwY52hupr9eUUHLa3&#10;6n1q6SMFPvwYOzs3FLxSo2G/XYJI1Kd/8Z97rxW8Lopp3pvv5Cs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WqXwgAAAN4AAAAPAAAAAAAAAAAAAAAAAJgCAABkcnMvZG93&#10;bnJldi54bWxQSwUGAAAAAAQABAD1AAAAhwMAAAAA&#10;" path="m,l1979930,r,104775l,104775,,e" fillcolor="#071420" stroked="f" strokeweight="0">
                <v:stroke miterlimit="83231f" joinstyle="miter"/>
                <v:path arrowok="t" textboxrect="0,0,1979930,104775"/>
              </v:shape>
              <w10:wrap type="square" anchorx="page" anchory="page"/>
            </v:group>
          </w:pict>
        </mc:Fallback>
      </mc:AlternateContent>
    </w:r>
    <w:r w:rsidRPr="00E43475">
      <w:rPr>
        <w:rFonts w:ascii="Montserrat" w:eastAsia="Montserrat" w:hAnsi="Montserrat" w:cs="Montserrat"/>
        <w:b/>
      </w:rPr>
      <w:tab/>
      <w:t>Ders Öğrenme Çıktıları Anketi Değerlendirme Raporu</w:t>
    </w:r>
    <w:r w:rsidRPr="00E43475">
      <w:rPr>
        <w:rFonts w:ascii="Montserrat" w:eastAsia="Montserrat" w:hAnsi="Montserrat" w:cs="Montserrat"/>
        <w:b/>
        <w:color w:val="112947"/>
      </w:rPr>
      <w:t xml:space="preserve"> </w:t>
    </w:r>
  </w:p>
  <w:p w14:paraId="1D93F084" w14:textId="77777777" w:rsidR="0066682C" w:rsidRPr="00E43475" w:rsidRDefault="0066682C">
    <w:pPr>
      <w:spacing w:after="0"/>
    </w:pPr>
    <w:r w:rsidRPr="00E4347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2F251" w14:textId="77777777" w:rsidR="002B22A4" w:rsidRPr="00E43475" w:rsidRDefault="002B22A4">
      <w:pPr>
        <w:spacing w:after="0" w:line="240" w:lineRule="auto"/>
      </w:pPr>
      <w:r w:rsidRPr="00E43475">
        <w:separator/>
      </w:r>
    </w:p>
  </w:footnote>
  <w:footnote w:type="continuationSeparator" w:id="0">
    <w:p w14:paraId="5201A3BF" w14:textId="77777777" w:rsidR="002B22A4" w:rsidRPr="00E43475" w:rsidRDefault="002B22A4">
      <w:pPr>
        <w:spacing w:after="0" w:line="240" w:lineRule="auto"/>
      </w:pPr>
      <w:r w:rsidRPr="00E43475">
        <w:continuationSeparator/>
      </w:r>
    </w:p>
  </w:footnote>
  <w:footnote w:id="1">
    <w:p w14:paraId="7E665BD3" w14:textId="77777777" w:rsidR="00561247" w:rsidRPr="00E43475" w:rsidRDefault="00561247" w:rsidP="00561247">
      <w:pPr>
        <w:pStyle w:val="NormalWeb"/>
        <w:jc w:val="both"/>
        <w:rPr>
          <w:i/>
          <w:sz w:val="20"/>
        </w:rPr>
      </w:pPr>
      <w:r w:rsidRPr="00E43475">
        <w:rPr>
          <w:rStyle w:val="DipnotBavurusu"/>
        </w:rPr>
        <w:footnoteRef/>
      </w:r>
      <w:r w:rsidRPr="00E43475">
        <w:t xml:space="preserve"> </w:t>
      </w:r>
      <w:r w:rsidRPr="00E43475">
        <w:rPr>
          <w:i/>
          <w:sz w:val="22"/>
        </w:rPr>
        <w:t xml:space="preserve">Her bir ders için öğrencilerin anket yanıtlarında bildirdiği ödev, proje, uygulama, sınav hazırlığı ve haftalık bireysel çalışma süreleri saat cinsinden toplanmış; dönemlik toplam iş yükü 14 haftaya bölünerek haftalık iş yükü hesaplanmış ve elde edilen toplam saat değeri 30’a bölünerek </w:t>
      </w:r>
      <w:r w:rsidRPr="00E43475">
        <w:rPr>
          <w:i/>
          <w:sz w:val="20"/>
        </w:rPr>
        <w:t>dersin AKTS karşılığı belirlenmiştir.</w:t>
      </w:r>
    </w:p>
    <w:p w14:paraId="37DDA038" w14:textId="77777777" w:rsidR="00561247" w:rsidRPr="00E43475" w:rsidRDefault="00561247" w:rsidP="00561247">
      <w:pPr>
        <w:pStyle w:val="NormalWeb"/>
        <w:jc w:val="both"/>
        <w:rPr>
          <w:i/>
          <w:sz w:val="20"/>
        </w:rPr>
      </w:pPr>
      <w:r w:rsidRPr="00E43475">
        <w:rPr>
          <w:i/>
          <w:sz w:val="20"/>
        </w:rPr>
        <w:t>Formülde geçen kısaltmaların açıklamaları ve ilgili formüller;</w:t>
      </w:r>
    </w:p>
    <w:p w14:paraId="4B19B5B3" w14:textId="3D66FF64" w:rsidR="00561247" w:rsidRDefault="00561247">
      <w:pPr>
        <w:pStyle w:val="DipnotMetni"/>
      </w:pPr>
      <w:r w:rsidRPr="00E43475">
        <w:rPr>
          <w:noProof/>
        </w:rPr>
        <w:drawing>
          <wp:inline distT="0" distB="0" distL="0" distR="0" wp14:anchorId="6A68E4A0" wp14:editId="5517D06D">
            <wp:extent cx="2345274" cy="2186354"/>
            <wp:effectExtent l="0" t="0" r="0" b="4445"/>
            <wp:docPr id="903454541" name="Resim 903454541" descr="C:\Users\aldog\Downloads\Screenshot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dog\Downloads\Screenshot_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0282" cy="2200345"/>
                    </a:xfrm>
                    <a:prstGeom prst="rect">
                      <a:avLst/>
                    </a:prstGeom>
                    <a:noFill/>
                    <a:ln>
                      <a:noFill/>
                    </a:ln>
                  </pic:spPr>
                </pic:pic>
              </a:graphicData>
            </a:graphic>
          </wp:inline>
        </w:drawing>
      </w:r>
      <w:r w:rsidRPr="00E43475">
        <w:rPr>
          <w:noProof/>
        </w:rPr>
        <w:drawing>
          <wp:inline distT="0" distB="0" distL="0" distR="0" wp14:anchorId="33607F16" wp14:editId="17F84E14">
            <wp:extent cx="2950820" cy="1930204"/>
            <wp:effectExtent l="0" t="0" r="2540" b="0"/>
            <wp:docPr id="934113492" name="Resim 934113492" descr="C:\Users\aldog\Downloads\Screenshot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dog\Downloads\Screenshot_5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5649" cy="1939904"/>
                    </a:xfrm>
                    <a:prstGeom prst="rect">
                      <a:avLst/>
                    </a:prstGeom>
                    <a:noFill/>
                    <a:ln>
                      <a:noFill/>
                    </a:ln>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3593" w14:textId="77777777" w:rsidR="0066682C" w:rsidRPr="00E43475" w:rsidRDefault="0066682C">
    <w:pPr>
      <w:spacing w:after="0"/>
      <w:ind w:left="-1419" w:right="8082"/>
    </w:pPr>
    <w:r w:rsidRPr="00E43475">
      <w:rPr>
        <w:noProof/>
      </w:rPr>
      <mc:AlternateContent>
        <mc:Choice Requires="wpg">
          <w:drawing>
            <wp:anchor distT="0" distB="0" distL="114300" distR="114300" simplePos="0" relativeHeight="251658240" behindDoc="0" locked="0" layoutInCell="1" allowOverlap="1" wp14:anchorId="574BF1EE" wp14:editId="178D18B8">
              <wp:simplePos x="0" y="0"/>
              <wp:positionH relativeFrom="page">
                <wp:posOffset>752475</wp:posOffset>
              </wp:positionH>
              <wp:positionV relativeFrom="page">
                <wp:posOffset>208915</wp:posOffset>
              </wp:positionV>
              <wp:extent cx="776605" cy="836427"/>
              <wp:effectExtent l="0" t="0" r="0" b="0"/>
              <wp:wrapSquare wrapText="bothSides"/>
              <wp:docPr id="55790" name="Group 55790"/>
              <wp:cNvGraphicFramePr/>
              <a:graphic xmlns:a="http://schemas.openxmlformats.org/drawingml/2006/main">
                <a:graphicData uri="http://schemas.microsoft.com/office/word/2010/wordprocessingGroup">
                  <wpg:wgp>
                    <wpg:cNvGrpSpPr/>
                    <wpg:grpSpPr>
                      <a:xfrm>
                        <a:off x="0" y="0"/>
                        <a:ext cx="776605" cy="836427"/>
                        <a:chOff x="0" y="0"/>
                        <a:chExt cx="776605" cy="836427"/>
                      </a:xfrm>
                    </wpg:grpSpPr>
                    <wps:wsp>
                      <wps:cNvPr id="55793" name="Rectangle 55793"/>
                      <wps:cNvSpPr/>
                      <wps:spPr>
                        <a:xfrm>
                          <a:off x="662051" y="534211"/>
                          <a:ext cx="37855" cy="227633"/>
                        </a:xfrm>
                        <a:prstGeom prst="rect">
                          <a:avLst/>
                        </a:prstGeom>
                        <a:ln>
                          <a:noFill/>
                        </a:ln>
                      </wps:spPr>
                      <wps:txbx>
                        <w:txbxContent>
                          <w:p w14:paraId="70A99182" w14:textId="77777777" w:rsidR="0066682C" w:rsidRPr="00E43475" w:rsidRDefault="0066682C">
                            <w:r w:rsidRPr="00E43475">
                              <w:t xml:space="preserve"> </w:t>
                            </w:r>
                          </w:p>
                        </w:txbxContent>
                      </wps:txbx>
                      <wps:bodyPr horzOverflow="overflow" vert="horz" lIns="0" tIns="0" rIns="0" bIns="0" rtlCol="0">
                        <a:noAutofit/>
                      </wps:bodyPr>
                    </wps:wsp>
                    <wps:wsp>
                      <wps:cNvPr id="55794" name="Rectangle 55794"/>
                      <wps:cNvSpPr/>
                      <wps:spPr>
                        <a:xfrm>
                          <a:off x="148514" y="665275"/>
                          <a:ext cx="37855" cy="227633"/>
                        </a:xfrm>
                        <a:prstGeom prst="rect">
                          <a:avLst/>
                        </a:prstGeom>
                        <a:ln>
                          <a:noFill/>
                        </a:ln>
                      </wps:spPr>
                      <wps:txbx>
                        <w:txbxContent>
                          <w:p w14:paraId="186DC2F9" w14:textId="77777777" w:rsidR="0066682C" w:rsidRPr="00E43475" w:rsidRDefault="0066682C">
                            <w:r w:rsidRPr="00E43475">
                              <w:t xml:space="preserve"> </w:t>
                            </w:r>
                          </w:p>
                        </w:txbxContent>
                      </wps:txbx>
                      <wps:bodyPr horzOverflow="overflow" vert="horz" lIns="0" tIns="0" rIns="0" bIns="0" rtlCol="0">
                        <a:noAutofit/>
                      </wps:bodyPr>
                    </wps:wsp>
                    <pic:pic xmlns:pic="http://schemas.openxmlformats.org/drawingml/2006/picture">
                      <pic:nvPicPr>
                        <pic:cNvPr id="55791" name="Picture 55791"/>
                        <pic:cNvPicPr/>
                      </pic:nvPicPr>
                      <pic:blipFill>
                        <a:blip r:embed="rId1"/>
                        <a:stretch>
                          <a:fillRect/>
                        </a:stretch>
                      </pic:blipFill>
                      <pic:spPr>
                        <a:xfrm>
                          <a:off x="147955" y="151130"/>
                          <a:ext cx="506095" cy="506095"/>
                        </a:xfrm>
                        <a:prstGeom prst="rect">
                          <a:avLst/>
                        </a:prstGeom>
                      </pic:spPr>
                    </pic:pic>
                    <wps:wsp>
                      <wps:cNvPr id="55792" name="Shape 55792"/>
                      <wps:cNvSpPr/>
                      <wps:spPr>
                        <a:xfrm>
                          <a:off x="0" y="0"/>
                          <a:ext cx="776605" cy="776605"/>
                        </a:xfrm>
                        <a:custGeom>
                          <a:avLst/>
                          <a:gdLst/>
                          <a:ahLst/>
                          <a:cxnLst/>
                          <a:rect l="0" t="0" r="0" b="0"/>
                          <a:pathLst>
                            <a:path w="776605" h="776605">
                              <a:moveTo>
                                <a:pt x="388328" y="0"/>
                              </a:moveTo>
                              <a:lnTo>
                                <a:pt x="776605" y="388365"/>
                              </a:lnTo>
                              <a:lnTo>
                                <a:pt x="388328" y="776605"/>
                              </a:lnTo>
                              <a:lnTo>
                                <a:pt x="0" y="388365"/>
                              </a:lnTo>
                              <a:lnTo>
                                <a:pt x="388328"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g:wgp>
                </a:graphicData>
              </a:graphic>
            </wp:anchor>
          </w:drawing>
        </mc:Choice>
        <mc:Fallback>
          <w:pict>
            <v:group w14:anchorId="574BF1EE" id="Group 55790" o:spid="_x0000_s1120" style="position:absolute;left:0;text-align:left;margin-left:59.25pt;margin-top:16.45pt;width:61.15pt;height:65.85pt;z-index:251658240;mso-position-horizontal-relative:page;mso-position-vertical-relative:page" coordsize="7766,8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">
              <v:rect id="Rectangle 55793" o:spid="_x0000_s1121" style="position:absolute;left:6620;top:5342;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" filled="f" stroked="f">
                <v:textbox inset="0,0,0,0">
                  <w:txbxContent>
                    <w:p w14:paraId="70A99182" w14:textId="77777777" w:rsidR="0066682C" w:rsidRPr="00E43475" w:rsidRDefault="0066682C">
                      <w:r w:rsidRPr="00E43475">
                        <w:t xml:space="preserve"> </w:t>
                      </w:r>
                    </w:p>
                  </w:txbxContent>
                </v:textbox>
              </v:rect>
              <v:rect id="Rectangle 55794" o:spid="_x0000_s1122" style="position:absolute;left:1485;top:6652;width:378;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" filled="f" stroked="f">
                <v:textbox inset="0,0,0,0">
                  <w:txbxContent>
                    <w:p w14:paraId="186DC2F9" w14:textId="77777777" w:rsidR="0066682C" w:rsidRPr="00E43475" w:rsidRDefault="0066682C">
                      <w:r w:rsidRPr="00E43475">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791" o:spid="_x0000_s1123" type="#_x0000_t75" style="position:absolute;left:1479;top:1511;width:5061;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">
                <v:imagedata r:id="rId2" o:title=""/>
              </v:shape>
              <v:shape id="Shape 55792" o:spid="_x0000_s1124"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" path="m388328,l776605,388365,388328,776605,,388365,388328,xe" fillcolor="#22263e" stroked="f" strokeweight="0">
                <v:stroke miterlimit="83231f" joinstyle="miter"/>
                <v:path arrowok="t" textboxrect="0,0,776605,776605"/>
              </v:shape>
              <w10:wrap type="square" anchorx="page" anchory="page"/>
            </v:group>
          </w:pict>
        </mc:Fallback>
      </mc:AlternateContent>
    </w:r>
    <w:r w:rsidRPr="00E43475">
      <w:rPr>
        <w:noProof/>
      </w:rPr>
      <mc:AlternateContent>
        <mc:Choice Requires="wpg">
          <w:drawing>
            <wp:anchor distT="0" distB="0" distL="114300" distR="114300" simplePos="0" relativeHeight="251659264" behindDoc="0" locked="0" layoutInCell="1" allowOverlap="1" wp14:anchorId="1AFA1BD8" wp14:editId="080AEE83">
              <wp:simplePos x="0" y="0"/>
              <wp:positionH relativeFrom="page">
                <wp:posOffset>2838450</wp:posOffset>
              </wp:positionH>
              <wp:positionV relativeFrom="page">
                <wp:posOffset>552450</wp:posOffset>
              </wp:positionV>
              <wp:extent cx="4722114" cy="104775"/>
              <wp:effectExtent l="0" t="0" r="0" b="0"/>
              <wp:wrapSquare wrapText="bothSides"/>
              <wp:docPr id="55795" name="Group 55795"/>
              <wp:cNvGraphicFramePr/>
              <a:graphic xmlns:a="http://schemas.openxmlformats.org/drawingml/2006/main">
                <a:graphicData uri="http://schemas.microsoft.com/office/word/2010/wordprocessingGroup">
                  <wpg:wgp>
                    <wpg:cNvGrpSpPr/>
                    <wpg:grpSpPr>
                      <a:xfrm>
                        <a:off x="0" y="0"/>
                        <a:ext cx="4722114" cy="104775"/>
                        <a:chOff x="0" y="0"/>
                        <a:chExt cx="4722114" cy="104775"/>
                      </a:xfrm>
                    </wpg:grpSpPr>
                    <wps:wsp>
                      <wps:cNvPr id="59036" name="Shape 59036"/>
                      <wps:cNvSpPr/>
                      <wps:spPr>
                        <a:xfrm>
                          <a:off x="0" y="0"/>
                          <a:ext cx="4722114" cy="104775"/>
                        </a:xfrm>
                        <a:custGeom>
                          <a:avLst/>
                          <a:gdLst/>
                          <a:ahLst/>
                          <a:cxnLst/>
                          <a:rect l="0" t="0" r="0" b="0"/>
                          <a:pathLst>
                            <a:path w="4722114" h="104775">
                              <a:moveTo>
                                <a:pt x="0" y="0"/>
                              </a:moveTo>
                              <a:lnTo>
                                <a:pt x="4722114" y="0"/>
                              </a:lnTo>
                              <a:lnTo>
                                <a:pt x="4722114" y="104775"/>
                              </a:lnTo>
                              <a:lnTo>
                                <a:pt x="0" y="104775"/>
                              </a:lnTo>
                              <a:lnTo>
                                <a:pt x="0" y="0"/>
                              </a:lnTo>
                            </a:path>
                          </a:pathLst>
                        </a:custGeom>
                        <a:ln w="0" cap="flat">
                          <a:miter lim="127000"/>
                        </a:ln>
                      </wps:spPr>
                      <wps:style>
                        <a:lnRef idx="0">
                          <a:srgbClr val="000000">
                            <a:alpha val="0"/>
                          </a:srgbClr>
                        </a:lnRef>
                        <a:fillRef idx="1">
                          <a:srgbClr val="071420"/>
                        </a:fillRef>
                        <a:effectRef idx="0">
                          <a:scrgbClr r="0" g="0" b="0"/>
                        </a:effectRef>
                        <a:fontRef idx="none"/>
                      </wps:style>
                      <wps:bodyPr/>
                    </wps:wsp>
                  </wpg:wgp>
                </a:graphicData>
              </a:graphic>
            </wp:anchor>
          </w:drawing>
        </mc:Choice>
        <mc:Fallback>
          <w:pict>
            <v:group w14:anchorId="3008D27E" id="Group 55795" o:spid="_x0000_s1026" style="position:absolute;margin-left:223.5pt;margin-top:43.5pt;width:371.8pt;height:8.25pt;z-index:251659264;mso-position-horizontal-relative:page;mso-position-vertical-relative:page" coordsize="47221,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">
              <v:shape id="Shape 59036" o:spid="_x0000_s1027" style="position:absolute;width:47221;height:1047;visibility:visible;mso-wrap-style:square;v-text-anchor:top" coordsize="4722114,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N9McA&#10;AADeAAAADwAAAGRycy9kb3ducmV2LnhtbESPQWvCQBSE74L/YXkFL6K7USpt6ioiSkppKVWh10f2&#10;mQSzb0N2jfHfdwuFHoeZ+YZZrntbi45aXznWkEwVCOLcmYoLDafjfvIEwgdkg7Vj0nAnD+vVcLDE&#10;1Lgbf1F3CIWIEPYpaihDaFIpfV6SRT91DXH0zq61GKJsC2lavEW4reVMqYW0WHFcKLGhbUn55XC1&#10;GrL3cO7HJqu/P6jbv30mp0wlO61HD/3mBUSgPvyH/9qvRsPjs5ov4P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IDfTHAAAA3gAAAA8AAAAAAAAAAAAAAAAAmAIAAGRy&#10;cy9kb3ducmV2LnhtbFBLBQYAAAAABAAEAPUAAACMAwAAAAA=&#10;" path="m,l4722114,r,104775l,104775,,e" fillcolor="#071420" stroked="f" strokeweight="0">
                <v:stroke miterlimit="83231f" joinstyle="miter"/>
                <v:path arrowok="t" textboxrect="0,0,4722114,104775"/>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8D03" w14:textId="3AA3B79B" w:rsidR="0066682C" w:rsidRPr="00E43475" w:rsidRDefault="0066682C">
    <w:pPr>
      <w:spacing w:after="0"/>
      <w:ind w:left="-1419" w:right="808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13B3FFD"/>
    <w:multiLevelType w:val="hybridMultilevel"/>
    <w:tmpl w:val="F89C0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B32F75"/>
    <w:multiLevelType w:val="hybridMultilevel"/>
    <w:tmpl w:val="B9E40D1E"/>
    <w:lvl w:ilvl="0" w:tplc="7F3C9F0C">
      <w:start w:val="3"/>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DD69DF6">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A811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AEC41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A42A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5C7C4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0E9E9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2410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05F8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AA0E89"/>
    <w:multiLevelType w:val="hybridMultilevel"/>
    <w:tmpl w:val="EEE8B9AC"/>
    <w:lvl w:ilvl="0" w:tplc="16C03ED6">
      <w:start w:val="6"/>
      <w:numFmt w:val="decimal"/>
      <w:lvlText w:val="%1-"/>
      <w:lvlJc w:val="left"/>
      <w:pPr>
        <w:ind w:left="720" w:hanging="360"/>
      </w:pPr>
      <w:rPr>
        <w:rFonts w:ascii="Times New Roman" w:eastAsia="Times New Roman" w:hAnsi="Times New Roman" w:cs="Times New Roman"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AEC4D24"/>
    <w:multiLevelType w:val="hybridMultilevel"/>
    <w:tmpl w:val="2FA4148A"/>
    <w:lvl w:ilvl="0" w:tplc="04090001">
      <w:start w:val="1"/>
      <w:numFmt w:val="bullet"/>
      <w:lvlText w:val=""/>
      <w:lvlJc w:val="left"/>
      <w:pPr>
        <w:ind w:left="1183" w:hanging="360"/>
      </w:pPr>
      <w:rPr>
        <w:rFonts w:ascii="Symbol" w:hAnsi="Symbol" w:hint="default"/>
      </w:rPr>
    </w:lvl>
    <w:lvl w:ilvl="1" w:tplc="04090003" w:tentative="1">
      <w:start w:val="1"/>
      <w:numFmt w:val="bullet"/>
      <w:lvlText w:val="o"/>
      <w:lvlJc w:val="left"/>
      <w:pPr>
        <w:ind w:left="1903" w:hanging="360"/>
      </w:pPr>
      <w:rPr>
        <w:rFonts w:ascii="Courier New" w:hAnsi="Courier New" w:cs="Courier New" w:hint="default"/>
      </w:rPr>
    </w:lvl>
    <w:lvl w:ilvl="2" w:tplc="04090005" w:tentative="1">
      <w:start w:val="1"/>
      <w:numFmt w:val="bullet"/>
      <w:lvlText w:val=""/>
      <w:lvlJc w:val="left"/>
      <w:pPr>
        <w:ind w:left="2623" w:hanging="360"/>
      </w:pPr>
      <w:rPr>
        <w:rFonts w:ascii="Wingdings" w:hAnsi="Wingdings" w:hint="default"/>
      </w:rPr>
    </w:lvl>
    <w:lvl w:ilvl="3" w:tplc="04090001" w:tentative="1">
      <w:start w:val="1"/>
      <w:numFmt w:val="bullet"/>
      <w:lvlText w:val=""/>
      <w:lvlJc w:val="left"/>
      <w:pPr>
        <w:ind w:left="3343" w:hanging="360"/>
      </w:pPr>
      <w:rPr>
        <w:rFonts w:ascii="Symbol" w:hAnsi="Symbol" w:hint="default"/>
      </w:rPr>
    </w:lvl>
    <w:lvl w:ilvl="4" w:tplc="04090003" w:tentative="1">
      <w:start w:val="1"/>
      <w:numFmt w:val="bullet"/>
      <w:lvlText w:val="o"/>
      <w:lvlJc w:val="left"/>
      <w:pPr>
        <w:ind w:left="4063" w:hanging="360"/>
      </w:pPr>
      <w:rPr>
        <w:rFonts w:ascii="Courier New" w:hAnsi="Courier New" w:cs="Courier New" w:hint="default"/>
      </w:rPr>
    </w:lvl>
    <w:lvl w:ilvl="5" w:tplc="04090005" w:tentative="1">
      <w:start w:val="1"/>
      <w:numFmt w:val="bullet"/>
      <w:lvlText w:val=""/>
      <w:lvlJc w:val="left"/>
      <w:pPr>
        <w:ind w:left="4783" w:hanging="360"/>
      </w:pPr>
      <w:rPr>
        <w:rFonts w:ascii="Wingdings" w:hAnsi="Wingdings" w:hint="default"/>
      </w:rPr>
    </w:lvl>
    <w:lvl w:ilvl="6" w:tplc="04090001" w:tentative="1">
      <w:start w:val="1"/>
      <w:numFmt w:val="bullet"/>
      <w:lvlText w:val=""/>
      <w:lvlJc w:val="left"/>
      <w:pPr>
        <w:ind w:left="5503" w:hanging="360"/>
      </w:pPr>
      <w:rPr>
        <w:rFonts w:ascii="Symbol" w:hAnsi="Symbol" w:hint="default"/>
      </w:rPr>
    </w:lvl>
    <w:lvl w:ilvl="7" w:tplc="04090003" w:tentative="1">
      <w:start w:val="1"/>
      <w:numFmt w:val="bullet"/>
      <w:lvlText w:val="o"/>
      <w:lvlJc w:val="left"/>
      <w:pPr>
        <w:ind w:left="6223" w:hanging="360"/>
      </w:pPr>
      <w:rPr>
        <w:rFonts w:ascii="Courier New" w:hAnsi="Courier New" w:cs="Courier New" w:hint="default"/>
      </w:rPr>
    </w:lvl>
    <w:lvl w:ilvl="8" w:tplc="04090005" w:tentative="1">
      <w:start w:val="1"/>
      <w:numFmt w:val="bullet"/>
      <w:lvlText w:val=""/>
      <w:lvlJc w:val="left"/>
      <w:pPr>
        <w:ind w:left="6943" w:hanging="360"/>
      </w:pPr>
      <w:rPr>
        <w:rFonts w:ascii="Wingdings" w:hAnsi="Wingdings" w:hint="default"/>
      </w:rPr>
    </w:lvl>
  </w:abstractNum>
  <w:abstractNum w:abstractNumId="13" w15:restartNumberingAfterBreak="0">
    <w:nsid w:val="6F0F55D0"/>
    <w:multiLevelType w:val="hybridMultilevel"/>
    <w:tmpl w:val="A8AA1DDA"/>
    <w:lvl w:ilvl="0" w:tplc="041F0001">
      <w:start w:val="1"/>
      <w:numFmt w:val="bullet"/>
      <w:lvlText w:val=""/>
      <w:lvlJc w:val="left"/>
      <w:pPr>
        <w:ind w:left="823" w:hanging="360"/>
      </w:pPr>
      <w:rPr>
        <w:rFonts w:ascii="Symbol" w:hAnsi="Symbol" w:hint="default"/>
      </w:rPr>
    </w:lvl>
    <w:lvl w:ilvl="1" w:tplc="041F0003" w:tentative="1">
      <w:start w:val="1"/>
      <w:numFmt w:val="bullet"/>
      <w:lvlText w:val="o"/>
      <w:lvlJc w:val="left"/>
      <w:pPr>
        <w:ind w:left="1543" w:hanging="360"/>
      </w:pPr>
      <w:rPr>
        <w:rFonts w:ascii="Courier New" w:hAnsi="Courier New" w:cs="Courier New" w:hint="default"/>
      </w:rPr>
    </w:lvl>
    <w:lvl w:ilvl="2" w:tplc="041F0005" w:tentative="1">
      <w:start w:val="1"/>
      <w:numFmt w:val="bullet"/>
      <w:lvlText w:val=""/>
      <w:lvlJc w:val="left"/>
      <w:pPr>
        <w:ind w:left="2263" w:hanging="360"/>
      </w:pPr>
      <w:rPr>
        <w:rFonts w:ascii="Wingdings" w:hAnsi="Wingdings" w:hint="default"/>
      </w:rPr>
    </w:lvl>
    <w:lvl w:ilvl="3" w:tplc="041F0001" w:tentative="1">
      <w:start w:val="1"/>
      <w:numFmt w:val="bullet"/>
      <w:lvlText w:val=""/>
      <w:lvlJc w:val="left"/>
      <w:pPr>
        <w:ind w:left="2983" w:hanging="360"/>
      </w:pPr>
      <w:rPr>
        <w:rFonts w:ascii="Symbol" w:hAnsi="Symbol" w:hint="default"/>
      </w:rPr>
    </w:lvl>
    <w:lvl w:ilvl="4" w:tplc="041F0003" w:tentative="1">
      <w:start w:val="1"/>
      <w:numFmt w:val="bullet"/>
      <w:lvlText w:val="o"/>
      <w:lvlJc w:val="left"/>
      <w:pPr>
        <w:ind w:left="3703" w:hanging="360"/>
      </w:pPr>
      <w:rPr>
        <w:rFonts w:ascii="Courier New" w:hAnsi="Courier New" w:cs="Courier New" w:hint="default"/>
      </w:rPr>
    </w:lvl>
    <w:lvl w:ilvl="5" w:tplc="041F0005" w:tentative="1">
      <w:start w:val="1"/>
      <w:numFmt w:val="bullet"/>
      <w:lvlText w:val=""/>
      <w:lvlJc w:val="left"/>
      <w:pPr>
        <w:ind w:left="4423" w:hanging="360"/>
      </w:pPr>
      <w:rPr>
        <w:rFonts w:ascii="Wingdings" w:hAnsi="Wingdings" w:hint="default"/>
      </w:rPr>
    </w:lvl>
    <w:lvl w:ilvl="6" w:tplc="041F0001" w:tentative="1">
      <w:start w:val="1"/>
      <w:numFmt w:val="bullet"/>
      <w:lvlText w:val=""/>
      <w:lvlJc w:val="left"/>
      <w:pPr>
        <w:ind w:left="5143" w:hanging="360"/>
      </w:pPr>
      <w:rPr>
        <w:rFonts w:ascii="Symbol" w:hAnsi="Symbol" w:hint="default"/>
      </w:rPr>
    </w:lvl>
    <w:lvl w:ilvl="7" w:tplc="041F0003" w:tentative="1">
      <w:start w:val="1"/>
      <w:numFmt w:val="bullet"/>
      <w:lvlText w:val="o"/>
      <w:lvlJc w:val="left"/>
      <w:pPr>
        <w:ind w:left="5863" w:hanging="360"/>
      </w:pPr>
      <w:rPr>
        <w:rFonts w:ascii="Courier New" w:hAnsi="Courier New" w:cs="Courier New" w:hint="default"/>
      </w:rPr>
    </w:lvl>
    <w:lvl w:ilvl="8" w:tplc="041F0005" w:tentative="1">
      <w:start w:val="1"/>
      <w:numFmt w:val="bullet"/>
      <w:lvlText w:val=""/>
      <w:lvlJc w:val="left"/>
      <w:pPr>
        <w:ind w:left="6583" w:hanging="360"/>
      </w:pPr>
      <w:rPr>
        <w:rFonts w:ascii="Wingdings" w:hAnsi="Wingdings" w:hint="default"/>
      </w:rPr>
    </w:lvl>
  </w:abstractNum>
  <w:num w:numId="1" w16cid:durableId="62073989">
    <w:abstractNumId w:val="10"/>
  </w:num>
  <w:num w:numId="2" w16cid:durableId="843128926">
    <w:abstractNumId w:val="13"/>
  </w:num>
  <w:num w:numId="3" w16cid:durableId="504175488">
    <w:abstractNumId w:val="8"/>
  </w:num>
  <w:num w:numId="4" w16cid:durableId="1612126892">
    <w:abstractNumId w:val="6"/>
  </w:num>
  <w:num w:numId="5" w16cid:durableId="562911714">
    <w:abstractNumId w:val="5"/>
  </w:num>
  <w:num w:numId="6" w16cid:durableId="1991249137">
    <w:abstractNumId w:val="4"/>
  </w:num>
  <w:num w:numId="7" w16cid:durableId="1640652650">
    <w:abstractNumId w:val="7"/>
  </w:num>
  <w:num w:numId="8" w16cid:durableId="563181472">
    <w:abstractNumId w:val="3"/>
  </w:num>
  <w:num w:numId="9" w16cid:durableId="498885583">
    <w:abstractNumId w:val="2"/>
  </w:num>
  <w:num w:numId="10" w16cid:durableId="372580052">
    <w:abstractNumId w:val="1"/>
  </w:num>
  <w:num w:numId="11" w16cid:durableId="714041564">
    <w:abstractNumId w:val="0"/>
  </w:num>
  <w:num w:numId="12" w16cid:durableId="2115242060">
    <w:abstractNumId w:val="11"/>
  </w:num>
  <w:num w:numId="13" w16cid:durableId="242498716">
    <w:abstractNumId w:val="12"/>
  </w:num>
  <w:num w:numId="14" w16cid:durableId="895434782">
    <w:abstractNumId w:val="8"/>
  </w:num>
  <w:num w:numId="15" w16cid:durableId="530722629">
    <w:abstractNumId w:val="7"/>
    <w:lvlOverride w:ilvl="0">
      <w:startOverride w:val="1"/>
    </w:lvlOverride>
  </w:num>
  <w:num w:numId="16" w16cid:durableId="500705349">
    <w:abstractNumId w:val="6"/>
  </w:num>
  <w:num w:numId="17" w16cid:durableId="318387289">
    <w:abstractNumId w:val="5"/>
  </w:num>
  <w:num w:numId="18" w16cid:durableId="533151151">
    <w:abstractNumId w:val="3"/>
    <w:lvlOverride w:ilvl="0">
      <w:startOverride w:val="1"/>
    </w:lvlOverride>
  </w:num>
  <w:num w:numId="19" w16cid:durableId="832338264">
    <w:abstractNumId w:val="2"/>
    <w:lvlOverride w:ilvl="0">
      <w:startOverride w:val="1"/>
    </w:lvlOverride>
  </w:num>
  <w:num w:numId="20" w16cid:durableId="1498292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303"/>
    <w:rsid w:val="000812B6"/>
    <w:rsid w:val="00090A6C"/>
    <w:rsid w:val="000A0C1B"/>
    <w:rsid w:val="000B3132"/>
    <w:rsid w:val="000E53EE"/>
    <w:rsid w:val="000F759F"/>
    <w:rsid w:val="00135FC2"/>
    <w:rsid w:val="00137E0C"/>
    <w:rsid w:val="001646CF"/>
    <w:rsid w:val="001730FA"/>
    <w:rsid w:val="00191B9A"/>
    <w:rsid w:val="00196802"/>
    <w:rsid w:val="001A1A80"/>
    <w:rsid w:val="001D16AD"/>
    <w:rsid w:val="001D6989"/>
    <w:rsid w:val="001F6061"/>
    <w:rsid w:val="002004C5"/>
    <w:rsid w:val="00205EF5"/>
    <w:rsid w:val="00212E47"/>
    <w:rsid w:val="0021308F"/>
    <w:rsid w:val="0021677C"/>
    <w:rsid w:val="002533EE"/>
    <w:rsid w:val="002659D4"/>
    <w:rsid w:val="002859C1"/>
    <w:rsid w:val="002A0263"/>
    <w:rsid w:val="002B22A4"/>
    <w:rsid w:val="002D2E89"/>
    <w:rsid w:val="00351698"/>
    <w:rsid w:val="00366522"/>
    <w:rsid w:val="003F59D5"/>
    <w:rsid w:val="004145DC"/>
    <w:rsid w:val="00426C13"/>
    <w:rsid w:val="0043593E"/>
    <w:rsid w:val="00490311"/>
    <w:rsid w:val="004C56FA"/>
    <w:rsid w:val="004E3714"/>
    <w:rsid w:val="004F3825"/>
    <w:rsid w:val="00521935"/>
    <w:rsid w:val="00541E57"/>
    <w:rsid w:val="00561247"/>
    <w:rsid w:val="005973A1"/>
    <w:rsid w:val="005B2374"/>
    <w:rsid w:val="005C4611"/>
    <w:rsid w:val="005F1064"/>
    <w:rsid w:val="00617898"/>
    <w:rsid w:val="00644A85"/>
    <w:rsid w:val="0066600A"/>
    <w:rsid w:val="0066682C"/>
    <w:rsid w:val="006706D2"/>
    <w:rsid w:val="00670CE6"/>
    <w:rsid w:val="0067530C"/>
    <w:rsid w:val="00697203"/>
    <w:rsid w:val="006D5152"/>
    <w:rsid w:val="006D6B37"/>
    <w:rsid w:val="00752C2D"/>
    <w:rsid w:val="00757F66"/>
    <w:rsid w:val="00767C0C"/>
    <w:rsid w:val="007726A8"/>
    <w:rsid w:val="00792865"/>
    <w:rsid w:val="007D20D0"/>
    <w:rsid w:val="00804FCF"/>
    <w:rsid w:val="00805819"/>
    <w:rsid w:val="0082623E"/>
    <w:rsid w:val="008A5227"/>
    <w:rsid w:val="008C2E3C"/>
    <w:rsid w:val="008D3E43"/>
    <w:rsid w:val="008E3595"/>
    <w:rsid w:val="008E6E25"/>
    <w:rsid w:val="00902AD6"/>
    <w:rsid w:val="009340CA"/>
    <w:rsid w:val="009459D2"/>
    <w:rsid w:val="00970C7B"/>
    <w:rsid w:val="009A62DE"/>
    <w:rsid w:val="009D468F"/>
    <w:rsid w:val="009F2B9D"/>
    <w:rsid w:val="00A0009C"/>
    <w:rsid w:val="00A67885"/>
    <w:rsid w:val="00A71DD2"/>
    <w:rsid w:val="00A858D6"/>
    <w:rsid w:val="00AA0315"/>
    <w:rsid w:val="00AB0DF8"/>
    <w:rsid w:val="00AB4985"/>
    <w:rsid w:val="00AF4740"/>
    <w:rsid w:val="00B0229A"/>
    <w:rsid w:val="00B0620A"/>
    <w:rsid w:val="00B07E18"/>
    <w:rsid w:val="00B34397"/>
    <w:rsid w:val="00B66438"/>
    <w:rsid w:val="00B80B2E"/>
    <w:rsid w:val="00B95BD4"/>
    <w:rsid w:val="00BB102B"/>
    <w:rsid w:val="00BC294D"/>
    <w:rsid w:val="00BE0CF6"/>
    <w:rsid w:val="00C03044"/>
    <w:rsid w:val="00C443ED"/>
    <w:rsid w:val="00C53520"/>
    <w:rsid w:val="00C60683"/>
    <w:rsid w:val="00CA5DCE"/>
    <w:rsid w:val="00CA7303"/>
    <w:rsid w:val="00CC4E8E"/>
    <w:rsid w:val="00CE40CF"/>
    <w:rsid w:val="00CF5C59"/>
    <w:rsid w:val="00CF71F6"/>
    <w:rsid w:val="00D04F9D"/>
    <w:rsid w:val="00D81FEA"/>
    <w:rsid w:val="00DB2D57"/>
    <w:rsid w:val="00E111FE"/>
    <w:rsid w:val="00E12259"/>
    <w:rsid w:val="00E32130"/>
    <w:rsid w:val="00E345C5"/>
    <w:rsid w:val="00E43475"/>
    <w:rsid w:val="00E57FE3"/>
    <w:rsid w:val="00E7114F"/>
    <w:rsid w:val="00E97B9A"/>
    <w:rsid w:val="00EA57FF"/>
    <w:rsid w:val="00EA60E3"/>
    <w:rsid w:val="00ED26D9"/>
    <w:rsid w:val="00EE7785"/>
    <w:rsid w:val="00EF72A1"/>
    <w:rsid w:val="00F468D3"/>
    <w:rsid w:val="00F543FF"/>
    <w:rsid w:val="00F75208"/>
    <w:rsid w:val="00F94AD2"/>
    <w:rsid w:val="00FC0A36"/>
    <w:rsid w:val="00FD1B88"/>
    <w:rsid w:val="00FD7D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264A"/>
  <w15:docId w15:val="{E70D1EAA-7936-4308-89C6-BC7C937A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1">
    <w:name w:val="heading 1"/>
    <w:basedOn w:val="Normal"/>
    <w:next w:val="Normal"/>
    <w:link w:val="Balk1Char"/>
    <w:uiPriority w:val="9"/>
    <w:qFormat/>
    <w:rsid w:val="00FD7DC6"/>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Balk2">
    <w:name w:val="heading 2"/>
    <w:basedOn w:val="Normal"/>
    <w:next w:val="Normal"/>
    <w:link w:val="Balk2Char"/>
    <w:uiPriority w:val="9"/>
    <w:unhideWhenUsed/>
    <w:qFormat/>
    <w:rsid w:val="00FD7D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0F759F"/>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paragraph" w:styleId="Balk4">
    <w:name w:val="heading 4"/>
    <w:basedOn w:val="Normal"/>
    <w:next w:val="Normal"/>
    <w:link w:val="Balk4Char"/>
    <w:uiPriority w:val="9"/>
    <w:semiHidden/>
    <w:unhideWhenUsed/>
    <w:qFormat/>
    <w:rsid w:val="00FD7DC6"/>
    <w:pPr>
      <w:keepNext/>
      <w:keepLines/>
      <w:spacing w:before="200" w:after="0" w:line="276" w:lineRule="auto"/>
      <w:outlineLvl w:val="3"/>
    </w:pPr>
    <w:rPr>
      <w:rFonts w:asciiTheme="majorHAnsi" w:eastAsiaTheme="majorEastAsia" w:hAnsiTheme="majorHAnsi" w:cstheme="majorBidi"/>
      <w:b/>
      <w:bCs/>
      <w:i/>
      <w:iCs/>
      <w:color w:val="5B9BD5" w:themeColor="accent1"/>
      <w:lang w:val="en-US" w:eastAsia="en-US"/>
    </w:rPr>
  </w:style>
  <w:style w:type="paragraph" w:styleId="Balk5">
    <w:name w:val="heading 5"/>
    <w:basedOn w:val="Normal"/>
    <w:next w:val="Normal"/>
    <w:link w:val="Balk5Char"/>
    <w:uiPriority w:val="9"/>
    <w:semiHidden/>
    <w:unhideWhenUsed/>
    <w:qFormat/>
    <w:rsid w:val="00FD7DC6"/>
    <w:pPr>
      <w:keepNext/>
      <w:keepLines/>
      <w:spacing w:before="200" w:after="0" w:line="276" w:lineRule="auto"/>
      <w:outlineLvl w:val="4"/>
    </w:pPr>
    <w:rPr>
      <w:rFonts w:asciiTheme="majorHAnsi" w:eastAsiaTheme="majorEastAsia" w:hAnsiTheme="majorHAnsi" w:cstheme="majorBidi"/>
      <w:color w:val="1F4D78" w:themeColor="accent1" w:themeShade="7F"/>
      <w:lang w:val="en-US" w:eastAsia="en-US"/>
    </w:rPr>
  </w:style>
  <w:style w:type="paragraph" w:styleId="Balk6">
    <w:name w:val="heading 6"/>
    <w:basedOn w:val="Normal"/>
    <w:next w:val="Normal"/>
    <w:link w:val="Balk6Char"/>
    <w:uiPriority w:val="9"/>
    <w:semiHidden/>
    <w:unhideWhenUsed/>
    <w:qFormat/>
    <w:rsid w:val="00FD7DC6"/>
    <w:pPr>
      <w:keepNext/>
      <w:keepLines/>
      <w:spacing w:before="200" w:after="0" w:line="276" w:lineRule="auto"/>
      <w:outlineLvl w:val="5"/>
    </w:pPr>
    <w:rPr>
      <w:rFonts w:asciiTheme="majorHAnsi" w:eastAsiaTheme="majorEastAsia" w:hAnsiTheme="majorHAnsi" w:cstheme="majorBidi"/>
      <w:i/>
      <w:iCs/>
      <w:color w:val="1F4D78" w:themeColor="accent1" w:themeShade="7F"/>
      <w:lang w:val="en-US" w:eastAsia="en-US"/>
    </w:rPr>
  </w:style>
  <w:style w:type="paragraph" w:styleId="Balk7">
    <w:name w:val="heading 7"/>
    <w:basedOn w:val="Normal"/>
    <w:next w:val="Normal"/>
    <w:link w:val="Balk7Char"/>
    <w:uiPriority w:val="9"/>
    <w:semiHidden/>
    <w:unhideWhenUsed/>
    <w:qFormat/>
    <w:rsid w:val="00FD7DC6"/>
    <w:pPr>
      <w:keepNext/>
      <w:keepLines/>
      <w:spacing w:before="200" w:after="0" w:line="276" w:lineRule="auto"/>
      <w:outlineLvl w:val="6"/>
    </w:pPr>
    <w:rPr>
      <w:rFonts w:asciiTheme="majorHAnsi" w:eastAsiaTheme="majorEastAsia" w:hAnsiTheme="majorHAnsi" w:cstheme="majorBidi"/>
      <w:i/>
      <w:iCs/>
      <w:color w:val="404040" w:themeColor="text1" w:themeTint="BF"/>
      <w:lang w:val="en-US" w:eastAsia="en-US"/>
    </w:rPr>
  </w:style>
  <w:style w:type="paragraph" w:styleId="Balk8">
    <w:name w:val="heading 8"/>
    <w:basedOn w:val="Normal"/>
    <w:next w:val="Normal"/>
    <w:link w:val="Balk8Char"/>
    <w:uiPriority w:val="9"/>
    <w:semiHidden/>
    <w:unhideWhenUsed/>
    <w:qFormat/>
    <w:rsid w:val="00FD7DC6"/>
    <w:pPr>
      <w:keepNext/>
      <w:keepLines/>
      <w:spacing w:before="200" w:after="0" w:line="276" w:lineRule="auto"/>
      <w:outlineLvl w:val="7"/>
    </w:pPr>
    <w:rPr>
      <w:rFonts w:asciiTheme="majorHAnsi" w:eastAsiaTheme="majorEastAsia" w:hAnsiTheme="majorHAnsi" w:cstheme="majorBidi"/>
      <w:color w:val="5B9BD5" w:themeColor="accent1"/>
      <w:sz w:val="20"/>
      <w:szCs w:val="20"/>
      <w:lang w:val="en-US" w:eastAsia="en-US"/>
    </w:rPr>
  </w:style>
  <w:style w:type="paragraph" w:styleId="Balk9">
    <w:name w:val="heading 9"/>
    <w:basedOn w:val="Normal"/>
    <w:next w:val="Normal"/>
    <w:link w:val="Balk9Char"/>
    <w:uiPriority w:val="9"/>
    <w:semiHidden/>
    <w:unhideWhenUsed/>
    <w:qFormat/>
    <w:rsid w:val="00FD7DC6"/>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oKlavuzu">
    <w:name w:val="Table Grid"/>
    <w:basedOn w:val="NormalTablo"/>
    <w:uiPriority w:val="59"/>
    <w:rsid w:val="0066682C"/>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uiPriority w:val="10"/>
    <w:qFormat/>
    <w:rsid w:val="00F7520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KonuBalChar">
    <w:name w:val="Konu Başlığı Char"/>
    <w:basedOn w:val="VarsaylanParagrafYazTipi"/>
    <w:link w:val="KonuBal"/>
    <w:uiPriority w:val="10"/>
    <w:rsid w:val="00F75208"/>
    <w:rPr>
      <w:rFonts w:asciiTheme="majorHAnsi" w:eastAsiaTheme="majorEastAsia" w:hAnsiTheme="majorHAnsi" w:cstheme="majorBidi"/>
      <w:color w:val="323E4F" w:themeColor="text2" w:themeShade="BF"/>
      <w:spacing w:val="5"/>
      <w:kern w:val="28"/>
      <w:sz w:val="52"/>
      <w:szCs w:val="52"/>
      <w:lang w:val="en-US" w:eastAsia="en-US"/>
    </w:rPr>
  </w:style>
  <w:style w:type="paragraph" w:styleId="NormalWeb">
    <w:name w:val="Normal (Web)"/>
    <w:basedOn w:val="Normal"/>
    <w:uiPriority w:val="99"/>
    <w:unhideWhenUsed/>
    <w:rsid w:val="00F7520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Gl">
    <w:name w:val="Strong"/>
    <w:basedOn w:val="VarsaylanParagrafYazTipi"/>
    <w:uiPriority w:val="22"/>
    <w:qFormat/>
    <w:rsid w:val="00F75208"/>
    <w:rPr>
      <w:b/>
      <w:bCs/>
    </w:rPr>
  </w:style>
  <w:style w:type="paragraph" w:styleId="DipnotMetni">
    <w:name w:val="footnote text"/>
    <w:basedOn w:val="Normal"/>
    <w:link w:val="DipnotMetniChar"/>
    <w:uiPriority w:val="99"/>
    <w:semiHidden/>
    <w:unhideWhenUsed/>
    <w:rsid w:val="000F75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F759F"/>
    <w:rPr>
      <w:rFonts w:ascii="Calibri" w:eastAsia="Calibri" w:hAnsi="Calibri" w:cs="Calibri"/>
      <w:color w:val="000000"/>
      <w:sz w:val="20"/>
      <w:szCs w:val="20"/>
    </w:rPr>
  </w:style>
  <w:style w:type="character" w:styleId="DipnotBavurusu">
    <w:name w:val="footnote reference"/>
    <w:basedOn w:val="VarsaylanParagrafYazTipi"/>
    <w:uiPriority w:val="99"/>
    <w:semiHidden/>
    <w:unhideWhenUsed/>
    <w:rsid w:val="000F759F"/>
    <w:rPr>
      <w:vertAlign w:val="superscript"/>
    </w:rPr>
  </w:style>
  <w:style w:type="character" w:customStyle="1" w:styleId="Balk3Char">
    <w:name w:val="Başlık 3 Char"/>
    <w:basedOn w:val="VarsaylanParagrafYazTipi"/>
    <w:link w:val="Balk3"/>
    <w:uiPriority w:val="9"/>
    <w:rsid w:val="000F759F"/>
    <w:rPr>
      <w:rFonts w:ascii="Times New Roman" w:eastAsia="Times New Roman" w:hAnsi="Times New Roman" w:cs="Times New Roman"/>
      <w:b/>
      <w:bCs/>
      <w:sz w:val="27"/>
      <w:szCs w:val="27"/>
    </w:rPr>
  </w:style>
  <w:style w:type="paragraph" w:styleId="ListeParagraf">
    <w:name w:val="List Paragraph"/>
    <w:basedOn w:val="Normal"/>
    <w:uiPriority w:val="34"/>
    <w:qFormat/>
    <w:rsid w:val="000F759F"/>
    <w:pPr>
      <w:ind w:left="720"/>
      <w:contextualSpacing/>
    </w:pPr>
  </w:style>
  <w:style w:type="character" w:customStyle="1" w:styleId="Balk2Char">
    <w:name w:val="Başlık 2 Char"/>
    <w:basedOn w:val="VarsaylanParagrafYazTipi"/>
    <w:link w:val="Balk2"/>
    <w:uiPriority w:val="9"/>
    <w:rsid w:val="00FD7DC6"/>
    <w:rPr>
      <w:rFonts w:asciiTheme="majorHAnsi" w:eastAsiaTheme="majorEastAsia" w:hAnsiTheme="majorHAnsi" w:cstheme="majorBidi"/>
      <w:color w:val="2E74B5" w:themeColor="accent1" w:themeShade="BF"/>
      <w:sz w:val="26"/>
      <w:szCs w:val="26"/>
    </w:rPr>
  </w:style>
  <w:style w:type="character" w:customStyle="1" w:styleId="Balk1Char">
    <w:name w:val="Başlık 1 Char"/>
    <w:basedOn w:val="VarsaylanParagrafYazTipi"/>
    <w:link w:val="Balk1"/>
    <w:uiPriority w:val="9"/>
    <w:rsid w:val="00FD7DC6"/>
    <w:rPr>
      <w:rFonts w:asciiTheme="majorHAnsi" w:eastAsiaTheme="majorEastAsia" w:hAnsiTheme="majorHAnsi" w:cstheme="majorBidi"/>
      <w:b/>
      <w:bCs/>
      <w:color w:val="2E74B5" w:themeColor="accent1" w:themeShade="BF"/>
      <w:sz w:val="28"/>
      <w:szCs w:val="28"/>
      <w:lang w:val="en-US" w:eastAsia="en-US"/>
    </w:rPr>
  </w:style>
  <w:style w:type="character" w:customStyle="1" w:styleId="Balk4Char">
    <w:name w:val="Başlık 4 Char"/>
    <w:basedOn w:val="VarsaylanParagrafYazTipi"/>
    <w:link w:val="Balk4"/>
    <w:uiPriority w:val="9"/>
    <w:semiHidden/>
    <w:rsid w:val="00FD7DC6"/>
    <w:rPr>
      <w:rFonts w:asciiTheme="majorHAnsi" w:eastAsiaTheme="majorEastAsia" w:hAnsiTheme="majorHAnsi" w:cstheme="majorBidi"/>
      <w:b/>
      <w:bCs/>
      <w:i/>
      <w:iCs/>
      <w:color w:val="5B9BD5" w:themeColor="accent1"/>
      <w:lang w:val="en-US" w:eastAsia="en-US"/>
    </w:rPr>
  </w:style>
  <w:style w:type="character" w:customStyle="1" w:styleId="Balk5Char">
    <w:name w:val="Başlık 5 Char"/>
    <w:basedOn w:val="VarsaylanParagrafYazTipi"/>
    <w:link w:val="Balk5"/>
    <w:uiPriority w:val="9"/>
    <w:semiHidden/>
    <w:rsid w:val="00FD7DC6"/>
    <w:rPr>
      <w:rFonts w:asciiTheme="majorHAnsi" w:eastAsiaTheme="majorEastAsia" w:hAnsiTheme="majorHAnsi" w:cstheme="majorBidi"/>
      <w:color w:val="1F4D78" w:themeColor="accent1" w:themeShade="7F"/>
      <w:lang w:val="en-US" w:eastAsia="en-US"/>
    </w:rPr>
  </w:style>
  <w:style w:type="character" w:customStyle="1" w:styleId="Balk6Char">
    <w:name w:val="Başlık 6 Char"/>
    <w:basedOn w:val="VarsaylanParagrafYazTipi"/>
    <w:link w:val="Balk6"/>
    <w:uiPriority w:val="9"/>
    <w:semiHidden/>
    <w:rsid w:val="00FD7DC6"/>
    <w:rPr>
      <w:rFonts w:asciiTheme="majorHAnsi" w:eastAsiaTheme="majorEastAsia" w:hAnsiTheme="majorHAnsi" w:cstheme="majorBidi"/>
      <w:i/>
      <w:iCs/>
      <w:color w:val="1F4D78" w:themeColor="accent1" w:themeShade="7F"/>
      <w:lang w:val="en-US" w:eastAsia="en-US"/>
    </w:rPr>
  </w:style>
  <w:style w:type="character" w:customStyle="1" w:styleId="Balk7Char">
    <w:name w:val="Başlık 7 Char"/>
    <w:basedOn w:val="VarsaylanParagrafYazTipi"/>
    <w:link w:val="Balk7"/>
    <w:uiPriority w:val="9"/>
    <w:semiHidden/>
    <w:rsid w:val="00FD7DC6"/>
    <w:rPr>
      <w:rFonts w:asciiTheme="majorHAnsi" w:eastAsiaTheme="majorEastAsia" w:hAnsiTheme="majorHAnsi" w:cstheme="majorBidi"/>
      <w:i/>
      <w:iCs/>
      <w:color w:val="404040" w:themeColor="text1" w:themeTint="BF"/>
      <w:lang w:val="en-US" w:eastAsia="en-US"/>
    </w:rPr>
  </w:style>
  <w:style w:type="character" w:customStyle="1" w:styleId="Balk8Char">
    <w:name w:val="Başlık 8 Char"/>
    <w:basedOn w:val="VarsaylanParagrafYazTipi"/>
    <w:link w:val="Balk8"/>
    <w:uiPriority w:val="9"/>
    <w:semiHidden/>
    <w:rsid w:val="00FD7DC6"/>
    <w:rPr>
      <w:rFonts w:asciiTheme="majorHAnsi" w:eastAsiaTheme="majorEastAsia" w:hAnsiTheme="majorHAnsi" w:cstheme="majorBidi"/>
      <w:color w:val="5B9BD5" w:themeColor="accent1"/>
      <w:sz w:val="20"/>
      <w:szCs w:val="20"/>
      <w:lang w:val="en-US" w:eastAsia="en-US"/>
    </w:rPr>
  </w:style>
  <w:style w:type="character" w:customStyle="1" w:styleId="Balk9Char">
    <w:name w:val="Başlık 9 Char"/>
    <w:basedOn w:val="VarsaylanParagrafYazTipi"/>
    <w:link w:val="Balk9"/>
    <w:uiPriority w:val="9"/>
    <w:semiHidden/>
    <w:rsid w:val="00FD7DC6"/>
    <w:rPr>
      <w:rFonts w:asciiTheme="majorHAnsi" w:eastAsiaTheme="majorEastAsia" w:hAnsiTheme="majorHAnsi" w:cstheme="majorBidi"/>
      <w:i/>
      <w:iCs/>
      <w:color w:val="404040" w:themeColor="text1" w:themeTint="BF"/>
      <w:sz w:val="20"/>
      <w:szCs w:val="20"/>
      <w:lang w:val="en-US" w:eastAsia="en-US"/>
    </w:rPr>
  </w:style>
  <w:style w:type="paragraph" w:styleId="stBilgi">
    <w:name w:val="header"/>
    <w:basedOn w:val="Normal"/>
    <w:link w:val="stBilgiChar"/>
    <w:uiPriority w:val="99"/>
    <w:unhideWhenUsed/>
    <w:rsid w:val="00FD7DC6"/>
    <w:pPr>
      <w:tabs>
        <w:tab w:val="center" w:pos="4680"/>
        <w:tab w:val="right" w:pos="9360"/>
      </w:tabs>
      <w:spacing w:after="0" w:line="240" w:lineRule="auto"/>
    </w:pPr>
    <w:rPr>
      <w:rFonts w:asciiTheme="minorHAnsi" w:eastAsiaTheme="minorEastAsia" w:hAnsiTheme="minorHAnsi" w:cstheme="minorBidi"/>
      <w:color w:val="auto"/>
      <w:lang w:val="en-US" w:eastAsia="en-US"/>
    </w:rPr>
  </w:style>
  <w:style w:type="character" w:customStyle="1" w:styleId="stBilgiChar">
    <w:name w:val="Üst Bilgi Char"/>
    <w:basedOn w:val="VarsaylanParagrafYazTipi"/>
    <w:link w:val="stBilgi"/>
    <w:uiPriority w:val="99"/>
    <w:rsid w:val="00FD7DC6"/>
    <w:rPr>
      <w:lang w:val="en-US" w:eastAsia="en-US"/>
    </w:rPr>
  </w:style>
  <w:style w:type="paragraph" w:styleId="AltBilgi">
    <w:name w:val="footer"/>
    <w:basedOn w:val="Normal"/>
    <w:link w:val="AltBilgiChar"/>
    <w:uiPriority w:val="99"/>
    <w:unhideWhenUsed/>
    <w:rsid w:val="00FD7DC6"/>
    <w:pPr>
      <w:tabs>
        <w:tab w:val="center" w:pos="4680"/>
        <w:tab w:val="right" w:pos="9360"/>
      </w:tabs>
      <w:spacing w:after="0" w:line="240" w:lineRule="auto"/>
    </w:pPr>
    <w:rPr>
      <w:rFonts w:asciiTheme="minorHAnsi" w:eastAsiaTheme="minorEastAsia" w:hAnsiTheme="minorHAnsi" w:cstheme="minorBidi"/>
      <w:color w:val="auto"/>
      <w:lang w:val="en-US" w:eastAsia="en-US"/>
    </w:rPr>
  </w:style>
  <w:style w:type="character" w:customStyle="1" w:styleId="AltBilgiChar">
    <w:name w:val="Alt Bilgi Char"/>
    <w:basedOn w:val="VarsaylanParagrafYazTipi"/>
    <w:link w:val="AltBilgi"/>
    <w:uiPriority w:val="99"/>
    <w:rsid w:val="00FD7DC6"/>
    <w:rPr>
      <w:lang w:val="en-US" w:eastAsia="en-US"/>
    </w:rPr>
  </w:style>
  <w:style w:type="paragraph" w:styleId="AralkYok">
    <w:name w:val="No Spacing"/>
    <w:uiPriority w:val="1"/>
    <w:qFormat/>
    <w:rsid w:val="00FD7DC6"/>
    <w:pPr>
      <w:spacing w:after="0" w:line="240" w:lineRule="auto"/>
    </w:pPr>
    <w:rPr>
      <w:lang w:val="en-US" w:eastAsia="en-US"/>
    </w:rPr>
  </w:style>
  <w:style w:type="paragraph" w:styleId="Altyaz">
    <w:name w:val="Subtitle"/>
    <w:basedOn w:val="Normal"/>
    <w:next w:val="Normal"/>
    <w:link w:val="AltyazChar"/>
    <w:uiPriority w:val="11"/>
    <w:qFormat/>
    <w:rsid w:val="00FD7DC6"/>
    <w:pPr>
      <w:numPr>
        <w:ilvl w:val="1"/>
      </w:numPr>
      <w:spacing w:after="200" w:line="276" w:lineRule="auto"/>
    </w:pPr>
    <w:rPr>
      <w:rFonts w:asciiTheme="majorHAnsi" w:eastAsiaTheme="majorEastAsia" w:hAnsiTheme="majorHAnsi" w:cstheme="majorBidi"/>
      <w:i/>
      <w:iCs/>
      <w:color w:val="5B9BD5" w:themeColor="accent1"/>
      <w:spacing w:val="15"/>
      <w:sz w:val="24"/>
      <w:szCs w:val="24"/>
      <w:lang w:val="en-US" w:eastAsia="en-US"/>
    </w:rPr>
  </w:style>
  <w:style w:type="character" w:customStyle="1" w:styleId="AltyazChar">
    <w:name w:val="Altyazı Char"/>
    <w:basedOn w:val="VarsaylanParagrafYazTipi"/>
    <w:link w:val="Altyaz"/>
    <w:uiPriority w:val="11"/>
    <w:rsid w:val="00FD7DC6"/>
    <w:rPr>
      <w:rFonts w:asciiTheme="majorHAnsi" w:eastAsiaTheme="majorEastAsia" w:hAnsiTheme="majorHAnsi" w:cstheme="majorBidi"/>
      <w:i/>
      <w:iCs/>
      <w:color w:val="5B9BD5" w:themeColor="accent1"/>
      <w:spacing w:val="15"/>
      <w:sz w:val="24"/>
      <w:szCs w:val="24"/>
      <w:lang w:val="en-US" w:eastAsia="en-US"/>
    </w:rPr>
  </w:style>
  <w:style w:type="paragraph" w:styleId="GvdeMetni">
    <w:name w:val="Body Text"/>
    <w:basedOn w:val="Normal"/>
    <w:link w:val="GvdeMetniChar"/>
    <w:uiPriority w:val="99"/>
    <w:unhideWhenUsed/>
    <w:rsid w:val="00FD7DC6"/>
    <w:pPr>
      <w:spacing w:after="120" w:line="276" w:lineRule="auto"/>
    </w:pPr>
    <w:rPr>
      <w:rFonts w:asciiTheme="minorHAnsi" w:eastAsiaTheme="minorEastAsia" w:hAnsiTheme="minorHAnsi" w:cstheme="minorBidi"/>
      <w:color w:val="auto"/>
      <w:lang w:val="en-US" w:eastAsia="en-US"/>
    </w:rPr>
  </w:style>
  <w:style w:type="character" w:customStyle="1" w:styleId="GvdeMetniChar">
    <w:name w:val="Gövde Metni Char"/>
    <w:basedOn w:val="VarsaylanParagrafYazTipi"/>
    <w:link w:val="GvdeMetni"/>
    <w:uiPriority w:val="99"/>
    <w:rsid w:val="00FD7DC6"/>
    <w:rPr>
      <w:lang w:val="en-US" w:eastAsia="en-US"/>
    </w:rPr>
  </w:style>
  <w:style w:type="paragraph" w:styleId="GvdeMetni2">
    <w:name w:val="Body Text 2"/>
    <w:basedOn w:val="Normal"/>
    <w:link w:val="GvdeMetni2Char"/>
    <w:uiPriority w:val="99"/>
    <w:unhideWhenUsed/>
    <w:rsid w:val="00FD7DC6"/>
    <w:pPr>
      <w:spacing w:after="120" w:line="480" w:lineRule="auto"/>
    </w:pPr>
    <w:rPr>
      <w:rFonts w:asciiTheme="minorHAnsi" w:eastAsiaTheme="minorEastAsia" w:hAnsiTheme="minorHAnsi" w:cstheme="minorBidi"/>
      <w:color w:val="auto"/>
      <w:lang w:val="en-US" w:eastAsia="en-US"/>
    </w:rPr>
  </w:style>
  <w:style w:type="character" w:customStyle="1" w:styleId="GvdeMetni2Char">
    <w:name w:val="Gövde Metni 2 Char"/>
    <w:basedOn w:val="VarsaylanParagrafYazTipi"/>
    <w:link w:val="GvdeMetni2"/>
    <w:uiPriority w:val="99"/>
    <w:rsid w:val="00FD7DC6"/>
    <w:rPr>
      <w:lang w:val="en-US" w:eastAsia="en-US"/>
    </w:rPr>
  </w:style>
  <w:style w:type="paragraph" w:styleId="GvdeMetni3">
    <w:name w:val="Body Text 3"/>
    <w:basedOn w:val="Normal"/>
    <w:link w:val="GvdeMetni3Char"/>
    <w:uiPriority w:val="99"/>
    <w:unhideWhenUsed/>
    <w:rsid w:val="00FD7DC6"/>
    <w:pPr>
      <w:spacing w:after="120" w:line="276" w:lineRule="auto"/>
    </w:pPr>
    <w:rPr>
      <w:rFonts w:asciiTheme="minorHAnsi" w:eastAsiaTheme="minorEastAsia" w:hAnsiTheme="minorHAnsi" w:cstheme="minorBidi"/>
      <w:color w:val="auto"/>
      <w:sz w:val="16"/>
      <w:szCs w:val="16"/>
      <w:lang w:val="en-US" w:eastAsia="en-US"/>
    </w:rPr>
  </w:style>
  <w:style w:type="character" w:customStyle="1" w:styleId="GvdeMetni3Char">
    <w:name w:val="Gövde Metni 3 Char"/>
    <w:basedOn w:val="VarsaylanParagrafYazTipi"/>
    <w:link w:val="GvdeMetni3"/>
    <w:uiPriority w:val="99"/>
    <w:rsid w:val="00FD7DC6"/>
    <w:rPr>
      <w:sz w:val="16"/>
      <w:szCs w:val="16"/>
      <w:lang w:val="en-US" w:eastAsia="en-US"/>
    </w:rPr>
  </w:style>
  <w:style w:type="paragraph" w:styleId="Liste">
    <w:name w:val="List"/>
    <w:basedOn w:val="Normal"/>
    <w:uiPriority w:val="99"/>
    <w:unhideWhenUsed/>
    <w:rsid w:val="00FD7DC6"/>
    <w:pPr>
      <w:spacing w:after="200" w:line="276" w:lineRule="auto"/>
      <w:ind w:left="360" w:hanging="360"/>
      <w:contextualSpacing/>
    </w:pPr>
    <w:rPr>
      <w:rFonts w:asciiTheme="minorHAnsi" w:eastAsiaTheme="minorEastAsia" w:hAnsiTheme="minorHAnsi" w:cstheme="minorBidi"/>
      <w:color w:val="auto"/>
      <w:lang w:val="en-US" w:eastAsia="en-US"/>
    </w:rPr>
  </w:style>
  <w:style w:type="paragraph" w:styleId="Liste2">
    <w:name w:val="List 2"/>
    <w:basedOn w:val="Normal"/>
    <w:uiPriority w:val="99"/>
    <w:unhideWhenUsed/>
    <w:rsid w:val="00FD7DC6"/>
    <w:pPr>
      <w:spacing w:after="200" w:line="276" w:lineRule="auto"/>
      <w:ind w:left="720" w:hanging="360"/>
      <w:contextualSpacing/>
    </w:pPr>
    <w:rPr>
      <w:rFonts w:asciiTheme="minorHAnsi" w:eastAsiaTheme="minorEastAsia" w:hAnsiTheme="minorHAnsi" w:cstheme="minorBidi"/>
      <w:color w:val="auto"/>
      <w:lang w:val="en-US" w:eastAsia="en-US"/>
    </w:rPr>
  </w:style>
  <w:style w:type="paragraph" w:styleId="Liste3">
    <w:name w:val="List 3"/>
    <w:basedOn w:val="Normal"/>
    <w:uiPriority w:val="99"/>
    <w:unhideWhenUsed/>
    <w:rsid w:val="00FD7DC6"/>
    <w:pPr>
      <w:spacing w:after="200" w:line="276" w:lineRule="auto"/>
      <w:ind w:left="1080" w:hanging="360"/>
      <w:contextualSpacing/>
    </w:pPr>
    <w:rPr>
      <w:rFonts w:asciiTheme="minorHAnsi" w:eastAsiaTheme="minorEastAsia" w:hAnsiTheme="minorHAnsi" w:cstheme="minorBidi"/>
      <w:color w:val="auto"/>
      <w:lang w:val="en-US" w:eastAsia="en-US"/>
    </w:rPr>
  </w:style>
  <w:style w:type="paragraph" w:styleId="ListeMaddemi">
    <w:name w:val="List Bullet"/>
    <w:basedOn w:val="Normal"/>
    <w:uiPriority w:val="99"/>
    <w:unhideWhenUsed/>
    <w:rsid w:val="00FD7DC6"/>
    <w:pPr>
      <w:numPr>
        <w:numId w:val="3"/>
      </w:numPr>
      <w:spacing w:after="200" w:line="276" w:lineRule="auto"/>
      <w:contextualSpacing/>
    </w:pPr>
    <w:rPr>
      <w:rFonts w:asciiTheme="minorHAnsi" w:eastAsiaTheme="minorEastAsia" w:hAnsiTheme="minorHAnsi" w:cstheme="minorBidi"/>
      <w:color w:val="auto"/>
      <w:lang w:val="en-US" w:eastAsia="en-US"/>
    </w:rPr>
  </w:style>
  <w:style w:type="paragraph" w:styleId="ListeMaddemi2">
    <w:name w:val="List Bullet 2"/>
    <w:basedOn w:val="Normal"/>
    <w:uiPriority w:val="99"/>
    <w:unhideWhenUsed/>
    <w:rsid w:val="00FD7DC6"/>
    <w:pPr>
      <w:numPr>
        <w:numId w:val="4"/>
      </w:numPr>
      <w:spacing w:after="200" w:line="276" w:lineRule="auto"/>
      <w:contextualSpacing/>
    </w:pPr>
    <w:rPr>
      <w:rFonts w:asciiTheme="minorHAnsi" w:eastAsiaTheme="minorEastAsia" w:hAnsiTheme="minorHAnsi" w:cstheme="minorBidi"/>
      <w:color w:val="auto"/>
      <w:lang w:val="en-US" w:eastAsia="en-US"/>
    </w:rPr>
  </w:style>
  <w:style w:type="paragraph" w:styleId="ListeMaddemi3">
    <w:name w:val="List Bullet 3"/>
    <w:basedOn w:val="Normal"/>
    <w:uiPriority w:val="99"/>
    <w:unhideWhenUsed/>
    <w:rsid w:val="00FD7DC6"/>
    <w:pPr>
      <w:numPr>
        <w:numId w:val="5"/>
      </w:numPr>
      <w:spacing w:after="200" w:line="276" w:lineRule="auto"/>
      <w:contextualSpacing/>
    </w:pPr>
    <w:rPr>
      <w:rFonts w:asciiTheme="minorHAnsi" w:eastAsiaTheme="minorEastAsia" w:hAnsiTheme="minorHAnsi" w:cstheme="minorBidi"/>
      <w:color w:val="auto"/>
      <w:lang w:val="en-US" w:eastAsia="en-US"/>
    </w:rPr>
  </w:style>
  <w:style w:type="paragraph" w:styleId="ListeNumaras">
    <w:name w:val="List Number"/>
    <w:basedOn w:val="Normal"/>
    <w:uiPriority w:val="99"/>
    <w:unhideWhenUsed/>
    <w:rsid w:val="00FD7DC6"/>
    <w:pPr>
      <w:numPr>
        <w:numId w:val="7"/>
      </w:numPr>
      <w:spacing w:after="200" w:line="276" w:lineRule="auto"/>
      <w:contextualSpacing/>
    </w:pPr>
    <w:rPr>
      <w:rFonts w:asciiTheme="minorHAnsi" w:eastAsiaTheme="minorEastAsia" w:hAnsiTheme="minorHAnsi" w:cstheme="minorBidi"/>
      <w:color w:val="auto"/>
      <w:lang w:val="en-US" w:eastAsia="en-US"/>
    </w:rPr>
  </w:style>
  <w:style w:type="paragraph" w:styleId="ListeNumaras2">
    <w:name w:val="List Number 2"/>
    <w:basedOn w:val="Normal"/>
    <w:uiPriority w:val="99"/>
    <w:unhideWhenUsed/>
    <w:rsid w:val="00FD7DC6"/>
    <w:pPr>
      <w:numPr>
        <w:numId w:val="8"/>
      </w:numPr>
      <w:spacing w:after="200" w:line="276" w:lineRule="auto"/>
      <w:contextualSpacing/>
    </w:pPr>
    <w:rPr>
      <w:rFonts w:asciiTheme="minorHAnsi" w:eastAsiaTheme="minorEastAsia" w:hAnsiTheme="minorHAnsi" w:cstheme="minorBidi"/>
      <w:color w:val="auto"/>
      <w:lang w:val="en-US" w:eastAsia="en-US"/>
    </w:rPr>
  </w:style>
  <w:style w:type="paragraph" w:styleId="ListeNumaras3">
    <w:name w:val="List Number 3"/>
    <w:basedOn w:val="Normal"/>
    <w:uiPriority w:val="99"/>
    <w:unhideWhenUsed/>
    <w:rsid w:val="00FD7DC6"/>
    <w:pPr>
      <w:numPr>
        <w:numId w:val="9"/>
      </w:numPr>
      <w:spacing w:after="200" w:line="276" w:lineRule="auto"/>
      <w:contextualSpacing/>
    </w:pPr>
    <w:rPr>
      <w:rFonts w:asciiTheme="minorHAnsi" w:eastAsiaTheme="minorEastAsia" w:hAnsiTheme="minorHAnsi" w:cstheme="minorBidi"/>
      <w:color w:val="auto"/>
      <w:lang w:val="en-US" w:eastAsia="en-US"/>
    </w:rPr>
  </w:style>
  <w:style w:type="paragraph" w:styleId="ListeDevam">
    <w:name w:val="List Continue"/>
    <w:basedOn w:val="Normal"/>
    <w:uiPriority w:val="99"/>
    <w:unhideWhenUsed/>
    <w:rsid w:val="00FD7DC6"/>
    <w:pPr>
      <w:spacing w:after="120" w:line="276" w:lineRule="auto"/>
      <w:ind w:left="360"/>
      <w:contextualSpacing/>
    </w:pPr>
    <w:rPr>
      <w:rFonts w:asciiTheme="minorHAnsi" w:eastAsiaTheme="minorEastAsia" w:hAnsiTheme="minorHAnsi" w:cstheme="minorBidi"/>
      <w:color w:val="auto"/>
      <w:lang w:val="en-US" w:eastAsia="en-US"/>
    </w:rPr>
  </w:style>
  <w:style w:type="paragraph" w:styleId="ListeDevam2">
    <w:name w:val="List Continue 2"/>
    <w:basedOn w:val="Normal"/>
    <w:uiPriority w:val="99"/>
    <w:unhideWhenUsed/>
    <w:rsid w:val="00FD7DC6"/>
    <w:pPr>
      <w:spacing w:after="120" w:line="276" w:lineRule="auto"/>
      <w:ind w:left="720"/>
      <w:contextualSpacing/>
    </w:pPr>
    <w:rPr>
      <w:rFonts w:asciiTheme="minorHAnsi" w:eastAsiaTheme="minorEastAsia" w:hAnsiTheme="minorHAnsi" w:cstheme="minorBidi"/>
      <w:color w:val="auto"/>
      <w:lang w:val="en-US" w:eastAsia="en-US"/>
    </w:rPr>
  </w:style>
  <w:style w:type="paragraph" w:styleId="ListeDevam3">
    <w:name w:val="List Continue 3"/>
    <w:basedOn w:val="Normal"/>
    <w:uiPriority w:val="99"/>
    <w:unhideWhenUsed/>
    <w:rsid w:val="00FD7DC6"/>
    <w:pPr>
      <w:spacing w:after="120" w:line="276" w:lineRule="auto"/>
      <w:ind w:left="1080"/>
      <w:contextualSpacing/>
    </w:pPr>
    <w:rPr>
      <w:rFonts w:asciiTheme="minorHAnsi" w:eastAsiaTheme="minorEastAsia" w:hAnsiTheme="minorHAnsi" w:cstheme="minorBidi"/>
      <w:color w:val="auto"/>
      <w:lang w:val="en-US" w:eastAsia="en-US"/>
    </w:rPr>
  </w:style>
  <w:style w:type="paragraph" w:styleId="MakroMetni">
    <w:name w:val="macro"/>
    <w:link w:val="MakroMetniChar"/>
    <w:uiPriority w:val="99"/>
    <w:unhideWhenUsed/>
    <w:rsid w:val="00FD7DC6"/>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lang w:val="en-US" w:eastAsia="en-US"/>
    </w:rPr>
  </w:style>
  <w:style w:type="character" w:customStyle="1" w:styleId="MakroMetniChar">
    <w:name w:val="Makro Metni Char"/>
    <w:basedOn w:val="VarsaylanParagrafYazTipi"/>
    <w:link w:val="MakroMetni"/>
    <w:uiPriority w:val="99"/>
    <w:rsid w:val="00FD7DC6"/>
    <w:rPr>
      <w:rFonts w:ascii="Courier" w:hAnsi="Courier"/>
      <w:sz w:val="20"/>
      <w:szCs w:val="20"/>
      <w:lang w:val="en-US" w:eastAsia="en-US"/>
    </w:rPr>
  </w:style>
  <w:style w:type="paragraph" w:styleId="Alnt">
    <w:name w:val="Quote"/>
    <w:basedOn w:val="Normal"/>
    <w:next w:val="Normal"/>
    <w:link w:val="AlntChar"/>
    <w:uiPriority w:val="29"/>
    <w:qFormat/>
    <w:rsid w:val="00FD7DC6"/>
    <w:pPr>
      <w:spacing w:after="200" w:line="276" w:lineRule="auto"/>
    </w:pPr>
    <w:rPr>
      <w:rFonts w:asciiTheme="minorHAnsi" w:eastAsiaTheme="minorEastAsia" w:hAnsiTheme="minorHAnsi" w:cstheme="minorBidi"/>
      <w:i/>
      <w:iCs/>
      <w:color w:val="000000" w:themeColor="text1"/>
      <w:lang w:val="en-US" w:eastAsia="en-US"/>
    </w:rPr>
  </w:style>
  <w:style w:type="character" w:customStyle="1" w:styleId="AlntChar">
    <w:name w:val="Alıntı Char"/>
    <w:basedOn w:val="VarsaylanParagrafYazTipi"/>
    <w:link w:val="Alnt"/>
    <w:uiPriority w:val="29"/>
    <w:rsid w:val="00FD7DC6"/>
    <w:rPr>
      <w:i/>
      <w:iCs/>
      <w:color w:val="000000" w:themeColor="text1"/>
      <w:lang w:val="en-US" w:eastAsia="en-US"/>
    </w:rPr>
  </w:style>
  <w:style w:type="paragraph" w:styleId="ResimYazs">
    <w:name w:val="caption"/>
    <w:basedOn w:val="Normal"/>
    <w:next w:val="Normal"/>
    <w:uiPriority w:val="35"/>
    <w:semiHidden/>
    <w:unhideWhenUsed/>
    <w:qFormat/>
    <w:rsid w:val="00FD7DC6"/>
    <w:pPr>
      <w:spacing w:after="200" w:line="240" w:lineRule="auto"/>
    </w:pPr>
    <w:rPr>
      <w:rFonts w:asciiTheme="minorHAnsi" w:eastAsiaTheme="minorEastAsia" w:hAnsiTheme="minorHAnsi" w:cstheme="minorBidi"/>
      <w:b/>
      <w:bCs/>
      <w:color w:val="5B9BD5" w:themeColor="accent1"/>
      <w:sz w:val="18"/>
      <w:szCs w:val="18"/>
      <w:lang w:val="en-US" w:eastAsia="en-US"/>
    </w:rPr>
  </w:style>
  <w:style w:type="character" w:styleId="Vurgu">
    <w:name w:val="Emphasis"/>
    <w:basedOn w:val="VarsaylanParagrafYazTipi"/>
    <w:uiPriority w:val="20"/>
    <w:qFormat/>
    <w:rsid w:val="00FD7DC6"/>
    <w:rPr>
      <w:i/>
      <w:iCs/>
    </w:rPr>
  </w:style>
  <w:style w:type="paragraph" w:styleId="GlAlnt">
    <w:name w:val="Intense Quote"/>
    <w:basedOn w:val="Normal"/>
    <w:next w:val="Normal"/>
    <w:link w:val="GlAlntChar"/>
    <w:uiPriority w:val="30"/>
    <w:qFormat/>
    <w:rsid w:val="00FD7DC6"/>
    <w:pPr>
      <w:pBdr>
        <w:bottom w:val="single" w:sz="4" w:space="4" w:color="5B9BD5" w:themeColor="accent1"/>
      </w:pBdr>
      <w:spacing w:before="200" w:after="280" w:line="276" w:lineRule="auto"/>
      <w:ind w:left="936" w:right="936"/>
    </w:pPr>
    <w:rPr>
      <w:rFonts w:asciiTheme="minorHAnsi" w:eastAsiaTheme="minorEastAsia" w:hAnsiTheme="minorHAnsi" w:cstheme="minorBidi"/>
      <w:b/>
      <w:bCs/>
      <w:i/>
      <w:iCs/>
      <w:color w:val="5B9BD5" w:themeColor="accent1"/>
      <w:lang w:val="en-US" w:eastAsia="en-US"/>
    </w:rPr>
  </w:style>
  <w:style w:type="character" w:customStyle="1" w:styleId="GlAlntChar">
    <w:name w:val="Güçlü Alıntı Char"/>
    <w:basedOn w:val="VarsaylanParagrafYazTipi"/>
    <w:link w:val="GlAlnt"/>
    <w:uiPriority w:val="30"/>
    <w:rsid w:val="00FD7DC6"/>
    <w:rPr>
      <w:b/>
      <w:bCs/>
      <w:i/>
      <w:iCs/>
      <w:color w:val="5B9BD5" w:themeColor="accent1"/>
      <w:lang w:val="en-US" w:eastAsia="en-US"/>
    </w:rPr>
  </w:style>
  <w:style w:type="character" w:styleId="HafifVurgulama">
    <w:name w:val="Subtle Emphasis"/>
    <w:basedOn w:val="VarsaylanParagrafYazTipi"/>
    <w:uiPriority w:val="19"/>
    <w:qFormat/>
    <w:rsid w:val="00FD7DC6"/>
    <w:rPr>
      <w:i/>
      <w:iCs/>
      <w:color w:val="808080" w:themeColor="text1" w:themeTint="7F"/>
    </w:rPr>
  </w:style>
  <w:style w:type="character" w:styleId="GlVurgulama">
    <w:name w:val="Intense Emphasis"/>
    <w:basedOn w:val="VarsaylanParagrafYazTipi"/>
    <w:uiPriority w:val="21"/>
    <w:qFormat/>
    <w:rsid w:val="00FD7DC6"/>
    <w:rPr>
      <w:b/>
      <w:bCs/>
      <w:i/>
      <w:iCs/>
      <w:color w:val="5B9BD5" w:themeColor="accent1"/>
    </w:rPr>
  </w:style>
  <w:style w:type="character" w:styleId="HafifBavuru">
    <w:name w:val="Subtle Reference"/>
    <w:basedOn w:val="VarsaylanParagrafYazTipi"/>
    <w:uiPriority w:val="31"/>
    <w:qFormat/>
    <w:rsid w:val="00FD7DC6"/>
    <w:rPr>
      <w:smallCaps/>
      <w:color w:val="ED7D31" w:themeColor="accent2"/>
      <w:u w:val="single"/>
    </w:rPr>
  </w:style>
  <w:style w:type="character" w:styleId="GlBavuru">
    <w:name w:val="Intense Reference"/>
    <w:basedOn w:val="VarsaylanParagrafYazTipi"/>
    <w:uiPriority w:val="32"/>
    <w:qFormat/>
    <w:rsid w:val="00FD7DC6"/>
    <w:rPr>
      <w:b/>
      <w:bCs/>
      <w:smallCaps/>
      <w:color w:val="ED7D31" w:themeColor="accent2"/>
      <w:spacing w:val="5"/>
      <w:u w:val="single"/>
    </w:rPr>
  </w:style>
  <w:style w:type="character" w:styleId="KitapBal">
    <w:name w:val="Book Title"/>
    <w:basedOn w:val="VarsaylanParagrafYazTipi"/>
    <w:uiPriority w:val="33"/>
    <w:qFormat/>
    <w:rsid w:val="00FD7DC6"/>
    <w:rPr>
      <w:b/>
      <w:bCs/>
      <w:smallCaps/>
      <w:spacing w:val="5"/>
    </w:rPr>
  </w:style>
  <w:style w:type="paragraph" w:styleId="TBal">
    <w:name w:val="TOC Heading"/>
    <w:basedOn w:val="Balk1"/>
    <w:next w:val="Normal"/>
    <w:uiPriority w:val="39"/>
    <w:semiHidden/>
    <w:unhideWhenUsed/>
    <w:qFormat/>
    <w:rsid w:val="00FD7DC6"/>
    <w:pPr>
      <w:outlineLvl w:val="9"/>
    </w:pPr>
  </w:style>
  <w:style w:type="table" w:styleId="AkGlgeleme">
    <w:name w:val="Light Shading"/>
    <w:basedOn w:val="NormalTablo"/>
    <w:uiPriority w:val="60"/>
    <w:rsid w:val="00FD7DC6"/>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D7DC6"/>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AkGlgeleme-Vurgu2">
    <w:name w:val="Light Shading Accent 2"/>
    <w:basedOn w:val="NormalTablo"/>
    <w:uiPriority w:val="60"/>
    <w:rsid w:val="00FD7DC6"/>
    <w:pPr>
      <w:spacing w:after="0" w:line="240" w:lineRule="auto"/>
    </w:pPr>
    <w:rPr>
      <w:color w:val="C45911" w:themeColor="accent2" w:themeShade="BF"/>
      <w:lang w:val="en-US"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FD7DC6"/>
    <w:pPr>
      <w:spacing w:after="0" w:line="240" w:lineRule="auto"/>
    </w:pPr>
    <w:rPr>
      <w:color w:val="7B7B7B" w:themeColor="accent3" w:themeShade="BF"/>
      <w:lang w:val="en-US"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AkGlgeleme-Vurgu4">
    <w:name w:val="Light Shading Accent 4"/>
    <w:basedOn w:val="NormalTablo"/>
    <w:uiPriority w:val="60"/>
    <w:rsid w:val="00FD7DC6"/>
    <w:pPr>
      <w:spacing w:after="0" w:line="240" w:lineRule="auto"/>
    </w:pPr>
    <w:rPr>
      <w:color w:val="BF8F00" w:themeColor="accent4" w:themeShade="BF"/>
      <w:lang w:val="en-US"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AkGlgeleme-Vurgu5">
    <w:name w:val="Light Shading Accent 5"/>
    <w:basedOn w:val="NormalTablo"/>
    <w:uiPriority w:val="60"/>
    <w:rsid w:val="00FD7DC6"/>
    <w:pPr>
      <w:spacing w:after="0" w:line="240" w:lineRule="auto"/>
    </w:pPr>
    <w:rPr>
      <w:color w:val="2F5496" w:themeColor="accent5" w:themeShade="BF"/>
      <w:lang w:val="en-US"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kGlgeleme-Vurgu6">
    <w:name w:val="Light Shading Accent 6"/>
    <w:basedOn w:val="NormalTablo"/>
    <w:uiPriority w:val="60"/>
    <w:rsid w:val="00FD7DC6"/>
    <w:pPr>
      <w:spacing w:after="0" w:line="240" w:lineRule="auto"/>
    </w:pPr>
    <w:rPr>
      <w:color w:val="538135" w:themeColor="accent6" w:themeShade="BF"/>
      <w:lang w:val="en-US"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kListe">
    <w:name w:val="Light List"/>
    <w:basedOn w:val="NormalTablo"/>
    <w:uiPriority w:val="61"/>
    <w:rsid w:val="00FD7DC6"/>
    <w:pPr>
      <w:spacing w:after="0"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D7DC6"/>
    <w:pPr>
      <w:spacing w:after="0" w:line="240" w:lineRule="auto"/>
    </w:pPr>
    <w:rPr>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AkListe-Vurgu2">
    <w:name w:val="Light List Accent 2"/>
    <w:basedOn w:val="NormalTablo"/>
    <w:uiPriority w:val="61"/>
    <w:rsid w:val="00FD7DC6"/>
    <w:pPr>
      <w:spacing w:after="0" w:line="240" w:lineRule="auto"/>
    </w:pPr>
    <w:rPr>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3">
    <w:name w:val="Light List Accent 3"/>
    <w:basedOn w:val="NormalTablo"/>
    <w:uiPriority w:val="61"/>
    <w:rsid w:val="00FD7DC6"/>
    <w:pPr>
      <w:spacing w:after="0" w:line="240" w:lineRule="auto"/>
    </w:pPr>
    <w:rPr>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AkListe-Vurgu4">
    <w:name w:val="Light List Accent 4"/>
    <w:basedOn w:val="NormalTablo"/>
    <w:uiPriority w:val="61"/>
    <w:rsid w:val="00FD7DC6"/>
    <w:pPr>
      <w:spacing w:after="0" w:line="240" w:lineRule="auto"/>
    </w:pPr>
    <w:rPr>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AkListe-Vurgu5">
    <w:name w:val="Light List Accent 5"/>
    <w:basedOn w:val="NormalTablo"/>
    <w:uiPriority w:val="61"/>
    <w:rsid w:val="00FD7DC6"/>
    <w:pPr>
      <w:spacing w:after="0" w:line="240" w:lineRule="auto"/>
    </w:pPr>
    <w:rPr>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AkListe-Vurgu6">
    <w:name w:val="Light List Accent 6"/>
    <w:basedOn w:val="NormalTablo"/>
    <w:uiPriority w:val="61"/>
    <w:rsid w:val="00FD7DC6"/>
    <w:pPr>
      <w:spacing w:after="0" w:line="240" w:lineRule="auto"/>
    </w:pPr>
    <w:rPr>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kKlavuz">
    <w:name w:val="Light Grid"/>
    <w:basedOn w:val="NormalTablo"/>
    <w:uiPriority w:val="62"/>
    <w:rsid w:val="00FD7DC6"/>
    <w:pPr>
      <w:spacing w:after="0"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FD7DC6"/>
    <w:pPr>
      <w:spacing w:after="0" w:line="240" w:lineRule="auto"/>
    </w:pPr>
    <w:rPr>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AkKlavuz-Vurgu2">
    <w:name w:val="Light Grid Accent 2"/>
    <w:basedOn w:val="NormalTablo"/>
    <w:uiPriority w:val="62"/>
    <w:rsid w:val="00FD7DC6"/>
    <w:pPr>
      <w:spacing w:after="0" w:line="240" w:lineRule="auto"/>
    </w:pPr>
    <w:rPr>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AkKlavuz-Vurgu3">
    <w:name w:val="Light Grid Accent 3"/>
    <w:basedOn w:val="NormalTablo"/>
    <w:uiPriority w:val="62"/>
    <w:rsid w:val="00FD7DC6"/>
    <w:pPr>
      <w:spacing w:after="0" w:line="240" w:lineRule="auto"/>
    </w:pPr>
    <w:rPr>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AkKlavuz-Vurgu4">
    <w:name w:val="Light Grid Accent 4"/>
    <w:basedOn w:val="NormalTablo"/>
    <w:uiPriority w:val="62"/>
    <w:rsid w:val="00FD7DC6"/>
    <w:pPr>
      <w:spacing w:after="0" w:line="240" w:lineRule="auto"/>
    </w:pPr>
    <w:rPr>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AkKlavuz-Vurgu5">
    <w:name w:val="Light Grid Accent 5"/>
    <w:basedOn w:val="NormalTablo"/>
    <w:uiPriority w:val="62"/>
    <w:rsid w:val="00FD7DC6"/>
    <w:pPr>
      <w:spacing w:after="0" w:line="240" w:lineRule="auto"/>
    </w:pPr>
    <w:rPr>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AkKlavuz-Vurgu6">
    <w:name w:val="Light Grid Accent 6"/>
    <w:basedOn w:val="NormalTablo"/>
    <w:uiPriority w:val="62"/>
    <w:rsid w:val="00FD7DC6"/>
    <w:pPr>
      <w:spacing w:after="0" w:line="240" w:lineRule="auto"/>
    </w:pPr>
    <w:rPr>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OrtaGlgeleme1">
    <w:name w:val="Medium Shading 1"/>
    <w:basedOn w:val="NormalTablo"/>
    <w:uiPriority w:val="63"/>
    <w:rsid w:val="00FD7DC6"/>
    <w:pPr>
      <w:spacing w:after="0" w:line="240" w:lineRule="auto"/>
    </w:pPr>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FD7DC6"/>
    <w:pPr>
      <w:spacing w:after="0" w:line="240" w:lineRule="auto"/>
    </w:pPr>
    <w:rPr>
      <w:lang w:val="en-U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FD7DC6"/>
    <w:pPr>
      <w:spacing w:after="0" w:line="240" w:lineRule="auto"/>
    </w:pPr>
    <w:rPr>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FD7DC6"/>
    <w:pPr>
      <w:spacing w:after="0" w:line="240" w:lineRule="auto"/>
    </w:pPr>
    <w:rPr>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FD7DC6"/>
    <w:pPr>
      <w:spacing w:after="0" w:line="240" w:lineRule="auto"/>
    </w:pPr>
    <w:rPr>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FD7DC6"/>
    <w:pPr>
      <w:spacing w:after="0" w:line="240" w:lineRule="auto"/>
    </w:pPr>
    <w:rPr>
      <w:lang w:val="en-US"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FD7DC6"/>
    <w:pPr>
      <w:spacing w:after="0" w:line="240" w:lineRule="auto"/>
    </w:pPr>
    <w:rPr>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OrtaListe1-Vurgu2">
    <w:name w:val="Medium List 1 Accent 2"/>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OrtaListe1-Vurgu3">
    <w:name w:val="Medium List 1 Accent 3"/>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OrtaListe1-Vurgu4">
    <w:name w:val="Medium List 1 Accent 4"/>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OrtaListe1-Vurgu5">
    <w:name w:val="Medium List 1 Accent 5"/>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OrtaListe1-Vurgu6">
    <w:name w:val="Medium List 1 Accent 6"/>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OrtaListe2">
    <w:name w:val="Medium List 2"/>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FD7DC6"/>
    <w:pPr>
      <w:spacing w:after="0" w:line="240" w:lineRule="auto"/>
    </w:pPr>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FD7DC6"/>
    <w:pPr>
      <w:spacing w:after="0" w:line="240" w:lineRule="auto"/>
    </w:pPr>
    <w:rPr>
      <w:lang w:val="en-U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OrtaKlavuz1-Vurgu2">
    <w:name w:val="Medium Grid 1 Accent 2"/>
    <w:basedOn w:val="NormalTablo"/>
    <w:uiPriority w:val="67"/>
    <w:rsid w:val="00FD7DC6"/>
    <w:pPr>
      <w:spacing w:after="0" w:line="240" w:lineRule="auto"/>
    </w:pPr>
    <w:rPr>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OrtaKlavuz1-Vurgu3">
    <w:name w:val="Medium Grid 1 Accent 3"/>
    <w:basedOn w:val="NormalTablo"/>
    <w:uiPriority w:val="67"/>
    <w:rsid w:val="00FD7DC6"/>
    <w:pPr>
      <w:spacing w:after="0" w:line="240" w:lineRule="auto"/>
    </w:pPr>
    <w:rPr>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OrtaKlavuz1-Vurgu4">
    <w:name w:val="Medium Grid 1 Accent 4"/>
    <w:basedOn w:val="NormalTablo"/>
    <w:uiPriority w:val="67"/>
    <w:rsid w:val="00FD7DC6"/>
    <w:pPr>
      <w:spacing w:after="0" w:line="240" w:lineRule="auto"/>
    </w:pPr>
    <w:rPr>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OrtaKlavuz1-Vurgu5">
    <w:name w:val="Medium Grid 1 Accent 5"/>
    <w:basedOn w:val="NormalTablo"/>
    <w:uiPriority w:val="67"/>
    <w:rsid w:val="00FD7DC6"/>
    <w:pPr>
      <w:spacing w:after="0" w:line="240" w:lineRule="auto"/>
    </w:pPr>
    <w:rPr>
      <w:lang w:val="en-US"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OrtaKlavuz1-Vurgu6">
    <w:name w:val="Medium Grid 1 Accent 6"/>
    <w:basedOn w:val="NormalTablo"/>
    <w:uiPriority w:val="67"/>
    <w:rsid w:val="00FD7DC6"/>
    <w:pPr>
      <w:spacing w:after="0" w:line="240" w:lineRule="auto"/>
    </w:pPr>
    <w:rPr>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OrtaKlavuz2">
    <w:name w:val="Medium Grid 2"/>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OrtaKlavuz3-Vurgu2">
    <w:name w:val="Medium Grid 3 Accent 2"/>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OrtaKlavuz3-Vurgu3">
    <w:name w:val="Medium Grid 3 Accent 3"/>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OrtaKlavuz3-Vurgu4">
    <w:name w:val="Medium Grid 3 Accent 4"/>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OrtaKlavuz3-Vurgu5">
    <w:name w:val="Medium Grid 3 Accent 5"/>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OrtaKlavuz3-Vurgu6">
    <w:name w:val="Medium Grid 3 Accent 6"/>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KoyuListe">
    <w:name w:val="Dark List"/>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KoyuListe-Vurgu2">
    <w:name w:val="Dark List Accent 2"/>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KoyuListe-Vurgu3">
    <w:name w:val="Dark List Accent 3"/>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KoyuListe-Vurgu4">
    <w:name w:val="Dark List Accent 4"/>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KoyuListe-Vurgu5">
    <w:name w:val="Dark List Accent 5"/>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KoyuListe-Vurgu6">
    <w:name w:val="Dark List Accent 6"/>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RenkliGlgeleme">
    <w:name w:val="Colorful Shading"/>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RenkliGlgeleme-Vurgu4">
    <w:name w:val="Colorful Shading Accent 4"/>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RenkliListe-Vurgu2">
    <w:name w:val="Colorful List Accent 2"/>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RenkliListe-Vurgu3">
    <w:name w:val="Colorful List Accent 3"/>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RenkliListe-Vurgu4">
    <w:name w:val="Colorful List Accent 4"/>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RenkliListe-Vurgu5">
    <w:name w:val="Colorful List Accent 5"/>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RenkliListe-Vurgu6">
    <w:name w:val="Colorful List Accent 6"/>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RenkliKlavuz">
    <w:name w:val="Colorful Grid"/>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nkliKlavuz-Vurgu2">
    <w:name w:val="Colorful Grid Accent 2"/>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nkliKlavuz-Vurgu3">
    <w:name w:val="Colorful Grid Accent 3"/>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nkliKlavuz-Vurgu4">
    <w:name w:val="Colorful Grid Accent 4"/>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nkliKlavuz-Vurgu5">
    <w:name w:val="Colorful Grid Accent 5"/>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nkliKlavuz-Vurgu6">
    <w:name w:val="Colorful Grid Accent 6"/>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msonormal0">
    <w:name w:val="msonormal"/>
    <w:basedOn w:val="Normal"/>
    <w:rsid w:val="00B80B2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intensequote">
    <w:name w:val="msointensequote"/>
    <w:basedOn w:val="Normal"/>
    <w:next w:val="Normal"/>
    <w:uiPriority w:val="30"/>
    <w:qFormat/>
    <w:rsid w:val="00B80B2E"/>
    <w:pPr>
      <w:pBdr>
        <w:bottom w:val="single" w:sz="4" w:space="4" w:color="5B9BD5" w:themeColor="accent1"/>
      </w:pBdr>
      <w:spacing w:before="200" w:after="280" w:line="276" w:lineRule="auto"/>
      <w:ind w:left="936" w:right="936"/>
    </w:pPr>
    <w:rPr>
      <w:rFonts w:ascii="Times New Roman" w:eastAsiaTheme="minorEastAsia" w:hAnsi="Times New Roman" w:cs="Times New Roman"/>
      <w:b/>
      <w:bCs/>
      <w:i/>
      <w:iCs/>
      <w:color w:val="5B9BD5" w:themeColor="accent1"/>
      <w:sz w:val="24"/>
    </w:rPr>
  </w:style>
  <w:style w:type="character" w:customStyle="1" w:styleId="msointenseemphasis">
    <w:name w:val="msointenseemphasis"/>
    <w:basedOn w:val="VarsaylanParagrafYazTipi"/>
    <w:uiPriority w:val="21"/>
    <w:qFormat/>
    <w:rsid w:val="00B80B2E"/>
    <w:rPr>
      <w:b/>
      <w:bCs/>
      <w:i/>
      <w:iCs/>
      <w:color w:val="5B9BD5" w:themeColor="accent1"/>
    </w:rPr>
  </w:style>
  <w:style w:type="character" w:customStyle="1" w:styleId="msointensereference">
    <w:name w:val="msointensereference"/>
    <w:basedOn w:val="VarsaylanParagrafYazTipi"/>
    <w:uiPriority w:val="32"/>
    <w:qFormat/>
    <w:rsid w:val="00B80B2E"/>
    <w:rPr>
      <w:b/>
      <w:bCs/>
      <w:smallCaps/>
      <w:color w:val="ED7D31" w:themeColor="accent2"/>
      <w:spacing w:val="5"/>
      <w:u w:val="single"/>
    </w:rPr>
  </w:style>
  <w:style w:type="character" w:customStyle="1" w:styleId="GlAlntChar1">
    <w:name w:val="Güçlü Alıntı Char1"/>
    <w:basedOn w:val="VarsaylanParagrafYazTipi"/>
    <w:uiPriority w:val="30"/>
    <w:rsid w:val="00B80B2E"/>
    <w:rPr>
      <w:rFonts w:ascii="Times New Roman" w:hAnsi="Times New Roman"/>
      <w:i/>
      <w:iCs/>
      <w:color w:val="2E74B5" w:themeColor="accent1" w:themeShade="BF"/>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1675">
      <w:bodyDiv w:val="1"/>
      <w:marLeft w:val="0"/>
      <w:marRight w:val="0"/>
      <w:marTop w:val="0"/>
      <w:marBottom w:val="0"/>
      <w:divBdr>
        <w:top w:val="none" w:sz="0" w:space="0" w:color="auto"/>
        <w:left w:val="none" w:sz="0" w:space="0" w:color="auto"/>
        <w:bottom w:val="none" w:sz="0" w:space="0" w:color="auto"/>
        <w:right w:val="none" w:sz="0" w:space="0" w:color="auto"/>
      </w:divBdr>
    </w:div>
    <w:div w:id="212234487">
      <w:bodyDiv w:val="1"/>
      <w:marLeft w:val="0"/>
      <w:marRight w:val="0"/>
      <w:marTop w:val="0"/>
      <w:marBottom w:val="0"/>
      <w:divBdr>
        <w:top w:val="none" w:sz="0" w:space="0" w:color="auto"/>
        <w:left w:val="none" w:sz="0" w:space="0" w:color="auto"/>
        <w:bottom w:val="none" w:sz="0" w:space="0" w:color="auto"/>
        <w:right w:val="none" w:sz="0" w:space="0" w:color="auto"/>
      </w:divBdr>
    </w:div>
    <w:div w:id="452943214">
      <w:bodyDiv w:val="1"/>
      <w:marLeft w:val="0"/>
      <w:marRight w:val="0"/>
      <w:marTop w:val="0"/>
      <w:marBottom w:val="0"/>
      <w:divBdr>
        <w:top w:val="none" w:sz="0" w:space="0" w:color="auto"/>
        <w:left w:val="none" w:sz="0" w:space="0" w:color="auto"/>
        <w:bottom w:val="none" w:sz="0" w:space="0" w:color="auto"/>
        <w:right w:val="none" w:sz="0" w:space="0" w:color="auto"/>
      </w:divBdr>
    </w:div>
    <w:div w:id="667901485">
      <w:bodyDiv w:val="1"/>
      <w:marLeft w:val="0"/>
      <w:marRight w:val="0"/>
      <w:marTop w:val="0"/>
      <w:marBottom w:val="0"/>
      <w:divBdr>
        <w:top w:val="none" w:sz="0" w:space="0" w:color="auto"/>
        <w:left w:val="none" w:sz="0" w:space="0" w:color="auto"/>
        <w:bottom w:val="none" w:sz="0" w:space="0" w:color="auto"/>
        <w:right w:val="none" w:sz="0" w:space="0" w:color="auto"/>
      </w:divBdr>
    </w:div>
    <w:div w:id="674458791">
      <w:bodyDiv w:val="1"/>
      <w:marLeft w:val="0"/>
      <w:marRight w:val="0"/>
      <w:marTop w:val="0"/>
      <w:marBottom w:val="0"/>
      <w:divBdr>
        <w:top w:val="none" w:sz="0" w:space="0" w:color="auto"/>
        <w:left w:val="none" w:sz="0" w:space="0" w:color="auto"/>
        <w:bottom w:val="none" w:sz="0" w:space="0" w:color="auto"/>
        <w:right w:val="none" w:sz="0" w:space="0" w:color="auto"/>
      </w:divBdr>
    </w:div>
    <w:div w:id="1157845524">
      <w:bodyDiv w:val="1"/>
      <w:marLeft w:val="0"/>
      <w:marRight w:val="0"/>
      <w:marTop w:val="0"/>
      <w:marBottom w:val="0"/>
      <w:divBdr>
        <w:top w:val="none" w:sz="0" w:space="0" w:color="auto"/>
        <w:left w:val="none" w:sz="0" w:space="0" w:color="auto"/>
        <w:bottom w:val="none" w:sz="0" w:space="0" w:color="auto"/>
        <w:right w:val="none" w:sz="0" w:space="0" w:color="auto"/>
      </w:divBdr>
    </w:div>
    <w:div w:id="1165902914">
      <w:bodyDiv w:val="1"/>
      <w:marLeft w:val="0"/>
      <w:marRight w:val="0"/>
      <w:marTop w:val="0"/>
      <w:marBottom w:val="0"/>
      <w:divBdr>
        <w:top w:val="none" w:sz="0" w:space="0" w:color="auto"/>
        <w:left w:val="none" w:sz="0" w:space="0" w:color="auto"/>
        <w:bottom w:val="none" w:sz="0" w:space="0" w:color="auto"/>
        <w:right w:val="none" w:sz="0" w:space="0" w:color="auto"/>
      </w:divBdr>
    </w:div>
    <w:div w:id="1417553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4EAAC-B4AE-4421-8BF7-C50F603F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5</Pages>
  <Words>912</Words>
  <Characters>6445</Characters>
  <Application>Microsoft Office Word</Application>
  <DocSecurity>0</DocSecurity>
  <Lines>280</Lines>
  <Paragraphs>167</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cp:lastModifiedBy>Osman Aday</cp:lastModifiedBy>
  <cp:revision>12</cp:revision>
  <dcterms:created xsi:type="dcterms:W3CDTF">2026-01-30T10:12:00Z</dcterms:created>
  <dcterms:modified xsi:type="dcterms:W3CDTF">2026-02-04T12:27:00Z</dcterms:modified>
</cp:coreProperties>
</file>