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4EBF" w14:textId="77777777" w:rsidR="00CA7303" w:rsidRPr="00B80B2E" w:rsidRDefault="00752C2D">
      <w:pPr>
        <w:spacing w:after="0"/>
        <w:ind w:left="-1419" w:right="10490"/>
      </w:pPr>
      <w:r w:rsidRPr="00B80B2E">
        <w:rPr>
          <w:noProof/>
        </w:rPr>
        <mc:AlternateContent>
          <mc:Choice Requires="wpg">
            <w:drawing>
              <wp:anchor distT="0" distB="0" distL="114300" distR="114300" simplePos="0" relativeHeight="251658240" behindDoc="0" locked="0" layoutInCell="1" allowOverlap="1" wp14:anchorId="55705F0C" wp14:editId="5C139DDB">
                <wp:simplePos x="0" y="0"/>
                <wp:positionH relativeFrom="page">
                  <wp:posOffset>0</wp:posOffset>
                </wp:positionH>
                <wp:positionV relativeFrom="page">
                  <wp:posOffset>0</wp:posOffset>
                </wp:positionV>
                <wp:extent cx="8044440" cy="10692382"/>
                <wp:effectExtent l="0" t="0" r="0" b="0"/>
                <wp:wrapTopAndBottom/>
                <wp:docPr id="37857" name="Group 37857"/>
                <wp:cNvGraphicFramePr/>
                <a:graphic xmlns:a="http://schemas.openxmlformats.org/drawingml/2006/main">
                  <a:graphicData uri="http://schemas.microsoft.com/office/word/2010/wordprocessingGroup">
                    <wpg:wgp>
                      <wpg:cNvGrpSpPr/>
                      <wpg:grpSpPr>
                        <a:xfrm>
                          <a:off x="0" y="0"/>
                          <a:ext cx="8044440" cy="10692382"/>
                          <a:chOff x="0" y="0"/>
                          <a:chExt cx="8044440" cy="10692382"/>
                        </a:xfrm>
                      </wpg:grpSpPr>
                      <wps:wsp>
                        <wps:cNvPr id="6" name="Rectangle 6"/>
                        <wps:cNvSpPr/>
                        <wps:spPr>
                          <a:xfrm>
                            <a:off x="900989" y="9462244"/>
                            <a:ext cx="51841" cy="175277"/>
                          </a:xfrm>
                          <a:prstGeom prst="rect">
                            <a:avLst/>
                          </a:prstGeom>
                          <a:ln>
                            <a:noFill/>
                          </a:ln>
                        </wps:spPr>
                        <wps:txbx>
                          <w:txbxContent>
                            <w:p w14:paraId="68332849" w14:textId="77777777" w:rsidR="0066682C" w:rsidRPr="00B80B2E" w:rsidRDefault="0066682C">
                              <w:r w:rsidRPr="00B80B2E">
                                <w:rPr>
                                  <w:rFonts w:ascii="Arial" w:eastAsia="Arial" w:hAnsi="Arial" w:cs="Arial"/>
                                </w:rPr>
                                <w:t xml:space="preserve"> </w:t>
                              </w:r>
                            </w:p>
                          </w:txbxContent>
                        </wps:txbx>
                        <wps:bodyPr horzOverflow="overflow" vert="horz" lIns="0" tIns="0" rIns="0" bIns="0" rtlCol="0">
                          <a:noAutofit/>
                        </wps:bodyPr>
                      </wps:wsp>
                      <wps:wsp>
                        <wps:cNvPr id="7" name="Rectangle 7"/>
                        <wps:cNvSpPr/>
                        <wps:spPr>
                          <a:xfrm>
                            <a:off x="2730119" y="9432668"/>
                            <a:ext cx="37855" cy="227633"/>
                          </a:xfrm>
                          <a:prstGeom prst="rect">
                            <a:avLst/>
                          </a:prstGeom>
                          <a:ln>
                            <a:noFill/>
                          </a:ln>
                        </wps:spPr>
                        <wps:txbx>
                          <w:txbxContent>
                            <w:p w14:paraId="6C1EEF08" w14:textId="77777777" w:rsidR="0066682C" w:rsidRPr="00B80B2E" w:rsidRDefault="0066682C">
                              <w:r w:rsidRPr="00B80B2E">
                                <w:t xml:space="preserve">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8"/>
                          <a:stretch>
                            <a:fillRect/>
                          </a:stretch>
                        </pic:blipFill>
                        <pic:spPr>
                          <a:xfrm>
                            <a:off x="0" y="2129409"/>
                            <a:ext cx="3568827" cy="6431026"/>
                          </a:xfrm>
                          <a:prstGeom prst="rect">
                            <a:avLst/>
                          </a:prstGeom>
                        </pic:spPr>
                      </pic:pic>
                      <wps:wsp>
                        <wps:cNvPr id="10" name="Shape 10"/>
                        <wps:cNvSpPr/>
                        <wps:spPr>
                          <a:xfrm>
                            <a:off x="0" y="7075551"/>
                            <a:ext cx="4290187" cy="3616830"/>
                          </a:xfrm>
                          <a:custGeom>
                            <a:avLst/>
                            <a:gdLst/>
                            <a:ahLst/>
                            <a:cxnLst/>
                            <a:rect l="0" t="0" r="0" b="0"/>
                            <a:pathLst>
                              <a:path w="4290187" h="3616830">
                                <a:moveTo>
                                  <a:pt x="2436368" y="0"/>
                                </a:moveTo>
                                <a:lnTo>
                                  <a:pt x="4290187" y="1853946"/>
                                </a:lnTo>
                                <a:lnTo>
                                  <a:pt x="2527302" y="3616830"/>
                                </a:lnTo>
                                <a:lnTo>
                                  <a:pt x="0" y="3616830"/>
                                </a:lnTo>
                                <a:lnTo>
                                  <a:pt x="0" y="2436457"/>
                                </a:lnTo>
                                <a:lnTo>
                                  <a:pt x="2436368"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59013" name="Shape 59013"/>
                        <wps:cNvSpPr/>
                        <wps:spPr>
                          <a:xfrm>
                            <a:off x="1421638" y="8423656"/>
                            <a:ext cx="6133593" cy="2268726"/>
                          </a:xfrm>
                          <a:custGeom>
                            <a:avLst/>
                            <a:gdLst/>
                            <a:ahLst/>
                            <a:cxnLst/>
                            <a:rect l="0" t="0" r="0" b="0"/>
                            <a:pathLst>
                              <a:path w="6133593" h="2268726">
                                <a:moveTo>
                                  <a:pt x="0" y="0"/>
                                </a:moveTo>
                                <a:lnTo>
                                  <a:pt x="6133593" y="0"/>
                                </a:lnTo>
                                <a:lnTo>
                                  <a:pt x="6133593" y="2268726"/>
                                </a:lnTo>
                                <a:lnTo>
                                  <a:pt x="0" y="2268726"/>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2" name="Shape 12"/>
                        <wps:cNvSpPr/>
                        <wps:spPr>
                          <a:xfrm>
                            <a:off x="608876" y="0"/>
                            <a:ext cx="4513796" cy="3628136"/>
                          </a:xfrm>
                          <a:custGeom>
                            <a:avLst/>
                            <a:gdLst/>
                            <a:ahLst/>
                            <a:cxnLst/>
                            <a:rect l="0" t="0" r="0" b="0"/>
                            <a:pathLst>
                              <a:path w="4513796" h="3628136">
                                <a:moveTo>
                                  <a:pt x="1976590" y="0"/>
                                </a:moveTo>
                                <a:lnTo>
                                  <a:pt x="3748367" y="0"/>
                                </a:lnTo>
                                <a:lnTo>
                                  <a:pt x="4513796" y="765556"/>
                                </a:lnTo>
                                <a:lnTo>
                                  <a:pt x="1651343" y="3628136"/>
                                </a:lnTo>
                                <a:lnTo>
                                  <a:pt x="0" y="1976627"/>
                                </a:lnTo>
                                <a:lnTo>
                                  <a:pt x="197659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59014" name="Shape 59014"/>
                        <wps:cNvSpPr/>
                        <wps:spPr>
                          <a:xfrm>
                            <a:off x="2797429" y="0"/>
                            <a:ext cx="4757801" cy="1541907"/>
                          </a:xfrm>
                          <a:custGeom>
                            <a:avLst/>
                            <a:gdLst/>
                            <a:ahLst/>
                            <a:cxnLst/>
                            <a:rect l="0" t="0" r="0" b="0"/>
                            <a:pathLst>
                              <a:path w="4757801" h="1541907">
                                <a:moveTo>
                                  <a:pt x="0" y="0"/>
                                </a:moveTo>
                                <a:lnTo>
                                  <a:pt x="4757801" y="0"/>
                                </a:lnTo>
                                <a:lnTo>
                                  <a:pt x="4757801" y="1541907"/>
                                </a:lnTo>
                                <a:lnTo>
                                  <a:pt x="0" y="1541907"/>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15" name="Picture 15"/>
                          <pic:cNvPicPr/>
                        </pic:nvPicPr>
                        <pic:blipFill>
                          <a:blip r:embed="rId9"/>
                          <a:stretch>
                            <a:fillRect/>
                          </a:stretch>
                        </pic:blipFill>
                        <pic:spPr>
                          <a:xfrm>
                            <a:off x="0" y="7079120"/>
                            <a:ext cx="2800858" cy="3282569"/>
                          </a:xfrm>
                          <a:prstGeom prst="rect">
                            <a:avLst/>
                          </a:prstGeom>
                        </pic:spPr>
                      </pic:pic>
                      <pic:pic xmlns:pic="http://schemas.openxmlformats.org/drawingml/2006/picture">
                        <pic:nvPicPr>
                          <pic:cNvPr id="17" name="Picture 17"/>
                          <pic:cNvPicPr/>
                        </pic:nvPicPr>
                        <pic:blipFill>
                          <a:blip r:embed="rId10"/>
                          <a:stretch>
                            <a:fillRect/>
                          </a:stretch>
                        </pic:blipFill>
                        <pic:spPr>
                          <a:xfrm>
                            <a:off x="608521" y="0"/>
                            <a:ext cx="2477770" cy="2267585"/>
                          </a:xfrm>
                          <a:prstGeom prst="rect">
                            <a:avLst/>
                          </a:prstGeom>
                        </pic:spPr>
                      </pic:pic>
                      <wps:wsp>
                        <wps:cNvPr id="18" name="Shape 18"/>
                        <wps:cNvSpPr/>
                        <wps:spPr>
                          <a:xfrm>
                            <a:off x="2646680" y="5934583"/>
                            <a:ext cx="1843659" cy="1843913"/>
                          </a:xfrm>
                          <a:custGeom>
                            <a:avLst/>
                            <a:gdLst/>
                            <a:ahLst/>
                            <a:cxnLst/>
                            <a:rect l="0" t="0" r="0" b="0"/>
                            <a:pathLst>
                              <a:path w="1843659" h="1843913">
                                <a:moveTo>
                                  <a:pt x="921893" y="0"/>
                                </a:moveTo>
                                <a:lnTo>
                                  <a:pt x="1843659" y="921893"/>
                                </a:lnTo>
                                <a:lnTo>
                                  <a:pt x="921893" y="1843913"/>
                                </a:lnTo>
                                <a:lnTo>
                                  <a:pt x="0" y="921893"/>
                                </a:lnTo>
                                <a:lnTo>
                                  <a:pt x="921893"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9" name="Shape 19"/>
                        <wps:cNvSpPr/>
                        <wps:spPr>
                          <a:xfrm>
                            <a:off x="6407404" y="6594094"/>
                            <a:ext cx="727203" cy="0"/>
                          </a:xfrm>
                          <a:custGeom>
                            <a:avLst/>
                            <a:gdLst/>
                            <a:ahLst/>
                            <a:cxnLst/>
                            <a:rect l="0" t="0" r="0" b="0"/>
                            <a:pathLst>
                              <a:path w="727203">
                                <a:moveTo>
                                  <a:pt x="0" y="0"/>
                                </a:moveTo>
                                <a:lnTo>
                                  <a:pt x="727203"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0" name="Shape 20"/>
                        <wps:cNvSpPr/>
                        <wps:spPr>
                          <a:xfrm>
                            <a:off x="3428492" y="1904746"/>
                            <a:ext cx="34925" cy="34925"/>
                          </a:xfrm>
                          <a:custGeom>
                            <a:avLst/>
                            <a:gdLst/>
                            <a:ahLst/>
                            <a:cxnLst/>
                            <a:rect l="0" t="0" r="0" b="0"/>
                            <a:pathLst>
                              <a:path w="34925" h="34925">
                                <a:moveTo>
                                  <a:pt x="17526" y="0"/>
                                </a:moveTo>
                                <a:cubicBezTo>
                                  <a:pt x="27178" y="0"/>
                                  <a:pt x="34925" y="7747"/>
                                  <a:pt x="34925" y="17399"/>
                                </a:cubicBezTo>
                                <a:cubicBezTo>
                                  <a:pt x="34925"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1" name="Shape 21"/>
                        <wps:cNvSpPr/>
                        <wps:spPr>
                          <a:xfrm>
                            <a:off x="3243326" y="1904746"/>
                            <a:ext cx="35052" cy="34925"/>
                          </a:xfrm>
                          <a:custGeom>
                            <a:avLst/>
                            <a:gdLst/>
                            <a:ahLst/>
                            <a:cxnLst/>
                            <a:rect l="0" t="0" r="0" b="0"/>
                            <a:pathLst>
                              <a:path w="35052" h="34925">
                                <a:moveTo>
                                  <a:pt x="17526" y="0"/>
                                </a:moveTo>
                                <a:cubicBezTo>
                                  <a:pt x="27178" y="0"/>
                                  <a:pt x="35052" y="7747"/>
                                  <a:pt x="35052" y="17399"/>
                                </a:cubicBezTo>
                                <a:cubicBezTo>
                                  <a:pt x="35052"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2" name="Shape 22"/>
                        <wps:cNvSpPr/>
                        <wps:spPr>
                          <a:xfrm>
                            <a:off x="3058414" y="1904746"/>
                            <a:ext cx="35179" cy="34925"/>
                          </a:xfrm>
                          <a:custGeom>
                            <a:avLst/>
                            <a:gdLst/>
                            <a:ahLst/>
                            <a:cxnLst/>
                            <a:rect l="0" t="0" r="0" b="0"/>
                            <a:pathLst>
                              <a:path w="35179" h="34925">
                                <a:moveTo>
                                  <a:pt x="17399" y="0"/>
                                </a:moveTo>
                                <a:cubicBezTo>
                                  <a:pt x="17526" y="0"/>
                                  <a:pt x="17653" y="0"/>
                                  <a:pt x="17780" y="0"/>
                                </a:cubicBezTo>
                                <a:cubicBezTo>
                                  <a:pt x="27432" y="127"/>
                                  <a:pt x="35179" y="8001"/>
                                  <a:pt x="35052" y="17653"/>
                                </a:cubicBezTo>
                                <a:cubicBezTo>
                                  <a:pt x="34925" y="27178"/>
                                  <a:pt x="27178" y="34798"/>
                                  <a:pt x="17653" y="34925"/>
                                </a:cubicBezTo>
                                <a:cubicBezTo>
                                  <a:pt x="8001" y="34925"/>
                                  <a:pt x="127" y="27178"/>
                                  <a:pt x="0" y="17526"/>
                                </a:cubicBezTo>
                                <a:cubicBezTo>
                                  <a:pt x="0" y="7874"/>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2873121" y="1904746"/>
                            <a:ext cx="35052" cy="34925"/>
                          </a:xfrm>
                          <a:custGeom>
                            <a:avLst/>
                            <a:gdLst/>
                            <a:ahLst/>
                            <a:cxnLst/>
                            <a:rect l="0" t="0" r="0" b="0"/>
                            <a:pathLst>
                              <a:path w="35052" h="34925">
                                <a:moveTo>
                                  <a:pt x="17653" y="0"/>
                                </a:moveTo>
                                <a:cubicBezTo>
                                  <a:pt x="27178" y="0"/>
                                  <a:pt x="35052" y="7747"/>
                                  <a:pt x="35052" y="17399"/>
                                </a:cubicBezTo>
                                <a:cubicBezTo>
                                  <a:pt x="35052" y="17399"/>
                                  <a:pt x="35052" y="17399"/>
                                  <a:pt x="35052" y="17526"/>
                                </a:cubicBezTo>
                                <a:cubicBezTo>
                                  <a:pt x="35052" y="27178"/>
                                  <a:pt x="27178" y="34925"/>
                                  <a:pt x="17526" y="34925"/>
                                </a:cubicBezTo>
                                <a:cubicBezTo>
                                  <a:pt x="7874" y="34925"/>
                                  <a:pt x="0" y="27051"/>
                                  <a:pt x="0" y="17399"/>
                                </a:cubicBezTo>
                                <a:cubicBezTo>
                                  <a:pt x="127" y="7747"/>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2688082" y="1904746"/>
                            <a:ext cx="35052" cy="34925"/>
                          </a:xfrm>
                          <a:custGeom>
                            <a:avLst/>
                            <a:gdLst/>
                            <a:ahLst/>
                            <a:cxnLst/>
                            <a:rect l="0" t="0" r="0" b="0"/>
                            <a:pathLst>
                              <a:path w="35052" h="34925">
                                <a:moveTo>
                                  <a:pt x="17526" y="0"/>
                                </a:moveTo>
                                <a:cubicBezTo>
                                  <a:pt x="27178" y="0"/>
                                  <a:pt x="35052" y="7747"/>
                                  <a:pt x="35052" y="17399"/>
                                </a:cubicBezTo>
                                <a:cubicBezTo>
                                  <a:pt x="35052"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503043" y="1904746"/>
                            <a:ext cx="34925" cy="34925"/>
                          </a:xfrm>
                          <a:custGeom>
                            <a:avLst/>
                            <a:gdLst/>
                            <a:ahLst/>
                            <a:cxnLst/>
                            <a:rect l="0" t="0" r="0" b="0"/>
                            <a:pathLst>
                              <a:path w="34925" h="34925">
                                <a:moveTo>
                                  <a:pt x="17526" y="0"/>
                                </a:moveTo>
                                <a:cubicBezTo>
                                  <a:pt x="27178" y="0"/>
                                  <a:pt x="34925" y="7874"/>
                                  <a:pt x="34925" y="17399"/>
                                </a:cubicBezTo>
                                <a:cubicBezTo>
                                  <a:pt x="34925" y="27051"/>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317877" y="1904746"/>
                            <a:ext cx="35179" cy="34925"/>
                          </a:xfrm>
                          <a:custGeom>
                            <a:avLst/>
                            <a:gdLst/>
                            <a:ahLst/>
                            <a:cxnLst/>
                            <a:rect l="0" t="0" r="0" b="0"/>
                            <a:pathLst>
                              <a:path w="35179" h="34925">
                                <a:moveTo>
                                  <a:pt x="17526" y="0"/>
                                </a:moveTo>
                                <a:cubicBezTo>
                                  <a:pt x="17653" y="0"/>
                                  <a:pt x="17653" y="0"/>
                                  <a:pt x="17780" y="0"/>
                                </a:cubicBezTo>
                                <a:cubicBezTo>
                                  <a:pt x="27432" y="127"/>
                                  <a:pt x="35179" y="8001"/>
                                  <a:pt x="35052" y="17653"/>
                                </a:cubicBezTo>
                                <a:cubicBezTo>
                                  <a:pt x="34925" y="27178"/>
                                  <a:pt x="27178" y="34925"/>
                                  <a:pt x="17526" y="34925"/>
                                </a:cubicBezTo>
                                <a:cubicBezTo>
                                  <a:pt x="7874" y="34925"/>
                                  <a:pt x="0" y="27051"/>
                                  <a:pt x="0" y="17399"/>
                                </a:cubicBezTo>
                                <a:cubicBezTo>
                                  <a:pt x="0" y="7874"/>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132838" y="1904746"/>
                            <a:ext cx="35052" cy="34925"/>
                          </a:xfrm>
                          <a:custGeom>
                            <a:avLst/>
                            <a:gdLst/>
                            <a:ahLst/>
                            <a:cxnLst/>
                            <a:rect l="0" t="0" r="0" b="0"/>
                            <a:pathLst>
                              <a:path w="35052" h="34925">
                                <a:moveTo>
                                  <a:pt x="17526" y="0"/>
                                </a:moveTo>
                                <a:cubicBezTo>
                                  <a:pt x="27178" y="0"/>
                                  <a:pt x="34925" y="7747"/>
                                  <a:pt x="35052" y="17399"/>
                                </a:cubicBezTo>
                                <a:cubicBezTo>
                                  <a:pt x="35052" y="17399"/>
                                  <a:pt x="35052" y="17399"/>
                                  <a:pt x="35052" y="17526"/>
                                </a:cubicBezTo>
                                <a:cubicBezTo>
                                  <a:pt x="34925" y="27178"/>
                                  <a:pt x="27178" y="34925"/>
                                  <a:pt x="17526" y="34925"/>
                                </a:cubicBezTo>
                                <a:cubicBezTo>
                                  <a:pt x="7747" y="34925"/>
                                  <a:pt x="0" y="27051"/>
                                  <a:pt x="0" y="17399"/>
                                </a:cubicBezTo>
                                <a:cubicBezTo>
                                  <a:pt x="0" y="7747"/>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1947672" y="1904746"/>
                            <a:ext cx="35179" cy="34925"/>
                          </a:xfrm>
                          <a:custGeom>
                            <a:avLst/>
                            <a:gdLst/>
                            <a:ahLst/>
                            <a:cxnLst/>
                            <a:rect l="0" t="0" r="0" b="0"/>
                            <a:pathLst>
                              <a:path w="35179" h="34925">
                                <a:moveTo>
                                  <a:pt x="17653" y="0"/>
                                </a:moveTo>
                                <a:cubicBezTo>
                                  <a:pt x="17653" y="0"/>
                                  <a:pt x="17653" y="0"/>
                                  <a:pt x="17780" y="0"/>
                                </a:cubicBezTo>
                                <a:cubicBezTo>
                                  <a:pt x="27432" y="127"/>
                                  <a:pt x="35179" y="8001"/>
                                  <a:pt x="35052" y="17653"/>
                                </a:cubicBezTo>
                                <a:cubicBezTo>
                                  <a:pt x="34925" y="27178"/>
                                  <a:pt x="27178" y="34925"/>
                                  <a:pt x="17526" y="34925"/>
                                </a:cubicBezTo>
                                <a:cubicBezTo>
                                  <a:pt x="7874" y="34925"/>
                                  <a:pt x="0" y="27051"/>
                                  <a:pt x="127" y="17399"/>
                                </a:cubicBezTo>
                                <a:cubicBezTo>
                                  <a:pt x="127" y="7747"/>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3058287" y="1725803"/>
                            <a:ext cx="35052" cy="34925"/>
                          </a:xfrm>
                          <a:custGeom>
                            <a:avLst/>
                            <a:gdLst/>
                            <a:ahLst/>
                            <a:cxnLst/>
                            <a:rect l="0" t="0" r="0" b="0"/>
                            <a:pathLst>
                              <a:path w="35052" h="34925">
                                <a:moveTo>
                                  <a:pt x="17653" y="0"/>
                                </a:moveTo>
                                <a:lnTo>
                                  <a:pt x="29972" y="5207"/>
                                </a:lnTo>
                                <a:cubicBezTo>
                                  <a:pt x="33147" y="8382"/>
                                  <a:pt x="35052" y="12700"/>
                                  <a:pt x="35052" y="17526"/>
                                </a:cubicBezTo>
                                <a:cubicBezTo>
                                  <a:pt x="35052" y="27178"/>
                                  <a:pt x="27178" y="34925"/>
                                  <a:pt x="17526" y="34925"/>
                                </a:cubicBezTo>
                                <a:cubicBezTo>
                                  <a:pt x="7874" y="34925"/>
                                  <a:pt x="0" y="27051"/>
                                  <a:pt x="127" y="17526"/>
                                </a:cubicBezTo>
                                <a:cubicBezTo>
                                  <a:pt x="127" y="12700"/>
                                  <a:pt x="2032" y="8255"/>
                                  <a:pt x="5207" y="5080"/>
                                </a:cubicBezTo>
                                <a:lnTo>
                                  <a:pt x="176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2873248" y="1725803"/>
                            <a:ext cx="35052" cy="34925"/>
                          </a:xfrm>
                          <a:custGeom>
                            <a:avLst/>
                            <a:gdLst/>
                            <a:ahLst/>
                            <a:cxnLst/>
                            <a:rect l="0" t="0" r="0" b="0"/>
                            <a:pathLst>
                              <a:path w="35052" h="34925">
                                <a:moveTo>
                                  <a:pt x="17526" y="0"/>
                                </a:moveTo>
                                <a:lnTo>
                                  <a:pt x="29845" y="5207"/>
                                </a:lnTo>
                                <a:cubicBezTo>
                                  <a:pt x="33020" y="8382"/>
                                  <a:pt x="35052" y="12700"/>
                                  <a:pt x="35052" y="17526"/>
                                </a:cubicBezTo>
                                <a:cubicBezTo>
                                  <a:pt x="35052" y="27178"/>
                                  <a:pt x="27178" y="34925"/>
                                  <a:pt x="17526" y="34925"/>
                                </a:cubicBezTo>
                                <a:cubicBezTo>
                                  <a:pt x="7874" y="34925"/>
                                  <a:pt x="0" y="27051"/>
                                  <a:pt x="0" y="17526"/>
                                </a:cubicBezTo>
                                <a:cubicBezTo>
                                  <a:pt x="0" y="12700"/>
                                  <a:pt x="2032" y="8255"/>
                                  <a:pt x="5207" y="5080"/>
                                </a:cubicBezTo>
                                <a:lnTo>
                                  <a:pt x="17526"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428619" y="1725803"/>
                            <a:ext cx="34925" cy="34925"/>
                          </a:xfrm>
                          <a:custGeom>
                            <a:avLst/>
                            <a:gdLst/>
                            <a:ahLst/>
                            <a:cxnLst/>
                            <a:rect l="0" t="0" r="0" b="0"/>
                            <a:pathLst>
                              <a:path w="34925" h="34925">
                                <a:moveTo>
                                  <a:pt x="17399" y="0"/>
                                </a:moveTo>
                                <a:cubicBezTo>
                                  <a:pt x="27051" y="0"/>
                                  <a:pt x="34925" y="7875"/>
                                  <a:pt x="34925" y="17526"/>
                                </a:cubicBezTo>
                                <a:cubicBezTo>
                                  <a:pt x="34925" y="27178"/>
                                  <a:pt x="27051" y="34925"/>
                                  <a:pt x="17399" y="34925"/>
                                </a:cubicBezTo>
                                <a:cubicBezTo>
                                  <a:pt x="7747" y="34925"/>
                                  <a:pt x="0" y="27178"/>
                                  <a:pt x="0" y="17526"/>
                                </a:cubicBezTo>
                                <a:cubicBezTo>
                                  <a:pt x="0" y="7875"/>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3243453" y="1725803"/>
                            <a:ext cx="35052" cy="34925"/>
                          </a:xfrm>
                          <a:custGeom>
                            <a:avLst/>
                            <a:gdLst/>
                            <a:ahLst/>
                            <a:cxnLst/>
                            <a:rect l="0" t="0" r="0" b="0"/>
                            <a:pathLst>
                              <a:path w="35052" h="34925">
                                <a:moveTo>
                                  <a:pt x="17526" y="0"/>
                                </a:moveTo>
                                <a:cubicBezTo>
                                  <a:pt x="27178" y="0"/>
                                  <a:pt x="35052" y="7875"/>
                                  <a:pt x="35052" y="17526"/>
                                </a:cubicBezTo>
                                <a:cubicBezTo>
                                  <a:pt x="35052" y="27178"/>
                                  <a:pt x="27178" y="34925"/>
                                  <a:pt x="17526" y="34925"/>
                                </a:cubicBezTo>
                                <a:cubicBezTo>
                                  <a:pt x="7874" y="34925"/>
                                  <a:pt x="0" y="27178"/>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075813" y="1725803"/>
                            <a:ext cx="127" cy="0"/>
                          </a:xfrm>
                          <a:custGeom>
                            <a:avLst/>
                            <a:gdLst/>
                            <a:ahLst/>
                            <a:cxnLst/>
                            <a:rect l="0" t="0" r="0" b="0"/>
                            <a:pathLst>
                              <a:path w="127">
                                <a:moveTo>
                                  <a:pt x="127"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2688209" y="1725803"/>
                            <a:ext cx="35052" cy="34925"/>
                          </a:xfrm>
                          <a:custGeom>
                            <a:avLst/>
                            <a:gdLst/>
                            <a:ahLst/>
                            <a:cxnLst/>
                            <a:rect l="0" t="0" r="0" b="0"/>
                            <a:pathLst>
                              <a:path w="35052" h="34925">
                                <a:moveTo>
                                  <a:pt x="17526" y="0"/>
                                </a:moveTo>
                                <a:cubicBezTo>
                                  <a:pt x="27178" y="0"/>
                                  <a:pt x="35052" y="7875"/>
                                  <a:pt x="35052" y="17526"/>
                                </a:cubicBezTo>
                                <a:cubicBezTo>
                                  <a:pt x="35052" y="27178"/>
                                  <a:pt x="27178" y="34925"/>
                                  <a:pt x="17526" y="34925"/>
                                </a:cubicBezTo>
                                <a:cubicBezTo>
                                  <a:pt x="7874" y="34925"/>
                                  <a:pt x="0" y="27178"/>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2503170" y="1725803"/>
                            <a:ext cx="34925" cy="34925"/>
                          </a:xfrm>
                          <a:custGeom>
                            <a:avLst/>
                            <a:gdLst/>
                            <a:ahLst/>
                            <a:cxnLst/>
                            <a:rect l="0" t="0" r="0" b="0"/>
                            <a:pathLst>
                              <a:path w="34925" h="34925">
                                <a:moveTo>
                                  <a:pt x="17399" y="0"/>
                                </a:moveTo>
                                <a:cubicBezTo>
                                  <a:pt x="27178" y="0"/>
                                  <a:pt x="34925" y="7875"/>
                                  <a:pt x="34925" y="17526"/>
                                </a:cubicBezTo>
                                <a:cubicBezTo>
                                  <a:pt x="34925" y="27178"/>
                                  <a:pt x="27178" y="34925"/>
                                  <a:pt x="17399" y="34925"/>
                                </a:cubicBezTo>
                                <a:cubicBezTo>
                                  <a:pt x="7747" y="34925"/>
                                  <a:pt x="0" y="27178"/>
                                  <a:pt x="0" y="17526"/>
                                </a:cubicBezTo>
                                <a:cubicBezTo>
                                  <a:pt x="0" y="7875"/>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2317877" y="1725803"/>
                            <a:ext cx="35052" cy="34925"/>
                          </a:xfrm>
                          <a:custGeom>
                            <a:avLst/>
                            <a:gdLst/>
                            <a:ahLst/>
                            <a:cxnLst/>
                            <a:rect l="0" t="0" r="0" b="0"/>
                            <a:pathLst>
                              <a:path w="35052" h="34925">
                                <a:moveTo>
                                  <a:pt x="17526" y="0"/>
                                </a:moveTo>
                                <a:cubicBezTo>
                                  <a:pt x="27178" y="0"/>
                                  <a:pt x="35052" y="7875"/>
                                  <a:pt x="35052" y="17526"/>
                                </a:cubicBezTo>
                                <a:cubicBezTo>
                                  <a:pt x="35052" y="27178"/>
                                  <a:pt x="27178" y="34925"/>
                                  <a:pt x="17526" y="34925"/>
                                </a:cubicBezTo>
                                <a:cubicBezTo>
                                  <a:pt x="7874" y="34925"/>
                                  <a:pt x="0" y="27178"/>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2132838" y="1725803"/>
                            <a:ext cx="35052" cy="34925"/>
                          </a:xfrm>
                          <a:custGeom>
                            <a:avLst/>
                            <a:gdLst/>
                            <a:ahLst/>
                            <a:cxnLst/>
                            <a:rect l="0" t="0" r="0" b="0"/>
                            <a:pathLst>
                              <a:path w="35052" h="34925">
                                <a:moveTo>
                                  <a:pt x="17526" y="0"/>
                                </a:moveTo>
                                <a:cubicBezTo>
                                  <a:pt x="27178" y="0"/>
                                  <a:pt x="35052" y="7875"/>
                                  <a:pt x="35052" y="17526"/>
                                </a:cubicBezTo>
                                <a:cubicBezTo>
                                  <a:pt x="34925" y="27178"/>
                                  <a:pt x="27178" y="34925"/>
                                  <a:pt x="17526" y="34925"/>
                                </a:cubicBezTo>
                                <a:cubicBezTo>
                                  <a:pt x="7747" y="34925"/>
                                  <a:pt x="0" y="27051"/>
                                  <a:pt x="0" y="17526"/>
                                </a:cubicBezTo>
                                <a:cubicBezTo>
                                  <a:pt x="0" y="7875"/>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1947672" y="1725803"/>
                            <a:ext cx="35052" cy="34925"/>
                          </a:xfrm>
                          <a:custGeom>
                            <a:avLst/>
                            <a:gdLst/>
                            <a:ahLst/>
                            <a:cxnLst/>
                            <a:rect l="0" t="0" r="0" b="0"/>
                            <a:pathLst>
                              <a:path w="35052" h="34925">
                                <a:moveTo>
                                  <a:pt x="17653" y="0"/>
                                </a:moveTo>
                                <a:cubicBezTo>
                                  <a:pt x="27305" y="0"/>
                                  <a:pt x="35052" y="7875"/>
                                  <a:pt x="35052" y="17526"/>
                                </a:cubicBezTo>
                                <a:cubicBezTo>
                                  <a:pt x="35052" y="27178"/>
                                  <a:pt x="27178" y="34925"/>
                                  <a:pt x="17526" y="34925"/>
                                </a:cubicBezTo>
                                <a:cubicBezTo>
                                  <a:pt x="7874" y="34925"/>
                                  <a:pt x="0" y="27051"/>
                                  <a:pt x="127" y="17526"/>
                                </a:cubicBezTo>
                                <a:cubicBezTo>
                                  <a:pt x="127" y="7875"/>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3428492" y="1547241"/>
                            <a:ext cx="34925" cy="34925"/>
                          </a:xfrm>
                          <a:custGeom>
                            <a:avLst/>
                            <a:gdLst/>
                            <a:ahLst/>
                            <a:cxnLst/>
                            <a:rect l="0" t="0" r="0" b="0"/>
                            <a:pathLst>
                              <a:path w="34925" h="34925">
                                <a:moveTo>
                                  <a:pt x="17526" y="0"/>
                                </a:moveTo>
                                <a:cubicBezTo>
                                  <a:pt x="27178" y="0"/>
                                  <a:pt x="34925" y="7748"/>
                                  <a:pt x="34925" y="17400"/>
                                </a:cubicBezTo>
                                <a:cubicBezTo>
                                  <a:pt x="34925"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3243326" y="1547241"/>
                            <a:ext cx="35052" cy="34925"/>
                          </a:xfrm>
                          <a:custGeom>
                            <a:avLst/>
                            <a:gdLst/>
                            <a:ahLst/>
                            <a:cxnLst/>
                            <a:rect l="0" t="0" r="0" b="0"/>
                            <a:pathLst>
                              <a:path w="35052" h="34925">
                                <a:moveTo>
                                  <a:pt x="17526" y="0"/>
                                </a:moveTo>
                                <a:cubicBezTo>
                                  <a:pt x="27178" y="0"/>
                                  <a:pt x="35052" y="7748"/>
                                  <a:pt x="35052" y="17400"/>
                                </a:cubicBezTo>
                                <a:cubicBezTo>
                                  <a:pt x="35052"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3058414" y="1547241"/>
                            <a:ext cx="35052" cy="34925"/>
                          </a:xfrm>
                          <a:custGeom>
                            <a:avLst/>
                            <a:gdLst/>
                            <a:ahLst/>
                            <a:cxnLst/>
                            <a:rect l="0" t="0" r="0" b="0"/>
                            <a:pathLst>
                              <a:path w="35052" h="34925">
                                <a:moveTo>
                                  <a:pt x="17399" y="0"/>
                                </a:moveTo>
                                <a:cubicBezTo>
                                  <a:pt x="17399" y="0"/>
                                  <a:pt x="17526" y="0"/>
                                  <a:pt x="17526" y="0"/>
                                </a:cubicBezTo>
                                <a:cubicBezTo>
                                  <a:pt x="27178" y="0"/>
                                  <a:pt x="35052" y="7748"/>
                                  <a:pt x="35052" y="17400"/>
                                </a:cubicBezTo>
                                <a:cubicBezTo>
                                  <a:pt x="35052" y="27051"/>
                                  <a:pt x="27305" y="34799"/>
                                  <a:pt x="17653" y="34925"/>
                                </a:cubicBezTo>
                                <a:cubicBezTo>
                                  <a:pt x="8001" y="34925"/>
                                  <a:pt x="127" y="27178"/>
                                  <a:pt x="0" y="17526"/>
                                </a:cubicBezTo>
                                <a:cubicBezTo>
                                  <a:pt x="0" y="7875"/>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873121" y="1547114"/>
                            <a:ext cx="35052" cy="35051"/>
                          </a:xfrm>
                          <a:custGeom>
                            <a:avLst/>
                            <a:gdLst/>
                            <a:ahLst/>
                            <a:cxnLst/>
                            <a:rect l="0" t="0" r="0" b="0"/>
                            <a:pathLst>
                              <a:path w="35052" h="35051">
                                <a:moveTo>
                                  <a:pt x="17653" y="126"/>
                                </a:moveTo>
                                <a:cubicBezTo>
                                  <a:pt x="27305" y="126"/>
                                  <a:pt x="35052" y="7874"/>
                                  <a:pt x="35052" y="17526"/>
                                </a:cubicBezTo>
                                <a:cubicBezTo>
                                  <a:pt x="35052" y="27177"/>
                                  <a:pt x="27178" y="35051"/>
                                  <a:pt x="17526" y="35051"/>
                                </a:cubicBezTo>
                                <a:cubicBezTo>
                                  <a:pt x="7874" y="34925"/>
                                  <a:pt x="0" y="27177"/>
                                  <a:pt x="0" y="17526"/>
                                </a:cubicBezTo>
                                <a:cubicBezTo>
                                  <a:pt x="127" y="7874"/>
                                  <a:pt x="8001" y="0"/>
                                  <a:pt x="17653" y="126"/>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688209" y="1547241"/>
                            <a:ext cx="35052" cy="34925"/>
                          </a:xfrm>
                          <a:custGeom>
                            <a:avLst/>
                            <a:gdLst/>
                            <a:ahLst/>
                            <a:cxnLst/>
                            <a:rect l="0" t="0" r="0" b="0"/>
                            <a:pathLst>
                              <a:path w="35052" h="34925">
                                <a:moveTo>
                                  <a:pt x="17526" y="0"/>
                                </a:moveTo>
                                <a:cubicBezTo>
                                  <a:pt x="27178" y="0"/>
                                  <a:pt x="35052" y="7748"/>
                                  <a:pt x="35052" y="17400"/>
                                </a:cubicBezTo>
                                <a:cubicBezTo>
                                  <a:pt x="35052"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503170" y="1547241"/>
                            <a:ext cx="34925" cy="34925"/>
                          </a:xfrm>
                          <a:custGeom>
                            <a:avLst/>
                            <a:gdLst/>
                            <a:ahLst/>
                            <a:cxnLst/>
                            <a:rect l="0" t="0" r="0" b="0"/>
                            <a:pathLst>
                              <a:path w="34925" h="34925">
                                <a:moveTo>
                                  <a:pt x="17399" y="0"/>
                                </a:moveTo>
                                <a:cubicBezTo>
                                  <a:pt x="27178" y="0"/>
                                  <a:pt x="34925" y="7748"/>
                                  <a:pt x="34925" y="17400"/>
                                </a:cubicBezTo>
                                <a:cubicBezTo>
                                  <a:pt x="34925" y="27051"/>
                                  <a:pt x="27178" y="34925"/>
                                  <a:pt x="17399" y="34925"/>
                                </a:cubicBezTo>
                                <a:cubicBezTo>
                                  <a:pt x="7747" y="34925"/>
                                  <a:pt x="0" y="27051"/>
                                  <a:pt x="0" y="17400"/>
                                </a:cubicBezTo>
                                <a:cubicBezTo>
                                  <a:pt x="0" y="7748"/>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2317877" y="1547241"/>
                            <a:ext cx="35052" cy="34925"/>
                          </a:xfrm>
                          <a:custGeom>
                            <a:avLst/>
                            <a:gdLst/>
                            <a:ahLst/>
                            <a:cxnLst/>
                            <a:rect l="0" t="0" r="0" b="0"/>
                            <a:pathLst>
                              <a:path w="35052" h="34925">
                                <a:moveTo>
                                  <a:pt x="17526" y="0"/>
                                </a:moveTo>
                                <a:cubicBezTo>
                                  <a:pt x="27178" y="0"/>
                                  <a:pt x="35052" y="7748"/>
                                  <a:pt x="35052" y="17400"/>
                                </a:cubicBezTo>
                                <a:cubicBezTo>
                                  <a:pt x="35052" y="27051"/>
                                  <a:pt x="27178" y="34925"/>
                                  <a:pt x="17526" y="34925"/>
                                </a:cubicBezTo>
                                <a:cubicBezTo>
                                  <a:pt x="7874" y="34925"/>
                                  <a:pt x="0" y="27051"/>
                                  <a:pt x="0" y="17400"/>
                                </a:cubicBezTo>
                                <a:cubicBezTo>
                                  <a:pt x="0" y="7748"/>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2132838" y="1547114"/>
                            <a:ext cx="35052" cy="35051"/>
                          </a:xfrm>
                          <a:custGeom>
                            <a:avLst/>
                            <a:gdLst/>
                            <a:ahLst/>
                            <a:cxnLst/>
                            <a:rect l="0" t="0" r="0" b="0"/>
                            <a:pathLst>
                              <a:path w="35052" h="35051">
                                <a:moveTo>
                                  <a:pt x="17526" y="126"/>
                                </a:moveTo>
                                <a:cubicBezTo>
                                  <a:pt x="27178" y="126"/>
                                  <a:pt x="35052" y="7874"/>
                                  <a:pt x="35052" y="17526"/>
                                </a:cubicBezTo>
                                <a:cubicBezTo>
                                  <a:pt x="34925" y="27177"/>
                                  <a:pt x="27178" y="35051"/>
                                  <a:pt x="17526" y="35051"/>
                                </a:cubicBezTo>
                                <a:cubicBezTo>
                                  <a:pt x="7747" y="34925"/>
                                  <a:pt x="0" y="27177"/>
                                  <a:pt x="0" y="17526"/>
                                </a:cubicBezTo>
                                <a:cubicBezTo>
                                  <a:pt x="0" y="7874"/>
                                  <a:pt x="7874" y="0"/>
                                  <a:pt x="17526" y="126"/>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1947799" y="1547241"/>
                            <a:ext cx="34925" cy="34925"/>
                          </a:xfrm>
                          <a:custGeom>
                            <a:avLst/>
                            <a:gdLst/>
                            <a:ahLst/>
                            <a:cxnLst/>
                            <a:rect l="0" t="0" r="0" b="0"/>
                            <a:pathLst>
                              <a:path w="34925" h="34925">
                                <a:moveTo>
                                  <a:pt x="17399" y="0"/>
                                </a:moveTo>
                                <a:cubicBezTo>
                                  <a:pt x="17526" y="0"/>
                                  <a:pt x="17526" y="0"/>
                                  <a:pt x="17526" y="0"/>
                                </a:cubicBezTo>
                                <a:cubicBezTo>
                                  <a:pt x="27178" y="0"/>
                                  <a:pt x="34925" y="7748"/>
                                  <a:pt x="34925" y="17400"/>
                                </a:cubicBezTo>
                                <a:cubicBezTo>
                                  <a:pt x="34925" y="27051"/>
                                  <a:pt x="27051" y="34925"/>
                                  <a:pt x="17399" y="34925"/>
                                </a:cubicBezTo>
                                <a:cubicBezTo>
                                  <a:pt x="7747" y="34925"/>
                                  <a:pt x="0" y="27051"/>
                                  <a:pt x="0" y="17400"/>
                                </a:cubicBezTo>
                                <a:cubicBezTo>
                                  <a:pt x="0" y="7748"/>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428492" y="9920338"/>
                            <a:ext cx="34925" cy="34925"/>
                          </a:xfrm>
                          <a:custGeom>
                            <a:avLst/>
                            <a:gdLst/>
                            <a:ahLst/>
                            <a:cxnLst/>
                            <a:rect l="0" t="0" r="0" b="0"/>
                            <a:pathLst>
                              <a:path w="34925" h="34925">
                                <a:moveTo>
                                  <a:pt x="17526" y="0"/>
                                </a:moveTo>
                                <a:cubicBezTo>
                                  <a:pt x="27178" y="0"/>
                                  <a:pt x="34925" y="7810"/>
                                  <a:pt x="34925" y="17437"/>
                                </a:cubicBezTo>
                                <a:cubicBezTo>
                                  <a:pt x="34925" y="17437"/>
                                  <a:pt x="34925" y="17437"/>
                                  <a:pt x="34925" y="17476"/>
                                </a:cubicBezTo>
                                <a:cubicBezTo>
                                  <a:pt x="34925"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3243326" y="9920338"/>
                            <a:ext cx="35052" cy="34925"/>
                          </a:xfrm>
                          <a:custGeom>
                            <a:avLst/>
                            <a:gdLst/>
                            <a:ahLst/>
                            <a:cxnLst/>
                            <a:rect l="0" t="0" r="0" b="0"/>
                            <a:pathLst>
                              <a:path w="35052" h="34925">
                                <a:moveTo>
                                  <a:pt x="17526" y="0"/>
                                </a:moveTo>
                                <a:cubicBezTo>
                                  <a:pt x="27178" y="0"/>
                                  <a:pt x="35052" y="7810"/>
                                  <a:pt x="35052" y="17437"/>
                                </a:cubicBezTo>
                                <a:cubicBezTo>
                                  <a:pt x="35052" y="17437"/>
                                  <a:pt x="35052" y="17437"/>
                                  <a:pt x="35052" y="17476"/>
                                </a:cubicBezTo>
                                <a:cubicBezTo>
                                  <a:pt x="35052"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3058414" y="9920338"/>
                            <a:ext cx="35179" cy="34989"/>
                          </a:xfrm>
                          <a:custGeom>
                            <a:avLst/>
                            <a:gdLst/>
                            <a:ahLst/>
                            <a:cxnLst/>
                            <a:rect l="0" t="0" r="0" b="0"/>
                            <a:pathLst>
                              <a:path w="35179" h="34989">
                                <a:moveTo>
                                  <a:pt x="17399" y="0"/>
                                </a:moveTo>
                                <a:cubicBezTo>
                                  <a:pt x="17526" y="0"/>
                                  <a:pt x="17653" y="0"/>
                                  <a:pt x="17780" y="0"/>
                                </a:cubicBezTo>
                                <a:cubicBezTo>
                                  <a:pt x="27432" y="115"/>
                                  <a:pt x="35179" y="7989"/>
                                  <a:pt x="35052" y="17666"/>
                                </a:cubicBezTo>
                                <a:cubicBezTo>
                                  <a:pt x="34925" y="27178"/>
                                  <a:pt x="27178" y="34849"/>
                                  <a:pt x="17653" y="34925"/>
                                </a:cubicBezTo>
                                <a:cubicBezTo>
                                  <a:pt x="8001" y="34989"/>
                                  <a:pt x="127" y="27254"/>
                                  <a:pt x="0" y="17590"/>
                                </a:cubicBezTo>
                                <a:cubicBezTo>
                                  <a:pt x="0" y="7951"/>
                                  <a:pt x="7747" y="77"/>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873121" y="9920338"/>
                            <a:ext cx="35052" cy="34951"/>
                          </a:xfrm>
                          <a:custGeom>
                            <a:avLst/>
                            <a:gdLst/>
                            <a:ahLst/>
                            <a:cxnLst/>
                            <a:rect l="0" t="0" r="0" b="0"/>
                            <a:pathLst>
                              <a:path w="35052" h="34951">
                                <a:moveTo>
                                  <a:pt x="17653" y="0"/>
                                </a:moveTo>
                                <a:cubicBezTo>
                                  <a:pt x="27178" y="38"/>
                                  <a:pt x="35052" y="7810"/>
                                  <a:pt x="35052" y="17437"/>
                                </a:cubicBezTo>
                                <a:cubicBezTo>
                                  <a:pt x="35052" y="17437"/>
                                  <a:pt x="35052" y="17476"/>
                                  <a:pt x="35052" y="17514"/>
                                </a:cubicBezTo>
                                <a:cubicBezTo>
                                  <a:pt x="35052" y="27153"/>
                                  <a:pt x="27178" y="34951"/>
                                  <a:pt x="17526" y="34925"/>
                                </a:cubicBezTo>
                                <a:cubicBezTo>
                                  <a:pt x="7874" y="34925"/>
                                  <a:pt x="0" y="27077"/>
                                  <a:pt x="0" y="17437"/>
                                </a:cubicBezTo>
                                <a:cubicBezTo>
                                  <a:pt x="127" y="7772"/>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688082" y="9920338"/>
                            <a:ext cx="35052" cy="34925"/>
                          </a:xfrm>
                          <a:custGeom>
                            <a:avLst/>
                            <a:gdLst/>
                            <a:ahLst/>
                            <a:cxnLst/>
                            <a:rect l="0" t="0" r="0" b="0"/>
                            <a:pathLst>
                              <a:path w="35052" h="34925">
                                <a:moveTo>
                                  <a:pt x="17526" y="0"/>
                                </a:moveTo>
                                <a:cubicBezTo>
                                  <a:pt x="27178" y="0"/>
                                  <a:pt x="35052" y="7810"/>
                                  <a:pt x="35052" y="17437"/>
                                </a:cubicBezTo>
                                <a:cubicBezTo>
                                  <a:pt x="35052" y="17437"/>
                                  <a:pt x="35052" y="17437"/>
                                  <a:pt x="35052" y="17476"/>
                                </a:cubicBezTo>
                                <a:cubicBezTo>
                                  <a:pt x="35052"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503043" y="9920338"/>
                            <a:ext cx="34925" cy="34925"/>
                          </a:xfrm>
                          <a:custGeom>
                            <a:avLst/>
                            <a:gdLst/>
                            <a:ahLst/>
                            <a:cxnLst/>
                            <a:rect l="0" t="0" r="0" b="0"/>
                            <a:pathLst>
                              <a:path w="34925" h="34925">
                                <a:moveTo>
                                  <a:pt x="17526" y="0"/>
                                </a:moveTo>
                                <a:cubicBezTo>
                                  <a:pt x="27178" y="77"/>
                                  <a:pt x="34925" y="7849"/>
                                  <a:pt x="34925" y="17437"/>
                                </a:cubicBezTo>
                                <a:cubicBezTo>
                                  <a:pt x="34925" y="17437"/>
                                  <a:pt x="34925" y="17437"/>
                                  <a:pt x="34925" y="17476"/>
                                </a:cubicBezTo>
                                <a:cubicBezTo>
                                  <a:pt x="34925" y="27115"/>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317877" y="9920338"/>
                            <a:ext cx="35179" cy="34925"/>
                          </a:xfrm>
                          <a:custGeom>
                            <a:avLst/>
                            <a:gdLst/>
                            <a:ahLst/>
                            <a:cxnLst/>
                            <a:rect l="0" t="0" r="0" b="0"/>
                            <a:pathLst>
                              <a:path w="35179" h="34925">
                                <a:moveTo>
                                  <a:pt x="17526" y="0"/>
                                </a:moveTo>
                                <a:cubicBezTo>
                                  <a:pt x="17653" y="0"/>
                                  <a:pt x="17653" y="0"/>
                                  <a:pt x="17780" y="0"/>
                                </a:cubicBezTo>
                                <a:cubicBezTo>
                                  <a:pt x="27432" y="115"/>
                                  <a:pt x="35179" y="7989"/>
                                  <a:pt x="35052" y="17666"/>
                                </a:cubicBezTo>
                                <a:cubicBezTo>
                                  <a:pt x="34925" y="27216"/>
                                  <a:pt x="27178" y="34925"/>
                                  <a:pt x="17526" y="34925"/>
                                </a:cubicBezTo>
                                <a:cubicBezTo>
                                  <a:pt x="7874" y="34925"/>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2132838" y="9920338"/>
                            <a:ext cx="35052" cy="34951"/>
                          </a:xfrm>
                          <a:custGeom>
                            <a:avLst/>
                            <a:gdLst/>
                            <a:ahLst/>
                            <a:cxnLst/>
                            <a:rect l="0" t="0" r="0" b="0"/>
                            <a:pathLst>
                              <a:path w="35052" h="34951">
                                <a:moveTo>
                                  <a:pt x="17526" y="0"/>
                                </a:moveTo>
                                <a:cubicBezTo>
                                  <a:pt x="27178" y="38"/>
                                  <a:pt x="34925" y="7810"/>
                                  <a:pt x="35052" y="17437"/>
                                </a:cubicBezTo>
                                <a:cubicBezTo>
                                  <a:pt x="35052" y="17437"/>
                                  <a:pt x="35052" y="17476"/>
                                  <a:pt x="35052" y="17514"/>
                                </a:cubicBezTo>
                                <a:cubicBezTo>
                                  <a:pt x="34925" y="27153"/>
                                  <a:pt x="27178" y="34951"/>
                                  <a:pt x="17526" y="34925"/>
                                </a:cubicBezTo>
                                <a:cubicBezTo>
                                  <a:pt x="7747" y="34925"/>
                                  <a:pt x="0" y="27077"/>
                                  <a:pt x="0" y="17437"/>
                                </a:cubicBezTo>
                                <a:cubicBezTo>
                                  <a:pt x="0" y="7772"/>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1947672" y="9920338"/>
                            <a:ext cx="35179" cy="34951"/>
                          </a:xfrm>
                          <a:custGeom>
                            <a:avLst/>
                            <a:gdLst/>
                            <a:ahLst/>
                            <a:cxnLst/>
                            <a:rect l="0" t="0" r="0" b="0"/>
                            <a:pathLst>
                              <a:path w="35179" h="34951">
                                <a:moveTo>
                                  <a:pt x="17653" y="0"/>
                                </a:moveTo>
                                <a:cubicBezTo>
                                  <a:pt x="17653" y="0"/>
                                  <a:pt x="17653" y="0"/>
                                  <a:pt x="17780" y="0"/>
                                </a:cubicBezTo>
                                <a:cubicBezTo>
                                  <a:pt x="27432" y="115"/>
                                  <a:pt x="35179" y="7989"/>
                                  <a:pt x="35052" y="17666"/>
                                </a:cubicBezTo>
                                <a:cubicBezTo>
                                  <a:pt x="34925" y="27254"/>
                                  <a:pt x="27178" y="34951"/>
                                  <a:pt x="17526" y="34925"/>
                                </a:cubicBezTo>
                                <a:cubicBezTo>
                                  <a:pt x="7874" y="34925"/>
                                  <a:pt x="0" y="27077"/>
                                  <a:pt x="127" y="17437"/>
                                </a:cubicBezTo>
                                <a:cubicBezTo>
                                  <a:pt x="127" y="7772"/>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058287" y="9741459"/>
                            <a:ext cx="35052" cy="34950"/>
                          </a:xfrm>
                          <a:custGeom>
                            <a:avLst/>
                            <a:gdLst/>
                            <a:ahLst/>
                            <a:cxnLst/>
                            <a:rect l="0" t="0" r="0" b="0"/>
                            <a:pathLst>
                              <a:path w="35052" h="34950">
                                <a:moveTo>
                                  <a:pt x="17653" y="0"/>
                                </a:moveTo>
                                <a:lnTo>
                                  <a:pt x="29972" y="5118"/>
                                </a:lnTo>
                                <a:cubicBezTo>
                                  <a:pt x="33147" y="8280"/>
                                  <a:pt x="35052" y="12649"/>
                                  <a:pt x="35052" y="17463"/>
                                </a:cubicBezTo>
                                <a:cubicBezTo>
                                  <a:pt x="35052" y="17463"/>
                                  <a:pt x="35052" y="17500"/>
                                  <a:pt x="35052" y="17500"/>
                                </a:cubicBezTo>
                                <a:cubicBezTo>
                                  <a:pt x="35052" y="27177"/>
                                  <a:pt x="27178" y="34950"/>
                                  <a:pt x="17526" y="34950"/>
                                </a:cubicBezTo>
                                <a:cubicBezTo>
                                  <a:pt x="7874" y="34912"/>
                                  <a:pt x="0" y="27063"/>
                                  <a:pt x="127" y="17437"/>
                                </a:cubicBezTo>
                                <a:cubicBezTo>
                                  <a:pt x="127" y="12611"/>
                                  <a:pt x="2032" y="8255"/>
                                  <a:pt x="5207" y="5093"/>
                                </a:cubicBezTo>
                                <a:lnTo>
                                  <a:pt x="176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2873248" y="9741459"/>
                            <a:ext cx="35052" cy="34950"/>
                          </a:xfrm>
                          <a:custGeom>
                            <a:avLst/>
                            <a:gdLst/>
                            <a:ahLst/>
                            <a:cxnLst/>
                            <a:rect l="0" t="0" r="0" b="0"/>
                            <a:pathLst>
                              <a:path w="35052" h="34950">
                                <a:moveTo>
                                  <a:pt x="17526" y="0"/>
                                </a:moveTo>
                                <a:lnTo>
                                  <a:pt x="29845" y="5118"/>
                                </a:lnTo>
                                <a:cubicBezTo>
                                  <a:pt x="33020" y="8280"/>
                                  <a:pt x="35052" y="12649"/>
                                  <a:pt x="35052" y="17463"/>
                                </a:cubicBezTo>
                                <a:cubicBezTo>
                                  <a:pt x="35052" y="17463"/>
                                  <a:pt x="35052" y="17500"/>
                                  <a:pt x="35052" y="17500"/>
                                </a:cubicBezTo>
                                <a:cubicBezTo>
                                  <a:pt x="35052" y="27177"/>
                                  <a:pt x="27178" y="34950"/>
                                  <a:pt x="17526" y="34950"/>
                                </a:cubicBezTo>
                                <a:cubicBezTo>
                                  <a:pt x="7874" y="34912"/>
                                  <a:pt x="0" y="27063"/>
                                  <a:pt x="0" y="17425"/>
                                </a:cubicBezTo>
                                <a:cubicBezTo>
                                  <a:pt x="0" y="12611"/>
                                  <a:pt x="2032" y="8255"/>
                                  <a:pt x="5207" y="5093"/>
                                </a:cubicBezTo>
                                <a:lnTo>
                                  <a:pt x="17526"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3428619" y="9741446"/>
                            <a:ext cx="34925" cy="34963"/>
                          </a:xfrm>
                          <a:custGeom>
                            <a:avLst/>
                            <a:gdLst/>
                            <a:ahLst/>
                            <a:cxnLst/>
                            <a:rect l="0" t="0" r="0" b="0"/>
                            <a:pathLst>
                              <a:path w="34925" h="34963">
                                <a:moveTo>
                                  <a:pt x="17399" y="0"/>
                                </a:moveTo>
                                <a:cubicBezTo>
                                  <a:pt x="27051" y="0"/>
                                  <a:pt x="34925" y="7849"/>
                                  <a:pt x="34925" y="17476"/>
                                </a:cubicBezTo>
                                <a:cubicBezTo>
                                  <a:pt x="34925" y="27115"/>
                                  <a:pt x="27051" y="34963"/>
                                  <a:pt x="17399" y="34963"/>
                                </a:cubicBezTo>
                                <a:cubicBezTo>
                                  <a:pt x="7747" y="34963"/>
                                  <a:pt x="0" y="27115"/>
                                  <a:pt x="0" y="17476"/>
                                </a:cubicBezTo>
                                <a:cubicBezTo>
                                  <a:pt x="0" y="7849"/>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3243453" y="9741446"/>
                            <a:ext cx="35052" cy="34963"/>
                          </a:xfrm>
                          <a:custGeom>
                            <a:avLst/>
                            <a:gdLst/>
                            <a:ahLst/>
                            <a:cxnLst/>
                            <a:rect l="0" t="0" r="0" b="0"/>
                            <a:pathLst>
                              <a:path w="35052" h="34963">
                                <a:moveTo>
                                  <a:pt x="17526" y="0"/>
                                </a:moveTo>
                                <a:cubicBezTo>
                                  <a:pt x="27178" y="0"/>
                                  <a:pt x="35052" y="7849"/>
                                  <a:pt x="35052" y="17476"/>
                                </a:cubicBezTo>
                                <a:cubicBezTo>
                                  <a:pt x="35052" y="27115"/>
                                  <a:pt x="27178" y="34963"/>
                                  <a:pt x="17526" y="34963"/>
                                </a:cubicBezTo>
                                <a:cubicBezTo>
                                  <a:pt x="7874" y="34963"/>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3075813" y="9741446"/>
                            <a:ext cx="127" cy="13"/>
                          </a:xfrm>
                          <a:custGeom>
                            <a:avLst/>
                            <a:gdLst/>
                            <a:ahLst/>
                            <a:cxnLst/>
                            <a:rect l="0" t="0" r="0" b="0"/>
                            <a:pathLst>
                              <a:path w="127" h="13">
                                <a:moveTo>
                                  <a:pt x="0" y="0"/>
                                </a:moveTo>
                                <a:lnTo>
                                  <a:pt x="127" y="0"/>
                                </a:lnTo>
                                <a:lnTo>
                                  <a:pt x="127" y="13"/>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890774" y="9741446"/>
                            <a:ext cx="0" cy="13"/>
                          </a:xfrm>
                          <a:custGeom>
                            <a:avLst/>
                            <a:gdLst/>
                            <a:ahLst/>
                            <a:cxnLst/>
                            <a:rect l="0" t="0" r="0" b="0"/>
                            <a:pathLst>
                              <a:path h="13">
                                <a:moveTo>
                                  <a:pt x="0" y="13"/>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688209" y="9741446"/>
                            <a:ext cx="35052" cy="34963"/>
                          </a:xfrm>
                          <a:custGeom>
                            <a:avLst/>
                            <a:gdLst/>
                            <a:ahLst/>
                            <a:cxnLst/>
                            <a:rect l="0" t="0" r="0" b="0"/>
                            <a:pathLst>
                              <a:path w="35052" h="34963">
                                <a:moveTo>
                                  <a:pt x="17526" y="0"/>
                                </a:moveTo>
                                <a:cubicBezTo>
                                  <a:pt x="27178" y="0"/>
                                  <a:pt x="35052" y="7849"/>
                                  <a:pt x="35052" y="17476"/>
                                </a:cubicBezTo>
                                <a:cubicBezTo>
                                  <a:pt x="35052" y="27115"/>
                                  <a:pt x="27178" y="34963"/>
                                  <a:pt x="17526" y="34963"/>
                                </a:cubicBezTo>
                                <a:cubicBezTo>
                                  <a:pt x="7874" y="34963"/>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2503170" y="9741446"/>
                            <a:ext cx="34925" cy="34963"/>
                          </a:xfrm>
                          <a:custGeom>
                            <a:avLst/>
                            <a:gdLst/>
                            <a:ahLst/>
                            <a:cxnLst/>
                            <a:rect l="0" t="0" r="0" b="0"/>
                            <a:pathLst>
                              <a:path w="34925" h="34963">
                                <a:moveTo>
                                  <a:pt x="17399" y="0"/>
                                </a:moveTo>
                                <a:cubicBezTo>
                                  <a:pt x="27178" y="0"/>
                                  <a:pt x="34925" y="7849"/>
                                  <a:pt x="34925" y="17476"/>
                                </a:cubicBezTo>
                                <a:cubicBezTo>
                                  <a:pt x="34925" y="27115"/>
                                  <a:pt x="27178" y="34963"/>
                                  <a:pt x="17399" y="34963"/>
                                </a:cubicBezTo>
                                <a:cubicBezTo>
                                  <a:pt x="7747" y="34963"/>
                                  <a:pt x="0" y="27115"/>
                                  <a:pt x="0" y="17476"/>
                                </a:cubicBezTo>
                                <a:cubicBezTo>
                                  <a:pt x="0" y="7849"/>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2317877" y="9741446"/>
                            <a:ext cx="35052" cy="34963"/>
                          </a:xfrm>
                          <a:custGeom>
                            <a:avLst/>
                            <a:gdLst/>
                            <a:ahLst/>
                            <a:cxnLst/>
                            <a:rect l="0" t="0" r="0" b="0"/>
                            <a:pathLst>
                              <a:path w="35052" h="34963">
                                <a:moveTo>
                                  <a:pt x="17526" y="0"/>
                                </a:moveTo>
                                <a:cubicBezTo>
                                  <a:pt x="27178" y="0"/>
                                  <a:pt x="35052" y="7849"/>
                                  <a:pt x="35052" y="17476"/>
                                </a:cubicBezTo>
                                <a:cubicBezTo>
                                  <a:pt x="35052" y="27115"/>
                                  <a:pt x="27178" y="34963"/>
                                  <a:pt x="17526" y="34963"/>
                                </a:cubicBezTo>
                                <a:cubicBezTo>
                                  <a:pt x="7874" y="34963"/>
                                  <a:pt x="0" y="27115"/>
                                  <a:pt x="0" y="17476"/>
                                </a:cubicBezTo>
                                <a:cubicBezTo>
                                  <a:pt x="0" y="7849"/>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132838" y="9741446"/>
                            <a:ext cx="35052" cy="34963"/>
                          </a:xfrm>
                          <a:custGeom>
                            <a:avLst/>
                            <a:gdLst/>
                            <a:ahLst/>
                            <a:cxnLst/>
                            <a:rect l="0" t="0" r="0" b="0"/>
                            <a:pathLst>
                              <a:path w="35052" h="34963">
                                <a:moveTo>
                                  <a:pt x="17526" y="0"/>
                                </a:moveTo>
                                <a:cubicBezTo>
                                  <a:pt x="27178" y="38"/>
                                  <a:pt x="35052" y="7849"/>
                                  <a:pt x="35052" y="17476"/>
                                </a:cubicBezTo>
                                <a:cubicBezTo>
                                  <a:pt x="35052" y="17476"/>
                                  <a:pt x="35052" y="17514"/>
                                  <a:pt x="35052" y="17514"/>
                                </a:cubicBezTo>
                                <a:cubicBezTo>
                                  <a:pt x="34925" y="27191"/>
                                  <a:pt x="27178" y="34963"/>
                                  <a:pt x="17526" y="34963"/>
                                </a:cubicBezTo>
                                <a:cubicBezTo>
                                  <a:pt x="7747" y="34925"/>
                                  <a:pt x="0" y="27077"/>
                                  <a:pt x="0" y="17438"/>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1947672" y="9741446"/>
                            <a:ext cx="35052" cy="34963"/>
                          </a:xfrm>
                          <a:custGeom>
                            <a:avLst/>
                            <a:gdLst/>
                            <a:ahLst/>
                            <a:cxnLst/>
                            <a:rect l="0" t="0" r="0" b="0"/>
                            <a:pathLst>
                              <a:path w="35052" h="34963">
                                <a:moveTo>
                                  <a:pt x="17653" y="0"/>
                                </a:moveTo>
                                <a:cubicBezTo>
                                  <a:pt x="27305" y="38"/>
                                  <a:pt x="35052" y="7849"/>
                                  <a:pt x="35052" y="17476"/>
                                </a:cubicBezTo>
                                <a:cubicBezTo>
                                  <a:pt x="35052" y="17476"/>
                                  <a:pt x="35052" y="17514"/>
                                  <a:pt x="35052" y="17514"/>
                                </a:cubicBezTo>
                                <a:cubicBezTo>
                                  <a:pt x="35052" y="27191"/>
                                  <a:pt x="27178" y="34963"/>
                                  <a:pt x="17526" y="34963"/>
                                </a:cubicBezTo>
                                <a:cubicBezTo>
                                  <a:pt x="7874" y="34925"/>
                                  <a:pt x="0" y="27077"/>
                                  <a:pt x="127" y="17438"/>
                                </a:cubicBezTo>
                                <a:cubicBezTo>
                                  <a:pt x="127" y="7810"/>
                                  <a:pt x="8001" y="0"/>
                                  <a:pt x="17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28492" y="9562820"/>
                            <a:ext cx="34925" cy="34925"/>
                          </a:xfrm>
                          <a:custGeom>
                            <a:avLst/>
                            <a:gdLst/>
                            <a:ahLst/>
                            <a:cxnLst/>
                            <a:rect l="0" t="0" r="0" b="0"/>
                            <a:pathLst>
                              <a:path w="34925" h="34925">
                                <a:moveTo>
                                  <a:pt x="17526" y="0"/>
                                </a:moveTo>
                                <a:cubicBezTo>
                                  <a:pt x="27178" y="0"/>
                                  <a:pt x="34925" y="7810"/>
                                  <a:pt x="34925" y="17437"/>
                                </a:cubicBezTo>
                                <a:cubicBezTo>
                                  <a:pt x="34925"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326" y="9562820"/>
                            <a:ext cx="35052" cy="34925"/>
                          </a:xfrm>
                          <a:custGeom>
                            <a:avLst/>
                            <a:gdLst/>
                            <a:ahLst/>
                            <a:cxnLst/>
                            <a:rect l="0" t="0" r="0" b="0"/>
                            <a:pathLst>
                              <a:path w="35052" h="34925">
                                <a:moveTo>
                                  <a:pt x="17526" y="0"/>
                                </a:moveTo>
                                <a:cubicBezTo>
                                  <a:pt x="27178" y="0"/>
                                  <a:pt x="35052" y="7810"/>
                                  <a:pt x="35052" y="17437"/>
                                </a:cubicBezTo>
                                <a:cubicBezTo>
                                  <a:pt x="35052"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058414" y="9562820"/>
                            <a:ext cx="35052" cy="34989"/>
                          </a:xfrm>
                          <a:custGeom>
                            <a:avLst/>
                            <a:gdLst/>
                            <a:ahLst/>
                            <a:cxnLst/>
                            <a:rect l="0" t="0" r="0" b="0"/>
                            <a:pathLst>
                              <a:path w="35052" h="34989">
                                <a:moveTo>
                                  <a:pt x="17399" y="0"/>
                                </a:moveTo>
                                <a:cubicBezTo>
                                  <a:pt x="17399" y="0"/>
                                  <a:pt x="17526" y="0"/>
                                  <a:pt x="17526" y="0"/>
                                </a:cubicBezTo>
                                <a:cubicBezTo>
                                  <a:pt x="27178" y="0"/>
                                  <a:pt x="35052" y="7810"/>
                                  <a:pt x="35052" y="17437"/>
                                </a:cubicBezTo>
                                <a:cubicBezTo>
                                  <a:pt x="35052" y="27039"/>
                                  <a:pt x="27305" y="34849"/>
                                  <a:pt x="17653" y="34925"/>
                                </a:cubicBezTo>
                                <a:cubicBezTo>
                                  <a:pt x="8001" y="34989"/>
                                  <a:pt x="127" y="27216"/>
                                  <a:pt x="0" y="17590"/>
                                </a:cubicBezTo>
                                <a:cubicBezTo>
                                  <a:pt x="0" y="7951"/>
                                  <a:pt x="7747" y="77"/>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2873121" y="9562782"/>
                            <a:ext cx="35052" cy="35001"/>
                          </a:xfrm>
                          <a:custGeom>
                            <a:avLst/>
                            <a:gdLst/>
                            <a:ahLst/>
                            <a:cxnLst/>
                            <a:rect l="0" t="0" r="0" b="0"/>
                            <a:pathLst>
                              <a:path w="35052" h="35001">
                                <a:moveTo>
                                  <a:pt x="17653" y="38"/>
                                </a:moveTo>
                                <a:cubicBezTo>
                                  <a:pt x="27305" y="38"/>
                                  <a:pt x="35052" y="7848"/>
                                  <a:pt x="35052" y="17475"/>
                                </a:cubicBezTo>
                                <a:cubicBezTo>
                                  <a:pt x="35052" y="17514"/>
                                  <a:pt x="35052" y="17514"/>
                                  <a:pt x="35052" y="17514"/>
                                </a:cubicBezTo>
                                <a:cubicBezTo>
                                  <a:pt x="35052" y="27191"/>
                                  <a:pt x="27178" y="35001"/>
                                  <a:pt x="17526" y="34963"/>
                                </a:cubicBezTo>
                                <a:cubicBezTo>
                                  <a:pt x="7874" y="34925"/>
                                  <a:pt x="0" y="27077"/>
                                  <a:pt x="0" y="17437"/>
                                </a:cubicBezTo>
                                <a:cubicBezTo>
                                  <a:pt x="127" y="7810"/>
                                  <a:pt x="8001" y="0"/>
                                  <a:pt x="17653" y="38"/>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2688209" y="9562820"/>
                            <a:ext cx="35052" cy="34925"/>
                          </a:xfrm>
                          <a:custGeom>
                            <a:avLst/>
                            <a:gdLst/>
                            <a:ahLst/>
                            <a:cxnLst/>
                            <a:rect l="0" t="0" r="0" b="0"/>
                            <a:pathLst>
                              <a:path w="35052" h="34925">
                                <a:moveTo>
                                  <a:pt x="17526" y="0"/>
                                </a:moveTo>
                                <a:cubicBezTo>
                                  <a:pt x="27178" y="0"/>
                                  <a:pt x="35052" y="7810"/>
                                  <a:pt x="35052" y="17437"/>
                                </a:cubicBezTo>
                                <a:cubicBezTo>
                                  <a:pt x="35052"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503170" y="9562820"/>
                            <a:ext cx="34925" cy="34925"/>
                          </a:xfrm>
                          <a:custGeom>
                            <a:avLst/>
                            <a:gdLst/>
                            <a:ahLst/>
                            <a:cxnLst/>
                            <a:rect l="0" t="0" r="0" b="0"/>
                            <a:pathLst>
                              <a:path w="34925" h="34925">
                                <a:moveTo>
                                  <a:pt x="17399" y="0"/>
                                </a:moveTo>
                                <a:cubicBezTo>
                                  <a:pt x="27178" y="0"/>
                                  <a:pt x="34925" y="7810"/>
                                  <a:pt x="34925" y="17437"/>
                                </a:cubicBezTo>
                                <a:cubicBezTo>
                                  <a:pt x="34925" y="27115"/>
                                  <a:pt x="27178" y="34925"/>
                                  <a:pt x="17399" y="34925"/>
                                </a:cubicBezTo>
                                <a:cubicBezTo>
                                  <a:pt x="7747" y="34925"/>
                                  <a:pt x="0" y="27115"/>
                                  <a:pt x="0" y="17437"/>
                                </a:cubicBezTo>
                                <a:cubicBezTo>
                                  <a:pt x="0" y="7810"/>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317877" y="9562820"/>
                            <a:ext cx="35052" cy="34925"/>
                          </a:xfrm>
                          <a:custGeom>
                            <a:avLst/>
                            <a:gdLst/>
                            <a:ahLst/>
                            <a:cxnLst/>
                            <a:rect l="0" t="0" r="0" b="0"/>
                            <a:pathLst>
                              <a:path w="35052" h="34925">
                                <a:moveTo>
                                  <a:pt x="17526" y="0"/>
                                </a:moveTo>
                                <a:cubicBezTo>
                                  <a:pt x="27178" y="0"/>
                                  <a:pt x="35052" y="7810"/>
                                  <a:pt x="35052" y="17437"/>
                                </a:cubicBezTo>
                                <a:cubicBezTo>
                                  <a:pt x="35052" y="27115"/>
                                  <a:pt x="27178" y="34925"/>
                                  <a:pt x="17526" y="34925"/>
                                </a:cubicBezTo>
                                <a:cubicBezTo>
                                  <a:pt x="7874" y="34925"/>
                                  <a:pt x="0" y="27115"/>
                                  <a:pt x="0" y="17437"/>
                                </a:cubicBezTo>
                                <a:cubicBezTo>
                                  <a:pt x="0" y="7810"/>
                                  <a:pt x="7874" y="0"/>
                                  <a:pt x="17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132838" y="9562782"/>
                            <a:ext cx="35052" cy="35001"/>
                          </a:xfrm>
                          <a:custGeom>
                            <a:avLst/>
                            <a:gdLst/>
                            <a:ahLst/>
                            <a:cxnLst/>
                            <a:rect l="0" t="0" r="0" b="0"/>
                            <a:pathLst>
                              <a:path w="35052" h="35001">
                                <a:moveTo>
                                  <a:pt x="17526" y="38"/>
                                </a:moveTo>
                                <a:cubicBezTo>
                                  <a:pt x="27178" y="38"/>
                                  <a:pt x="35052" y="7848"/>
                                  <a:pt x="35052" y="17475"/>
                                </a:cubicBezTo>
                                <a:cubicBezTo>
                                  <a:pt x="35052" y="17514"/>
                                  <a:pt x="35052" y="17514"/>
                                  <a:pt x="35052" y="17514"/>
                                </a:cubicBezTo>
                                <a:cubicBezTo>
                                  <a:pt x="34925" y="27191"/>
                                  <a:pt x="27178" y="35001"/>
                                  <a:pt x="17526" y="34963"/>
                                </a:cubicBezTo>
                                <a:cubicBezTo>
                                  <a:pt x="7747" y="34925"/>
                                  <a:pt x="0" y="27077"/>
                                  <a:pt x="0" y="17437"/>
                                </a:cubicBezTo>
                                <a:cubicBezTo>
                                  <a:pt x="0" y="7810"/>
                                  <a:pt x="7874" y="0"/>
                                  <a:pt x="17526" y="38"/>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1947799" y="9562820"/>
                            <a:ext cx="34925" cy="34925"/>
                          </a:xfrm>
                          <a:custGeom>
                            <a:avLst/>
                            <a:gdLst/>
                            <a:ahLst/>
                            <a:cxnLst/>
                            <a:rect l="0" t="0" r="0" b="0"/>
                            <a:pathLst>
                              <a:path w="34925" h="34925">
                                <a:moveTo>
                                  <a:pt x="17399" y="0"/>
                                </a:moveTo>
                                <a:cubicBezTo>
                                  <a:pt x="17526" y="0"/>
                                  <a:pt x="17526" y="0"/>
                                  <a:pt x="17526" y="0"/>
                                </a:cubicBezTo>
                                <a:cubicBezTo>
                                  <a:pt x="27178" y="0"/>
                                  <a:pt x="34925" y="7810"/>
                                  <a:pt x="34925" y="17437"/>
                                </a:cubicBezTo>
                                <a:cubicBezTo>
                                  <a:pt x="34925" y="27115"/>
                                  <a:pt x="27051" y="34925"/>
                                  <a:pt x="17399" y="34925"/>
                                </a:cubicBezTo>
                                <a:cubicBezTo>
                                  <a:pt x="7747" y="34925"/>
                                  <a:pt x="0" y="27115"/>
                                  <a:pt x="0" y="17437"/>
                                </a:cubicBezTo>
                                <a:cubicBezTo>
                                  <a:pt x="0" y="7810"/>
                                  <a:pt x="7747" y="0"/>
                                  <a:pt x="1739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79" name="Picture 79"/>
                          <pic:cNvPicPr/>
                        </pic:nvPicPr>
                        <pic:blipFill>
                          <a:blip r:embed="rId11"/>
                          <a:stretch>
                            <a:fillRect/>
                          </a:stretch>
                        </pic:blipFill>
                        <pic:spPr>
                          <a:xfrm>
                            <a:off x="4668012" y="361137"/>
                            <a:ext cx="717817" cy="717855"/>
                          </a:xfrm>
                          <a:prstGeom prst="rect">
                            <a:avLst/>
                          </a:prstGeom>
                        </pic:spPr>
                      </pic:pic>
                      <pic:pic xmlns:pic="http://schemas.openxmlformats.org/drawingml/2006/picture">
                        <pic:nvPicPr>
                          <pic:cNvPr id="81" name="Picture 81"/>
                          <pic:cNvPicPr/>
                        </pic:nvPicPr>
                        <pic:blipFill>
                          <a:blip r:embed="rId12"/>
                          <a:stretch>
                            <a:fillRect/>
                          </a:stretch>
                        </pic:blipFill>
                        <pic:spPr>
                          <a:xfrm>
                            <a:off x="5474208" y="498348"/>
                            <a:ext cx="1315212" cy="355092"/>
                          </a:xfrm>
                          <a:prstGeom prst="rect">
                            <a:avLst/>
                          </a:prstGeom>
                        </pic:spPr>
                      </pic:pic>
                      <wps:wsp>
                        <wps:cNvPr id="82" name="Rectangle 82"/>
                        <wps:cNvSpPr/>
                        <wps:spPr>
                          <a:xfrm>
                            <a:off x="5475478" y="497848"/>
                            <a:ext cx="1325768" cy="360739"/>
                          </a:xfrm>
                          <a:prstGeom prst="rect">
                            <a:avLst/>
                          </a:prstGeom>
                          <a:ln>
                            <a:noFill/>
                          </a:ln>
                        </wps:spPr>
                        <wps:txbx>
                          <w:txbxContent>
                            <w:p w14:paraId="1706AC3B" w14:textId="77777777" w:rsidR="0066682C" w:rsidRPr="00B80B2E" w:rsidRDefault="0066682C">
                              <w:r w:rsidRPr="00B80B2E">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83" name="Rectangle 83"/>
                        <wps:cNvSpPr/>
                        <wps:spPr>
                          <a:xfrm>
                            <a:off x="6472174" y="581582"/>
                            <a:ext cx="37855" cy="227633"/>
                          </a:xfrm>
                          <a:prstGeom prst="rect">
                            <a:avLst/>
                          </a:prstGeom>
                          <a:ln>
                            <a:noFill/>
                          </a:ln>
                        </wps:spPr>
                        <wps:txbx>
                          <w:txbxContent>
                            <w:p w14:paraId="7C474CD4" w14:textId="77777777" w:rsidR="0066682C" w:rsidRPr="00B80B2E" w:rsidRDefault="0066682C">
                              <w:r w:rsidRPr="00B80B2E">
                                <w:t xml:space="preserve"> </w:t>
                              </w:r>
                            </w:p>
                          </w:txbxContent>
                        </wps:txbx>
                        <wps:bodyPr horzOverflow="overflow" vert="horz" lIns="0" tIns="0" rIns="0" bIns="0" rtlCol="0">
                          <a:noAutofit/>
                        </wps:bodyPr>
                      </wps:wsp>
                      <pic:pic xmlns:pic="http://schemas.openxmlformats.org/drawingml/2006/picture">
                        <pic:nvPicPr>
                          <pic:cNvPr id="85" name="Picture 85"/>
                          <pic:cNvPicPr/>
                        </pic:nvPicPr>
                        <pic:blipFill>
                          <a:blip r:embed="rId13"/>
                          <a:stretch>
                            <a:fillRect/>
                          </a:stretch>
                        </pic:blipFill>
                        <pic:spPr>
                          <a:xfrm>
                            <a:off x="5474208" y="714756"/>
                            <a:ext cx="1693164" cy="356616"/>
                          </a:xfrm>
                          <a:prstGeom prst="rect">
                            <a:avLst/>
                          </a:prstGeom>
                        </pic:spPr>
                      </pic:pic>
                      <wps:wsp>
                        <wps:cNvPr id="86" name="Rectangle 86"/>
                        <wps:cNvSpPr/>
                        <wps:spPr>
                          <a:xfrm>
                            <a:off x="5475478" y="713961"/>
                            <a:ext cx="1707783" cy="361234"/>
                          </a:xfrm>
                          <a:prstGeom prst="rect">
                            <a:avLst/>
                          </a:prstGeom>
                          <a:ln>
                            <a:noFill/>
                          </a:ln>
                        </wps:spPr>
                        <wps:txbx>
                          <w:txbxContent>
                            <w:p w14:paraId="07CD9434" w14:textId="77777777" w:rsidR="0066682C" w:rsidRPr="00B80B2E" w:rsidRDefault="0066682C">
                              <w:r w:rsidRPr="00B80B2E">
                                <w:rPr>
                                  <w:rFonts w:ascii="Montserrat" w:eastAsia="Montserrat" w:hAnsi="Montserrat" w:cs="Montserrat"/>
                                  <w:color w:val="FFF9F3"/>
                                  <w:sz w:val="35"/>
                                </w:rPr>
                                <w:t>Üniversitesi</w:t>
                              </w:r>
                            </w:p>
                          </w:txbxContent>
                        </wps:txbx>
                        <wps:bodyPr horzOverflow="overflow" vert="horz" lIns="0" tIns="0" rIns="0" bIns="0" rtlCol="0">
                          <a:noAutofit/>
                        </wps:bodyPr>
                      </wps:wsp>
                      <wps:wsp>
                        <wps:cNvPr id="87" name="Rectangle 87"/>
                        <wps:cNvSpPr/>
                        <wps:spPr>
                          <a:xfrm>
                            <a:off x="6758686" y="797703"/>
                            <a:ext cx="37937" cy="228127"/>
                          </a:xfrm>
                          <a:prstGeom prst="rect">
                            <a:avLst/>
                          </a:prstGeom>
                          <a:ln>
                            <a:noFill/>
                          </a:ln>
                        </wps:spPr>
                        <wps:txbx>
                          <w:txbxContent>
                            <w:p w14:paraId="4D0817AD" w14:textId="77777777" w:rsidR="0066682C" w:rsidRPr="00B80B2E" w:rsidRDefault="0066682C">
                              <w:r w:rsidRPr="00B80B2E">
                                <w:t xml:space="preserve"> </w:t>
                              </w:r>
                            </w:p>
                          </w:txbxContent>
                        </wps:txbx>
                        <wps:bodyPr horzOverflow="overflow" vert="horz" lIns="0" tIns="0" rIns="0" bIns="0" rtlCol="0">
                          <a:noAutofit/>
                        </wps:bodyPr>
                      </wps:wsp>
                      <wps:wsp>
                        <wps:cNvPr id="88" name="Shape 88"/>
                        <wps:cNvSpPr/>
                        <wps:spPr>
                          <a:xfrm>
                            <a:off x="6407404" y="4984496"/>
                            <a:ext cx="727203" cy="0"/>
                          </a:xfrm>
                          <a:custGeom>
                            <a:avLst/>
                            <a:gdLst/>
                            <a:ahLst/>
                            <a:cxnLst/>
                            <a:rect l="0" t="0" r="0" b="0"/>
                            <a:pathLst>
                              <a:path w="727203">
                                <a:moveTo>
                                  <a:pt x="0" y="0"/>
                                </a:moveTo>
                                <a:lnTo>
                                  <a:pt x="727203"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89" name="Rectangle 89"/>
                        <wps:cNvSpPr/>
                        <wps:spPr>
                          <a:xfrm>
                            <a:off x="4978273" y="5124848"/>
                            <a:ext cx="3004826" cy="412626"/>
                          </a:xfrm>
                          <a:prstGeom prst="rect">
                            <a:avLst/>
                          </a:prstGeom>
                          <a:ln>
                            <a:noFill/>
                          </a:ln>
                        </wps:spPr>
                        <wps:txbx>
                          <w:txbxContent>
                            <w:p w14:paraId="57CAE50A" w14:textId="77777777" w:rsidR="0066682C" w:rsidRPr="00B80B2E" w:rsidRDefault="0066682C">
                              <w:r w:rsidRPr="00B80B2E">
                                <w:rPr>
                                  <w:rFonts w:ascii="Montserrat" w:eastAsia="Montserrat" w:hAnsi="Montserrat" w:cs="Montserrat"/>
                                  <w:b/>
                                  <w:sz w:val="40"/>
                                </w:rPr>
                                <w:t xml:space="preserve">DERS ÖĞRENME </w:t>
                              </w:r>
                            </w:p>
                          </w:txbxContent>
                        </wps:txbx>
                        <wps:bodyPr horzOverflow="overflow" vert="horz" lIns="0" tIns="0" rIns="0" bIns="0" rtlCol="0">
                          <a:noAutofit/>
                        </wps:bodyPr>
                      </wps:wsp>
                      <wps:wsp>
                        <wps:cNvPr id="90" name="Rectangle 90"/>
                        <wps:cNvSpPr/>
                        <wps:spPr>
                          <a:xfrm>
                            <a:off x="4787773" y="5460382"/>
                            <a:ext cx="3256667" cy="412626"/>
                          </a:xfrm>
                          <a:prstGeom prst="rect">
                            <a:avLst/>
                          </a:prstGeom>
                          <a:ln>
                            <a:noFill/>
                          </a:ln>
                        </wps:spPr>
                        <wps:txbx>
                          <w:txbxContent>
                            <w:p w14:paraId="2523930B" w14:textId="77777777" w:rsidR="0066682C" w:rsidRPr="00B80B2E" w:rsidRDefault="0066682C">
                              <w:r w:rsidRPr="00B80B2E">
                                <w:rPr>
                                  <w:rFonts w:ascii="Montserrat" w:eastAsia="Montserrat" w:hAnsi="Montserrat" w:cs="Montserrat"/>
                                  <w:b/>
                                  <w:sz w:val="40"/>
                                </w:rPr>
                                <w:t xml:space="preserve">ÇIKTILARI ANKETİ </w:t>
                              </w:r>
                            </w:p>
                          </w:txbxContent>
                        </wps:txbx>
                        <wps:bodyPr horzOverflow="overflow" vert="horz" lIns="0" tIns="0" rIns="0" bIns="0" rtlCol="0">
                          <a:noAutofit/>
                        </wps:bodyPr>
                      </wps:wsp>
                      <wps:wsp>
                        <wps:cNvPr id="91" name="Rectangle 91"/>
                        <wps:cNvSpPr/>
                        <wps:spPr>
                          <a:xfrm>
                            <a:off x="4809109" y="5794137"/>
                            <a:ext cx="3228910" cy="412626"/>
                          </a:xfrm>
                          <a:prstGeom prst="rect">
                            <a:avLst/>
                          </a:prstGeom>
                          <a:ln>
                            <a:noFill/>
                          </a:ln>
                        </wps:spPr>
                        <wps:txbx>
                          <w:txbxContent>
                            <w:p w14:paraId="2ED4BC05" w14:textId="77777777" w:rsidR="0066682C" w:rsidRPr="00B80B2E" w:rsidRDefault="0066682C">
                              <w:r w:rsidRPr="00B80B2E">
                                <w:rPr>
                                  <w:rFonts w:ascii="Montserrat" w:eastAsia="Montserrat" w:hAnsi="Montserrat" w:cs="Montserrat"/>
                                  <w:b/>
                                  <w:sz w:val="40"/>
                                </w:rPr>
                                <w:t xml:space="preserve">DEĞERLENDİRME </w:t>
                              </w:r>
                            </w:p>
                          </w:txbxContent>
                        </wps:txbx>
                        <wps:bodyPr horzOverflow="overflow" vert="horz" lIns="0" tIns="0" rIns="0" bIns="0" rtlCol="0">
                          <a:noAutofit/>
                        </wps:bodyPr>
                      </wps:wsp>
                      <wps:wsp>
                        <wps:cNvPr id="92" name="Rectangle 92"/>
                        <wps:cNvSpPr/>
                        <wps:spPr>
                          <a:xfrm>
                            <a:off x="5996686" y="6127894"/>
                            <a:ext cx="1555388" cy="412626"/>
                          </a:xfrm>
                          <a:prstGeom prst="rect">
                            <a:avLst/>
                          </a:prstGeom>
                          <a:ln>
                            <a:noFill/>
                          </a:ln>
                        </wps:spPr>
                        <wps:txbx>
                          <w:txbxContent>
                            <w:p w14:paraId="0A753D28" w14:textId="77777777" w:rsidR="0066682C" w:rsidRPr="00B80B2E" w:rsidRDefault="0066682C">
                              <w:r w:rsidRPr="00B80B2E">
                                <w:rPr>
                                  <w:rFonts w:ascii="Montserrat" w:eastAsia="Montserrat" w:hAnsi="Montserrat" w:cs="Montserrat"/>
                                  <w:b/>
                                  <w:sz w:val="40"/>
                                </w:rPr>
                                <w:t>RAPORU</w:t>
                              </w:r>
                            </w:p>
                          </w:txbxContent>
                        </wps:txbx>
                        <wps:bodyPr horzOverflow="overflow" vert="horz" lIns="0" tIns="0" rIns="0" bIns="0" rtlCol="0">
                          <a:noAutofit/>
                        </wps:bodyPr>
                      </wps:wsp>
                      <wps:wsp>
                        <wps:cNvPr id="93" name="Rectangle 93"/>
                        <wps:cNvSpPr/>
                        <wps:spPr>
                          <a:xfrm>
                            <a:off x="7165848" y="6127894"/>
                            <a:ext cx="95794" cy="412626"/>
                          </a:xfrm>
                          <a:prstGeom prst="rect">
                            <a:avLst/>
                          </a:prstGeom>
                          <a:ln>
                            <a:noFill/>
                          </a:ln>
                        </wps:spPr>
                        <wps:txbx>
                          <w:txbxContent>
                            <w:p w14:paraId="7F4562CA" w14:textId="77777777" w:rsidR="0066682C" w:rsidRPr="00B80B2E" w:rsidRDefault="0066682C">
                              <w:r w:rsidRPr="00B80B2E">
                                <w:rPr>
                                  <w:rFonts w:ascii="Montserrat" w:eastAsia="Montserrat" w:hAnsi="Montserrat" w:cs="Montserrat"/>
                                  <w:b/>
                                  <w:sz w:val="40"/>
                                </w:rPr>
                                <w:t xml:space="preserve"> </w:t>
                              </w:r>
                            </w:p>
                          </w:txbxContent>
                        </wps:txbx>
                        <wps:bodyPr horzOverflow="overflow" vert="horz" lIns="0" tIns="0" rIns="0" bIns="0" rtlCol="0">
                          <a:noAutofit/>
                        </wps:bodyPr>
                      </wps:wsp>
                      <wps:wsp>
                        <wps:cNvPr id="95" name="Rectangle 95"/>
                        <wps:cNvSpPr/>
                        <wps:spPr>
                          <a:xfrm>
                            <a:off x="4239133" y="2631897"/>
                            <a:ext cx="2963459" cy="370623"/>
                          </a:xfrm>
                          <a:prstGeom prst="rect">
                            <a:avLst/>
                          </a:prstGeom>
                          <a:ln>
                            <a:noFill/>
                          </a:ln>
                        </wps:spPr>
                        <wps:txbx>
                          <w:txbxContent>
                            <w:p w14:paraId="2BF5C358" w14:textId="77777777" w:rsidR="0066682C" w:rsidRPr="00B80B2E" w:rsidRDefault="0066682C">
                              <w:r w:rsidRPr="00B80B2E">
                                <w:rPr>
                                  <w:rFonts w:ascii="Montserrat" w:eastAsia="Montserrat" w:hAnsi="Montserrat" w:cs="Montserrat"/>
                                  <w:b/>
                                  <w:sz w:val="36"/>
                                </w:rPr>
                                <w:t xml:space="preserve">GÜZEL SANATLAR </w:t>
                              </w:r>
                            </w:p>
                          </w:txbxContent>
                        </wps:txbx>
                        <wps:bodyPr horzOverflow="overflow" vert="horz" lIns="0" tIns="0" rIns="0" bIns="0" rtlCol="0">
                          <a:noAutofit/>
                        </wps:bodyPr>
                      </wps:wsp>
                      <wps:wsp>
                        <wps:cNvPr id="96" name="Rectangle 96"/>
                        <wps:cNvSpPr/>
                        <wps:spPr>
                          <a:xfrm>
                            <a:off x="4239133" y="2932125"/>
                            <a:ext cx="1730888" cy="370623"/>
                          </a:xfrm>
                          <a:prstGeom prst="rect">
                            <a:avLst/>
                          </a:prstGeom>
                          <a:ln>
                            <a:noFill/>
                          </a:ln>
                        </wps:spPr>
                        <wps:txbx>
                          <w:txbxContent>
                            <w:p w14:paraId="3ECB0613" w14:textId="77777777" w:rsidR="0066682C" w:rsidRPr="00B80B2E" w:rsidRDefault="0066682C">
                              <w:r w:rsidRPr="00B80B2E">
                                <w:rPr>
                                  <w:rFonts w:ascii="Montserrat" w:eastAsia="Montserrat" w:hAnsi="Montserrat" w:cs="Montserrat"/>
                                  <w:b/>
                                  <w:sz w:val="36"/>
                                </w:rPr>
                                <w:t>FAKÜLTESİ</w:t>
                              </w:r>
                            </w:p>
                          </w:txbxContent>
                        </wps:txbx>
                        <wps:bodyPr horzOverflow="overflow" vert="horz" lIns="0" tIns="0" rIns="0" bIns="0" rtlCol="0">
                          <a:noAutofit/>
                        </wps:bodyPr>
                      </wps:wsp>
                      <wps:wsp>
                        <wps:cNvPr id="97" name="Rectangle 97"/>
                        <wps:cNvSpPr/>
                        <wps:spPr>
                          <a:xfrm>
                            <a:off x="5539486" y="2932125"/>
                            <a:ext cx="86043" cy="370623"/>
                          </a:xfrm>
                          <a:prstGeom prst="rect">
                            <a:avLst/>
                          </a:prstGeom>
                          <a:ln>
                            <a:noFill/>
                          </a:ln>
                        </wps:spPr>
                        <wps:txbx>
                          <w:txbxContent>
                            <w:p w14:paraId="7040FDA1" w14:textId="77777777" w:rsidR="0066682C" w:rsidRPr="00B80B2E" w:rsidRDefault="0066682C">
                              <w:r w:rsidRPr="00B80B2E">
                                <w:rPr>
                                  <w:rFonts w:ascii="Montserrat" w:eastAsia="Montserrat" w:hAnsi="Montserrat" w:cs="Montserrat"/>
                                  <w:b/>
                                  <w:sz w:val="36"/>
                                </w:rPr>
                                <w:t xml:space="preserve"> </w:t>
                              </w:r>
                            </w:p>
                          </w:txbxContent>
                        </wps:txbx>
                        <wps:bodyPr horzOverflow="overflow" vert="horz" lIns="0" tIns="0" rIns="0" bIns="0" rtlCol="0">
                          <a:noAutofit/>
                        </wps:bodyPr>
                      </wps:wsp>
                      <wps:wsp>
                        <wps:cNvPr id="99" name="Rectangle 99"/>
                        <wps:cNvSpPr/>
                        <wps:spPr>
                          <a:xfrm>
                            <a:off x="3991555" y="3715226"/>
                            <a:ext cx="3190677" cy="761260"/>
                          </a:xfrm>
                          <a:prstGeom prst="rect">
                            <a:avLst/>
                          </a:prstGeom>
                          <a:ln>
                            <a:noFill/>
                          </a:ln>
                        </wps:spPr>
                        <wps:txbx>
                          <w:txbxContent>
                            <w:p w14:paraId="4EE4C63C" w14:textId="3EBA6037" w:rsidR="0066682C" w:rsidRPr="00B80B2E" w:rsidRDefault="00B80B2E">
                              <w:r w:rsidRPr="00B80B2E">
                                <w:rPr>
                                  <w:rFonts w:ascii="Montserrat" w:eastAsia="Montserrat" w:hAnsi="Montserrat" w:cs="Montserrat"/>
                                  <w:b/>
                                  <w:sz w:val="36"/>
                                </w:rPr>
                                <w:t>GRAFİK SANATLAR</w:t>
                              </w:r>
                              <w:r w:rsidR="008D3E43" w:rsidRPr="00B80B2E">
                                <w:rPr>
                                  <w:rFonts w:ascii="Montserrat" w:eastAsia="Montserrat" w:hAnsi="Montserrat" w:cs="Montserrat"/>
                                  <w:b/>
                                  <w:sz w:val="36"/>
                                </w:rPr>
                                <w:t xml:space="preserve"> </w:t>
                              </w:r>
                              <w:r w:rsidR="0066682C" w:rsidRPr="00B80B2E">
                                <w:rPr>
                                  <w:rFonts w:ascii="Montserrat" w:eastAsia="Montserrat" w:hAnsi="Montserrat" w:cs="Montserrat"/>
                                  <w:b/>
                                  <w:sz w:val="36"/>
                                </w:rPr>
                                <w:t>BÖLÜMÜ</w:t>
                              </w:r>
                            </w:p>
                          </w:txbxContent>
                        </wps:txbx>
                        <wps:bodyPr horzOverflow="overflow" vert="horz" lIns="0" tIns="0" rIns="0" bIns="0" rtlCol="0">
                          <a:noAutofit/>
                        </wps:bodyPr>
                      </wps:wsp>
                      <wps:wsp>
                        <wps:cNvPr id="100" name="Rectangle 100"/>
                        <wps:cNvSpPr/>
                        <wps:spPr>
                          <a:xfrm>
                            <a:off x="6146038" y="3715842"/>
                            <a:ext cx="86043" cy="370623"/>
                          </a:xfrm>
                          <a:prstGeom prst="rect">
                            <a:avLst/>
                          </a:prstGeom>
                          <a:ln>
                            <a:noFill/>
                          </a:ln>
                        </wps:spPr>
                        <wps:txbx>
                          <w:txbxContent>
                            <w:p w14:paraId="429506D6" w14:textId="77777777" w:rsidR="0066682C" w:rsidRPr="00B80B2E" w:rsidRDefault="0066682C">
                              <w:r w:rsidRPr="00B80B2E">
                                <w:rPr>
                                  <w:rFonts w:ascii="Montserrat" w:eastAsia="Montserrat" w:hAnsi="Montserrat" w:cs="Montserrat"/>
                                  <w:b/>
                                  <w:sz w:val="36"/>
                                </w:rPr>
                                <w:t xml:space="preserve"> </w:t>
                              </w:r>
                            </w:p>
                          </w:txbxContent>
                        </wps:txbx>
                        <wps:bodyPr horzOverflow="overflow" vert="horz" lIns="0" tIns="0" rIns="0" bIns="0" rtlCol="0">
                          <a:noAutofit/>
                        </wps:bodyPr>
                      </wps:wsp>
                      <wps:wsp>
                        <wps:cNvPr id="102" name="Rectangle 102"/>
                        <wps:cNvSpPr/>
                        <wps:spPr>
                          <a:xfrm>
                            <a:off x="5060103" y="9771901"/>
                            <a:ext cx="2328446" cy="351346"/>
                          </a:xfrm>
                          <a:prstGeom prst="rect">
                            <a:avLst/>
                          </a:prstGeom>
                          <a:ln>
                            <a:noFill/>
                          </a:ln>
                        </wps:spPr>
                        <wps:txbx>
                          <w:txbxContent>
                            <w:p w14:paraId="2DE7EC5C" w14:textId="548F5887" w:rsidR="0066682C" w:rsidRPr="00B80B2E" w:rsidRDefault="000E53EE">
                              <w:pPr>
                                <w:rPr>
                                  <w:color w:val="FFFFFF" w:themeColor="background1"/>
                                  <w:sz w:val="44"/>
                                  <w:szCs w:val="44"/>
                                </w:rPr>
                              </w:pPr>
                              <w:r>
                                <w:rPr>
                                  <w:color w:val="FFFFFF" w:themeColor="background1"/>
                                  <w:sz w:val="44"/>
                                  <w:szCs w:val="44"/>
                                </w:rPr>
                                <w:t>gsf</w:t>
                              </w:r>
                              <w:r w:rsidR="00DB2D57" w:rsidRPr="00B80B2E">
                                <w:rPr>
                                  <w:color w:val="FFFFFF" w:themeColor="background1"/>
                                  <w:sz w:val="44"/>
                                  <w:szCs w:val="44"/>
                                </w:rPr>
                                <w:t>@balikesir.edu.tr</w:t>
                              </w:r>
                            </w:p>
                          </w:txbxContent>
                        </wps:txbx>
                        <wps:bodyPr horzOverflow="overflow" vert="horz" lIns="0" tIns="0" rIns="0" bIns="0" rtlCol="0">
                          <a:noAutofit/>
                        </wps:bodyPr>
                      </wps:wsp>
                      <wps:wsp>
                        <wps:cNvPr id="104" name="Rectangle 104"/>
                        <wps:cNvSpPr/>
                        <wps:spPr>
                          <a:xfrm>
                            <a:off x="4170553" y="9420555"/>
                            <a:ext cx="775740" cy="351346"/>
                          </a:xfrm>
                          <a:prstGeom prst="rect">
                            <a:avLst/>
                          </a:prstGeom>
                          <a:ln>
                            <a:noFill/>
                          </a:ln>
                        </wps:spPr>
                        <wps:txbx>
                          <w:txbxContent>
                            <w:p w14:paraId="3DFFF965" w14:textId="77777777" w:rsidR="0066682C" w:rsidRPr="00B80B2E" w:rsidRDefault="0066682C">
                              <w:r w:rsidRPr="00B80B2E">
                                <w:rPr>
                                  <w:spacing w:val="6"/>
                                  <w:sz w:val="34"/>
                                </w:rPr>
                                <w:t xml:space="preserve"> </w:t>
                              </w:r>
                              <w:r w:rsidRPr="00B80B2E">
                                <w:rPr>
                                  <w:spacing w:val="8"/>
                                  <w:sz w:val="34"/>
                                </w:rPr>
                                <w:t xml:space="preserve"> </w:t>
                              </w:r>
                              <w:r w:rsidRPr="00B80B2E">
                                <w:rPr>
                                  <w:spacing w:val="6"/>
                                  <w:sz w:val="34"/>
                                </w:rPr>
                                <w:t xml:space="preserve"> </w:t>
                              </w:r>
                              <w:r w:rsidRPr="00B80B2E">
                                <w:rPr>
                                  <w:spacing w:val="8"/>
                                  <w:sz w:val="34"/>
                                </w:rPr>
                                <w:t xml:space="preserve"> </w:t>
                              </w:r>
                              <w:r w:rsidRPr="00B80B2E">
                                <w:rPr>
                                  <w:spacing w:val="6"/>
                                  <w:sz w:val="34"/>
                                </w:rPr>
                                <w:t xml:space="preserve"> </w:t>
                              </w:r>
                              <w:r w:rsidRPr="00B80B2E">
                                <w:rPr>
                                  <w:spacing w:val="8"/>
                                  <w:sz w:val="34"/>
                                </w:rPr>
                                <w:t xml:space="preserve"> </w:t>
                              </w:r>
                              <w:r w:rsidRPr="00B80B2E">
                                <w:rPr>
                                  <w:spacing w:val="5"/>
                                  <w:sz w:val="34"/>
                                </w:rPr>
                                <w:t xml:space="preserve"> </w:t>
                              </w:r>
                              <w:r w:rsidRPr="00B80B2E">
                                <w:rPr>
                                  <w:spacing w:val="6"/>
                                  <w:sz w:val="34"/>
                                </w:rPr>
                                <w:t xml:space="preserve"> </w:t>
                              </w:r>
                              <w:r w:rsidRPr="00B80B2E">
                                <w:rPr>
                                  <w:spacing w:val="8"/>
                                  <w:sz w:val="34"/>
                                </w:rPr>
                                <w:t xml:space="preserve"> </w:t>
                              </w:r>
                              <w:r w:rsidRPr="00B80B2E">
                                <w:rPr>
                                  <w:spacing w:val="6"/>
                                  <w:sz w:val="34"/>
                                </w:rPr>
                                <w:t xml:space="preserve">  </w:t>
                              </w:r>
                            </w:p>
                          </w:txbxContent>
                        </wps:txbx>
                        <wps:bodyPr horzOverflow="overflow" vert="horz" lIns="0" tIns="0" rIns="0" bIns="0" rtlCol="0">
                          <a:noAutofit/>
                        </wps:bodyPr>
                      </wps:wsp>
                      <wps:wsp>
                        <wps:cNvPr id="105" name="Rectangle 105"/>
                        <wps:cNvSpPr/>
                        <wps:spPr>
                          <a:xfrm>
                            <a:off x="4755769" y="9420555"/>
                            <a:ext cx="209305" cy="351346"/>
                          </a:xfrm>
                          <a:prstGeom prst="rect">
                            <a:avLst/>
                          </a:prstGeom>
                          <a:ln>
                            <a:noFill/>
                          </a:ln>
                        </wps:spPr>
                        <wps:txbx>
                          <w:txbxContent>
                            <w:p w14:paraId="0AF3868C" w14:textId="1854C92A" w:rsidR="0066682C" w:rsidRPr="00B80B2E" w:rsidRDefault="0066682C"/>
                          </w:txbxContent>
                        </wps:txbx>
                        <wps:bodyPr horzOverflow="overflow" vert="horz" lIns="0" tIns="0" rIns="0" bIns="0" rtlCol="0">
                          <a:noAutofit/>
                        </wps:bodyPr>
                      </wps:wsp>
                      <wps:wsp>
                        <wps:cNvPr id="106" name="Rectangle 106"/>
                        <wps:cNvSpPr/>
                        <wps:spPr>
                          <a:xfrm>
                            <a:off x="4152758" y="9454530"/>
                            <a:ext cx="3216863" cy="351346"/>
                          </a:xfrm>
                          <a:prstGeom prst="rect">
                            <a:avLst/>
                          </a:prstGeom>
                          <a:ln>
                            <a:noFill/>
                          </a:ln>
                        </wps:spPr>
                        <wps:txbx>
                          <w:txbxContent>
                            <w:p w14:paraId="555D091E" w14:textId="326E9AF0" w:rsidR="0066682C" w:rsidRPr="00B80B2E" w:rsidRDefault="00B80B2E">
                              <w:pPr>
                                <w:rPr>
                                  <w:color w:val="FFFFFF" w:themeColor="background1"/>
                                </w:rPr>
                              </w:pPr>
                              <w:r w:rsidRPr="00B80B2E">
                                <w:rPr>
                                  <w:color w:val="FFFFFF" w:themeColor="background1"/>
                                  <w:w w:val="158"/>
                                  <w:sz w:val="34"/>
                                </w:rPr>
                                <w:t>Grafik Sanatlar</w:t>
                              </w:r>
                              <w:r w:rsidR="003F59D5" w:rsidRPr="00B80B2E">
                                <w:rPr>
                                  <w:color w:val="FFFFFF" w:themeColor="background1"/>
                                  <w:w w:val="158"/>
                                  <w:sz w:val="34"/>
                                </w:rPr>
                                <w:t xml:space="preserve"> </w:t>
                              </w:r>
                              <w:r w:rsidR="0066682C" w:rsidRPr="00B80B2E">
                                <w:rPr>
                                  <w:color w:val="FFFFFF" w:themeColor="background1"/>
                                  <w:w w:val="158"/>
                                  <w:sz w:val="34"/>
                                </w:rPr>
                                <w:t>Bölümü</w:t>
                              </w:r>
                            </w:p>
                          </w:txbxContent>
                        </wps:txbx>
                        <wps:bodyPr horzOverflow="overflow" vert="horz" lIns="0" tIns="0" rIns="0" bIns="0" rtlCol="0">
                          <a:noAutofit/>
                        </wps:bodyPr>
                      </wps:wsp>
                      <wps:wsp>
                        <wps:cNvPr id="107" name="Rectangle 107"/>
                        <wps:cNvSpPr/>
                        <wps:spPr>
                          <a:xfrm>
                            <a:off x="6397498" y="9492104"/>
                            <a:ext cx="37855" cy="227633"/>
                          </a:xfrm>
                          <a:prstGeom prst="rect">
                            <a:avLst/>
                          </a:prstGeom>
                          <a:ln>
                            <a:noFill/>
                          </a:ln>
                        </wps:spPr>
                        <wps:txbx>
                          <w:txbxContent>
                            <w:p w14:paraId="717EDE96" w14:textId="77777777" w:rsidR="0066682C" w:rsidRPr="00B80B2E" w:rsidRDefault="0066682C">
                              <w:r w:rsidRPr="00B80B2E">
                                <w:t xml:space="preserve"> </w:t>
                              </w:r>
                            </w:p>
                          </w:txbxContent>
                        </wps:txbx>
                        <wps:bodyPr horzOverflow="overflow" vert="horz" lIns="0" tIns="0" rIns="0" bIns="0" rtlCol="0">
                          <a:noAutofit/>
                        </wps:bodyPr>
                      </wps:wsp>
                      <wps:wsp>
                        <wps:cNvPr id="108" name="Rectangle 108"/>
                        <wps:cNvSpPr/>
                        <wps:spPr>
                          <a:xfrm>
                            <a:off x="4175125" y="1857400"/>
                            <a:ext cx="1478233" cy="741245"/>
                          </a:xfrm>
                          <a:prstGeom prst="rect">
                            <a:avLst/>
                          </a:prstGeom>
                          <a:ln>
                            <a:noFill/>
                          </a:ln>
                        </wps:spPr>
                        <wps:txbx>
                          <w:txbxContent>
                            <w:p w14:paraId="222DAF7C" w14:textId="4FE3DB29" w:rsidR="0066682C" w:rsidRPr="00B80B2E" w:rsidRDefault="0066682C">
                              <w:r w:rsidRPr="00B80B2E">
                                <w:rPr>
                                  <w:rFonts w:ascii="Montserrat" w:eastAsia="Montserrat" w:hAnsi="Montserrat" w:cs="Montserrat"/>
                                  <w:sz w:val="72"/>
                                </w:rPr>
                                <w:t>202</w:t>
                              </w:r>
                              <w:r w:rsidR="00B80B2E" w:rsidRPr="00B80B2E">
                                <w:rPr>
                                  <w:rFonts w:ascii="Montserrat" w:eastAsia="Montserrat" w:hAnsi="Montserrat" w:cs="Montserrat"/>
                                  <w:sz w:val="72"/>
                                </w:rPr>
                                <w:t>5</w:t>
                              </w:r>
                            </w:p>
                          </w:txbxContent>
                        </wps:txbx>
                        <wps:bodyPr horzOverflow="overflow" vert="horz" lIns="0" tIns="0" rIns="0" bIns="0" rtlCol="0">
                          <a:noAutofit/>
                        </wps:bodyPr>
                      </wps:wsp>
                      <wps:wsp>
                        <wps:cNvPr id="109" name="Rectangle 109"/>
                        <wps:cNvSpPr/>
                        <wps:spPr>
                          <a:xfrm>
                            <a:off x="5290693" y="1857400"/>
                            <a:ext cx="232285" cy="741245"/>
                          </a:xfrm>
                          <a:prstGeom prst="rect">
                            <a:avLst/>
                          </a:prstGeom>
                          <a:ln>
                            <a:noFill/>
                          </a:ln>
                        </wps:spPr>
                        <wps:txbx>
                          <w:txbxContent>
                            <w:p w14:paraId="3D41FE34" w14:textId="77777777" w:rsidR="0066682C" w:rsidRPr="00B80B2E" w:rsidRDefault="0066682C">
                              <w:r w:rsidRPr="00B80B2E">
                                <w:rPr>
                                  <w:rFonts w:ascii="Montserrat" w:eastAsia="Montserrat" w:hAnsi="Montserrat" w:cs="Montserrat"/>
                                  <w:sz w:val="72"/>
                                </w:rPr>
                                <w:t>-</w:t>
                              </w:r>
                            </w:p>
                          </w:txbxContent>
                        </wps:txbx>
                        <wps:bodyPr horzOverflow="overflow" vert="horz" lIns="0" tIns="0" rIns="0" bIns="0" rtlCol="0">
                          <a:noAutofit/>
                        </wps:bodyPr>
                      </wps:wsp>
                      <wps:wsp>
                        <wps:cNvPr id="110" name="Rectangle 110"/>
                        <wps:cNvSpPr/>
                        <wps:spPr>
                          <a:xfrm>
                            <a:off x="5460238" y="1857400"/>
                            <a:ext cx="1432627" cy="741245"/>
                          </a:xfrm>
                          <a:prstGeom prst="rect">
                            <a:avLst/>
                          </a:prstGeom>
                          <a:ln>
                            <a:noFill/>
                          </a:ln>
                        </wps:spPr>
                        <wps:txbx>
                          <w:txbxContent>
                            <w:p w14:paraId="53F54983" w14:textId="1DCBAF45" w:rsidR="0066682C" w:rsidRPr="00B80B2E" w:rsidRDefault="0066682C">
                              <w:r w:rsidRPr="00B80B2E">
                                <w:rPr>
                                  <w:rFonts w:ascii="Montserrat" w:eastAsia="Montserrat" w:hAnsi="Montserrat" w:cs="Montserrat"/>
                                  <w:sz w:val="72"/>
                                </w:rPr>
                                <w:t>202</w:t>
                              </w:r>
                              <w:r w:rsidR="00B80B2E" w:rsidRPr="00B80B2E">
                                <w:rPr>
                                  <w:rFonts w:ascii="Montserrat" w:eastAsia="Montserrat" w:hAnsi="Montserrat" w:cs="Montserrat"/>
                                  <w:sz w:val="72"/>
                                </w:rPr>
                                <w:t>6</w:t>
                              </w:r>
                            </w:p>
                          </w:txbxContent>
                        </wps:txbx>
                        <wps:bodyPr horzOverflow="overflow" vert="horz" lIns="0" tIns="0" rIns="0" bIns="0" rtlCol="0">
                          <a:noAutofit/>
                        </wps:bodyPr>
                      </wps:wsp>
                      <wps:wsp>
                        <wps:cNvPr id="111" name="Rectangle 111"/>
                        <wps:cNvSpPr/>
                        <wps:spPr>
                          <a:xfrm>
                            <a:off x="6537707" y="2181198"/>
                            <a:ext cx="34151" cy="205364"/>
                          </a:xfrm>
                          <a:prstGeom prst="rect">
                            <a:avLst/>
                          </a:prstGeom>
                          <a:ln>
                            <a:noFill/>
                          </a:ln>
                        </wps:spPr>
                        <wps:txbx>
                          <w:txbxContent>
                            <w:p w14:paraId="42CF6050" w14:textId="77777777" w:rsidR="0066682C" w:rsidRPr="00B80B2E" w:rsidRDefault="0066682C">
                              <w:r w:rsidRPr="00B80B2E">
                                <w:rPr>
                                  <w:sz w:val="20"/>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55705F0C" id="Group 37857" o:spid="_x0000_s1026" style="position:absolute;left:0;text-align:left;margin-left:0;margin-top:0;width:633.4pt;height:841.9pt;z-index:251658240;mso-position-horizontal-relative:page;mso-position-vertical-relative:page;mso-width-relative:margin" coordsize="80444,106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">
                <v:rect id="Rectangle 6" o:spid="_x0000_s1027" style="position:absolute;left:9009;top:9462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8332849" w14:textId="77777777" w:rsidR="0066682C" w:rsidRPr="00B80B2E" w:rsidRDefault="0066682C">
                        <w:r w:rsidRPr="00B80B2E">
                          <w:rPr>
                            <w:rFonts w:ascii="Arial" w:eastAsia="Arial" w:hAnsi="Arial" w:cs="Arial"/>
                          </w:rPr>
                          <w:t xml:space="preserve"> </w:t>
                        </w:r>
                      </w:p>
                    </w:txbxContent>
                  </v:textbox>
                </v:rect>
                <v:rect id="Rectangle 7" o:spid="_x0000_s1028" style="position:absolute;left:27301;top:94326;width:378;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C1EEF08" w14:textId="77777777" w:rsidR="0066682C" w:rsidRPr="00B80B2E" w:rsidRDefault="0066682C">
                        <w:r w:rsidRPr="00B80B2E">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top:21294;width:35688;height:64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">
                  <v:imagedata r:id="rId14" o:title=""/>
                </v:shape>
                <v:shape id="Shape 10" o:spid="_x0000_s1030" style="position:absolute;top:70755;width:42901;height:36168;visibility:visible;mso-wrap-style:square;v-text-anchor:top" coordsize="4290187,361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" path="m2436368,l4290187,1853946,2527302,3616830,,3616830,,2436457,2436368,xe" fillcolor="#22263e" stroked="f" strokeweight="0">
                  <v:stroke miterlimit="83231f" joinstyle="miter"/>
                  <v:path arrowok="t" textboxrect="0,0,4290187,3616830"/>
                </v:shape>
                <v:shape id="Shape 59013" o:spid="_x0000_s1031" style="position:absolute;left:14216;top:84236;width:61336;height:22687;visibility:visible;mso-wrap-style:square;v-text-anchor:top" coordsize="6133593,2268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" path="m,l6133593,r,2268726l,2268726,,e" fillcolor="#22263e" stroked="f" strokeweight="0">
                  <v:stroke miterlimit="83231f" joinstyle="miter"/>
                  <v:path arrowok="t" textboxrect="0,0,6133593,2268726"/>
                </v:shape>
                <v:shape id="Shape 12" o:spid="_x0000_s1032" style="position:absolute;left:6088;width:45138;height:36281;visibility:visible;mso-wrap-style:square;v-text-anchor:top" coordsize="4513796,362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" path="m1976590,l3748367,r765429,765556l1651343,3628136,,1976627,1976590,xe" fillcolor="#22263e" stroked="f" strokeweight="0">
                  <v:stroke miterlimit="83231f" joinstyle="miter"/>
                  <v:path arrowok="t" textboxrect="0,0,4513796,3628136"/>
                </v:shape>
                <v:shape id="Shape 59014" o:spid="_x0000_s1033" style="position:absolute;left:27974;width:47578;height:15419;visibility:visible;mso-wrap-style:square;v-text-anchor:top" coordsize="4757801,154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" path="m,l4757801,r,1541907l,1541907,,e" fillcolor="#22263e" stroked="f" strokeweight="0">
                  <v:stroke miterlimit="83231f" joinstyle="miter"/>
                  <v:path arrowok="t" textboxrect="0,0,4757801,1541907"/>
                </v:shape>
                <v:shape id="Picture 15" o:spid="_x0000_s1034" type="#_x0000_t75" style="position:absolute;top:70791;width:28008;height:3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">
                  <v:imagedata r:id="rId15" o:title=""/>
                </v:shape>
                <v:shape id="Picture 17" o:spid="_x0000_s1035" type="#_x0000_t75" style="position:absolute;left:6085;width:24777;height:2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">
                  <v:imagedata r:id="rId16" o:title=""/>
                </v:shape>
                <v:shape id="Shape 18" o:spid="_x0000_s1036" style="position:absolute;left:26466;top:59345;width:18437;height:18439;visibility:visible;mso-wrap-style:square;v-text-anchor:top" coordsize="1843659,184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" path="m921893,r921766,921893l921893,1843913,,921893,921893,xe" fillcolor="#22263e" stroked="f" strokeweight="0">
                  <v:stroke miterlimit="83231f" joinstyle="miter"/>
                  <v:path arrowok="t" textboxrect="0,0,1843659,1843913"/>
                </v:shape>
                <v:shape id="Shape 19" o:spid="_x0000_s1037" style="position:absolute;left:64074;top:65940;width:7272;height:0;visibility:visible;mso-wrap-style:square;v-text-anchor:top" coordsize="727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" path="m,l727203,e" filled="f" strokecolor="#22263e" strokeweight="6pt">
                  <v:path arrowok="t" textboxrect="0,0,727203,0"/>
                </v:shape>
                <v:shape id="Shape 20" o:spid="_x0000_s1038" style="position:absolute;left:34284;top:19047;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" path="m17526,v9652,,17399,7747,17399,17399c34925,27051,27178,34925,17526,34925,7874,34925,,27051,,17399,,7874,7874,,17526,xe" stroked="f" strokeweight="0">
                  <v:path arrowok="t" textboxrect="0,0,34925,34925"/>
                </v:shape>
                <v:shape id="Shape 21" o:spid="_x0000_s1039" style="position:absolute;left:32433;top:19047;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" path="m17526,v9652,,17526,7747,17526,17399c35052,27051,27178,34925,17526,34925,7874,34925,,27051,,17399,,7874,7874,,17526,xe" stroked="f" strokeweight="0">
                  <v:path arrowok="t" textboxrect="0,0,35052,34925"/>
                </v:shape>
                <v:shape id="Shape 22" o:spid="_x0000_s1040" style="position:absolute;left:30584;top:19047;width:351;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" path="m17399,v127,,254,,381,c27432,127,35179,8001,35052,17653v-127,9525,-7874,17145,-17399,17272c8001,34925,127,27178,,17526,,7874,7747,,17399,xe" stroked="f" strokeweight="0">
                  <v:path arrowok="t" textboxrect="0,0,35179,34925"/>
                </v:shape>
                <v:shape id="Shape 23" o:spid="_x0000_s1041" style="position:absolute;left:28731;top:19047;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" path="m17653,v9525,,17399,7747,17399,17399c35052,17399,35052,17399,35052,17526v,9652,-7874,17399,-17526,17399c7874,34925,,27051,,17399,127,7747,8001,,17653,xe" stroked="f" strokeweight="0">
                  <v:path arrowok="t" textboxrect="0,0,35052,34925"/>
                </v:shape>
                <v:shape id="Shape 24" o:spid="_x0000_s1042" style="position:absolute;left:26880;top:19047;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" path="m17526,v9652,,17526,7747,17526,17399c35052,27051,27178,34925,17526,34925,7874,34925,,27051,,17399,,7874,7874,,17526,xe" stroked="f" strokeweight="0">
                  <v:path arrowok="t" textboxrect="0,0,35052,34925"/>
                </v:shape>
                <v:shape id="Shape 25" o:spid="_x0000_s1043" style="position:absolute;left:25030;top:19047;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" path="m17526,v9652,,17399,7874,17399,17399c34925,27051,27178,34925,17526,34925,7874,34925,,27051,,17399,,7874,7874,,17526,xe" stroked="f" strokeweight="0">
                  <v:path arrowok="t" textboxrect="0,0,34925,34925"/>
                </v:shape>
                <v:shape id="Shape 26" o:spid="_x0000_s1044" style="position:absolute;left:23178;top:19047;width:352;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" path="m17526,v127,,127,,254,c27432,127,35179,8001,35052,17653v-127,9525,-7874,17272,-17526,17272c7874,34925,,27051,,17399,,7874,7874,,17526,xe" stroked="f" strokeweight="0">
                  <v:path arrowok="t" textboxrect="0,0,35179,34925"/>
                </v:shape>
                <v:shape id="Shape 27" o:spid="_x0000_s1045" style="position:absolute;left:21328;top:19047;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" path="m17526,v9652,,17399,7747,17526,17399c35052,17399,35052,17399,35052,17526v-127,9652,-7874,17399,-17526,17399c7747,34925,,27051,,17399,,7747,7874,,17526,xe" stroked="f" strokeweight="0">
                  <v:path arrowok="t" textboxrect="0,0,35052,34925"/>
                </v:shape>
                <v:shape id="Shape 28" o:spid="_x0000_s1046" style="position:absolute;left:19476;top:19047;width:352;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" path="m17653,v,,,,127,c27432,127,35179,8001,35052,17653v-127,9525,-7874,17272,-17526,17272c7874,34925,,27051,127,17399,127,7747,8001,,17653,xe" stroked="f" strokeweight="0">
                  <v:path arrowok="t" textboxrect="0,0,35179,34925"/>
                </v:shape>
                <v:shape id="Shape 29" o:spid="_x0000_s1047" style="position:absolute;left:30582;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" path="m17653,l29972,5207v3175,3175,5080,7493,5080,12319c35052,27178,27178,34925,17526,34925,7874,34925,,27051,127,17526,127,12700,2032,8255,5207,5080l17653,xe" stroked="f" strokeweight="0">
                  <v:path arrowok="t" textboxrect="0,0,35052,34925"/>
                </v:shape>
                <v:shape id="Shape 30" o:spid="_x0000_s1048" style="position:absolute;left:28732;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" path="m17526,l29845,5207v3175,3175,5207,7493,5207,12319c35052,27178,27178,34925,17526,34925,7874,34925,,27051,,17526,,12700,2032,8255,5207,5080l17526,xe" stroked="f" strokeweight="0">
                  <v:path arrowok="t" textboxrect="0,0,35052,34925"/>
                </v:shape>
                <v:shape id="Shape 31" o:spid="_x0000_s1049" style="position:absolute;left:34286;top:17258;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" path="m17399,v9652,,17526,7875,17526,17526c34925,27178,27051,34925,17399,34925,7747,34925,,27178,,17526,,7875,7747,,17399,xe" stroked="f" strokeweight="0">
                  <v:path arrowok="t" textboxrect="0,0,34925,34925"/>
                </v:shape>
                <v:shape id="Shape 32" o:spid="_x0000_s1050" style="position:absolute;left:32434;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" path="m17526,v9652,,17526,7875,17526,17526c35052,27178,27178,34925,17526,34925,7874,34925,,27178,,17526,,7875,7874,,17526,xe" stroked="f" strokeweight="0">
                  <v:path arrowok="t" textboxrect="0,0,35052,34925"/>
                </v:shape>
                <v:shape id="Shape 33" o:spid="_x0000_s1051" style="position:absolute;left:30758;top:17258;width:1;height:0;visibility:visible;mso-wrap-style:square;v-text-anchor:top" coordsize="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" path="m127,l,,127,xe" stroked="f" strokeweight="0">
                  <v:path arrowok="t" textboxrect="0,0,127,0"/>
                </v:shape>
                <v:shape id="Shape 35" o:spid="_x0000_s1052" style="position:absolute;left:26882;top:1725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" path="m17526,v9652,,17526,7875,17526,17526c35052,27178,27178,34925,17526,34925,7874,34925,,27178,,17526,,7875,7874,,17526,xe" stroked="f" strokeweight="0">
                  <v:path arrowok="t" textboxrect="0,0,35052,34925"/>
                </v:shape>
                <v:shape id="Shape 36" o:spid="_x0000_s1053" style="position:absolute;left:25031;top:17258;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" path="m17399,v9779,,17526,7875,17526,17526c34925,27178,27178,34925,17399,34925,7747,34925,,27178,,17526,,7875,7747,,17399,xe" stroked="f" strokeweight="0">
                  <v:path arrowok="t" textboxrect="0,0,34925,34925"/>
                </v:shape>
                <v:shape id="Shape 37" o:spid="_x0000_s1054" style="position:absolute;left:23178;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" path="m17526,v9652,,17526,7875,17526,17526c35052,27178,27178,34925,17526,34925,7874,34925,,27178,,17526,,7875,7874,,17526,xe" stroked="f" strokeweight="0">
                  <v:path arrowok="t" textboxrect="0,0,35052,34925"/>
                </v:shape>
                <v:shape id="Shape 38" o:spid="_x0000_s1055" style="position:absolute;left:21328;top:1725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" path="m17526,v9652,,17526,7875,17526,17526c34925,27178,27178,34925,17526,34925,7747,34925,,27051,,17526,,7875,7874,,17526,xe" stroked="f" strokeweight="0">
                  <v:path arrowok="t" textboxrect="0,0,35052,34925"/>
                </v:shape>
                <v:shape id="Shape 39" o:spid="_x0000_s1056" style="position:absolute;left:19476;top:1725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" path="m17653,v9652,,17399,7875,17399,17526c35052,27178,27178,34925,17526,34925,7874,34925,,27051,127,17526,127,7875,8001,,17653,xe" stroked="f" strokeweight="0">
                  <v:path arrowok="t" textboxrect="0,0,35052,34925"/>
                </v:shape>
                <v:shape id="Shape 40" o:spid="_x0000_s1057" style="position:absolute;left:34284;top:15472;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" path="m17526,v9652,,17399,7748,17399,17400c34925,27051,27178,34925,17526,34925,7874,34925,,27051,,17400,,7748,7874,,17526,xe" stroked="f" strokeweight="0">
                  <v:path arrowok="t" textboxrect="0,0,34925,34925"/>
                </v:shape>
                <v:shape id="Shape 41" o:spid="_x0000_s1058" style="position:absolute;left:32433;top:15472;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" path="m17526,v9652,,17526,7748,17526,17400c35052,27051,27178,34925,17526,34925,7874,34925,,27051,,17400,,7748,7874,,17526,xe" stroked="f" strokeweight="0">
                  <v:path arrowok="t" textboxrect="0,0,35052,34925"/>
                </v:shape>
                <v:shape id="Shape 42" o:spid="_x0000_s1059" style="position:absolute;left:30584;top:15472;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" path="m17399,v,,127,,127,c27178,,35052,7748,35052,17400v,9651,-7747,17399,-17399,17525c8001,34925,127,27178,,17526,,7875,7747,,17399,xe" stroked="f" strokeweight="0">
                  <v:path arrowok="t" textboxrect="0,0,35052,34925"/>
                </v:shape>
                <v:shape id="Shape 43" o:spid="_x0000_s1060" style="position:absolute;left:28731;top:15471;width:350;height:350;visibility:visible;mso-wrap-style:square;v-text-anchor:top" coordsize="35052,35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" path="m17653,126v9652,,17399,7748,17399,17400c35052,27177,27178,35051,17526,35051,7874,34925,,27177,,17526,127,7874,8001,,17653,126xe" stroked="f" strokeweight="0">
                  <v:path arrowok="t" textboxrect="0,0,35052,35051"/>
                </v:shape>
                <v:shape id="Shape 44" o:spid="_x0000_s1061" style="position:absolute;left:26882;top:15472;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" path="m17526,v9652,,17526,7748,17526,17400c35052,27051,27178,34925,17526,34925,7874,34925,,27051,,17400,,7748,7874,,17526,xe" stroked="f" strokeweight="0">
                  <v:path arrowok="t" textboxrect="0,0,35052,34925"/>
                </v:shape>
                <v:shape id="Shape 45" o:spid="_x0000_s1062" style="position:absolute;left:25031;top:15472;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" path="m17399,v9779,,17526,7748,17526,17400c34925,27051,27178,34925,17399,34925,7747,34925,,27051,,17400,,7748,7747,,17399,xe" stroked="f" strokeweight="0">
                  <v:path arrowok="t" textboxrect="0,0,34925,34925"/>
                </v:shape>
                <v:shape id="Shape 46" o:spid="_x0000_s1063" style="position:absolute;left:23178;top:15472;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" path="m17526,v9652,,17526,7748,17526,17400c35052,27051,27178,34925,17526,34925,7874,34925,,27051,,17400,,7748,7874,,17526,xe" stroked="f" strokeweight="0">
                  <v:path arrowok="t" textboxrect="0,0,35052,34925"/>
                </v:shape>
                <v:shape id="Shape 47" o:spid="_x0000_s1064" style="position:absolute;left:21328;top:15471;width:350;height:350;visibility:visible;mso-wrap-style:square;v-text-anchor:top" coordsize="35052,35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" path="m17526,126v9652,,17526,7748,17526,17400c34925,27177,27178,35051,17526,35051,7747,34925,,27177,,17526,,7874,7874,,17526,126xe" stroked="f" strokeweight="0">
                  <v:path arrowok="t" textboxrect="0,0,35052,35051"/>
                </v:shape>
                <v:shape id="Shape 48" o:spid="_x0000_s1065" style="position:absolute;left:19477;top:15472;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" path="m17399,v127,,127,,127,c27178,,34925,7748,34925,17400v,9651,-7874,17525,-17526,17525c7747,34925,,27051,,17400,,7748,7747,,17399,xe" stroked="f" strokeweight="0">
                  <v:path arrowok="t" textboxrect="0,0,34925,34925"/>
                </v:shape>
                <v:shape id="Shape 49" o:spid="_x0000_s1066" style="position:absolute;left:34284;top:99203;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" path="m17526,v9652,,17399,7810,17399,17437c34925,17437,34925,17437,34925,17476v,9639,-7747,17449,-17399,17449c7874,34925,,27115,,17476,,7849,7874,,17526,xe" stroked="f" strokeweight="0">
                  <v:path arrowok="t" textboxrect="0,0,34925,34925"/>
                </v:shape>
                <v:shape id="Shape 50" o:spid="_x0000_s1067" style="position:absolute;left:32433;top:99203;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" path="m17526,v9652,,17526,7810,17526,17437c35052,17437,35052,17437,35052,17476v,9639,-7874,17449,-17526,17449c7874,34925,,27115,,17476,,7849,7874,,17526,xe" stroked="f" strokeweight="0">
                  <v:path arrowok="t" textboxrect="0,0,35052,34925"/>
                </v:shape>
                <v:shape id="Shape 51" o:spid="_x0000_s1068" style="position:absolute;left:30584;top:99203;width:351;height:350;visibility:visible;mso-wrap-style:square;v-text-anchor:top" coordsize="35179,3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" path="m17399,v127,,254,,381,c27432,115,35179,7989,35052,17666v-127,9512,-7874,17183,-17399,17259c8001,34989,127,27254,,17590,,7951,7747,77,17399,xe" stroked="f" strokeweight="0">
                  <v:path arrowok="t" textboxrect="0,0,35179,34989"/>
                </v:shape>
                <v:shape id="Shape 52" o:spid="_x0000_s1069" style="position:absolute;left:28731;top:99203;width:350;height:349;visibility:visible;mso-wrap-style:square;v-text-anchor:top" coordsize="35052,3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" path="m17653,v9525,38,17399,7810,17399,17437c35052,17437,35052,17476,35052,17514v,9639,-7874,17437,-17526,17411c7874,34925,,27077,,17437,127,7772,8001,,17653,xe" stroked="f" strokeweight="0">
                  <v:path arrowok="t" textboxrect="0,0,35052,34951"/>
                </v:shape>
                <v:shape id="Shape 53" o:spid="_x0000_s1070" style="position:absolute;left:26880;top:99203;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" path="m17526,v9652,,17526,7810,17526,17437c35052,17437,35052,17437,35052,17476v,9639,-7874,17449,-17526,17449c7874,34925,,27115,,17476,,7849,7874,,17526,xe" stroked="f" strokeweight="0">
                  <v:path arrowok="t" textboxrect="0,0,35052,34925"/>
                </v:shape>
                <v:shape id="Shape 54" o:spid="_x0000_s1071" style="position:absolute;left:25030;top:99203;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" path="m17526,v9652,77,17399,7849,17399,17437c34925,17437,34925,17437,34925,17476v,9639,-7747,17449,-17399,17449c7874,34925,,27115,,17476,,7849,7874,,17526,xe" stroked="f" strokeweight="0">
                  <v:path arrowok="t" textboxrect="0,0,34925,34925"/>
                </v:shape>
                <v:shape id="Shape 55" o:spid="_x0000_s1072" style="position:absolute;left:23178;top:99203;width:352;height:349;visibility:visible;mso-wrap-style:square;v-text-anchor:top" coordsize="351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" path="m17526,v127,,127,,254,c27432,115,35179,7989,35052,17666v-127,9550,-7874,17259,-17526,17259c7874,34925,,27115,,17476,,7849,7874,,17526,xe" stroked="f" strokeweight="0">
                  <v:path arrowok="t" textboxrect="0,0,35179,34925"/>
                </v:shape>
                <v:shape id="Shape 56" o:spid="_x0000_s1073" style="position:absolute;left:21328;top:99203;width:350;height:349;visibility:visible;mso-wrap-style:square;v-text-anchor:top" coordsize="35052,3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" path="m17526,v9652,38,17399,7810,17526,17437c35052,17437,35052,17476,35052,17514v-127,9639,-7874,17437,-17526,17411c7747,34925,,27077,,17437,,7772,7874,,17526,xe" stroked="f" strokeweight="0">
                  <v:path arrowok="t" textboxrect="0,0,35052,34951"/>
                </v:shape>
                <v:shape id="Shape 57" o:spid="_x0000_s1074" style="position:absolute;left:19476;top:99203;width:352;height:349;visibility:visible;mso-wrap-style:square;v-text-anchor:top" coordsize="35179,3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" path="m17653,v,,,,127,c27432,115,35179,7989,35052,17666v-127,9588,-7874,17285,-17526,17259c7874,34925,,27077,127,17437,127,7772,8001,,17653,xe" stroked="f" strokeweight="0">
                  <v:path arrowok="t" textboxrect="0,0,35179,34951"/>
                </v:shape>
                <v:shape id="Shape 58" o:spid="_x0000_s1075" style="position:absolute;left:30582;top:97414;width:351;height:350;visibility:visible;mso-wrap-style:square;v-text-anchor:top" coordsize="350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" path="m17653,l29972,5118v3175,3162,5080,7531,5080,12345c35052,17463,35052,17500,35052,17500v,9677,-7874,17450,-17526,17450c7874,34912,,27063,127,17437,127,12611,2032,8255,5207,5093l17653,xe" stroked="f" strokeweight="0">
                  <v:path arrowok="t" textboxrect="0,0,35052,34950"/>
                </v:shape>
                <v:shape id="Shape 59" o:spid="_x0000_s1076" style="position:absolute;left:28732;top:97414;width:351;height:350;visibility:visible;mso-wrap-style:square;v-text-anchor:top" coordsize="350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" path="m17526,l29845,5118v3175,3162,5207,7531,5207,12345c35052,17463,35052,17500,35052,17500v,9677,-7874,17450,-17526,17450c7874,34912,,27063,,17425,,12611,2032,8255,5207,5093l17526,xe" stroked="f" strokeweight="0">
                  <v:path arrowok="t" textboxrect="0,0,35052,34950"/>
                </v:shape>
                <v:shape id="Shape 60" o:spid="_x0000_s1077" style="position:absolute;left:34286;top:97414;width:349;height:350;visibility:visible;mso-wrap-style:square;v-text-anchor:top" coordsize="34925,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" path="m17399,v9652,,17526,7849,17526,17476c34925,27115,27051,34963,17399,34963,7747,34963,,27115,,17476,,7849,7747,,17399,xe" stroked="f" strokeweight="0">
                  <v:path arrowok="t" textboxrect="0,0,34925,34963"/>
                </v:shape>
                <v:shape id="Shape 61" o:spid="_x0000_s1078" style="position:absolute;left:32434;top:97414;width:351;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" path="m17526,v9652,,17526,7849,17526,17476c35052,27115,27178,34963,17526,34963,7874,34963,,27115,,17476,,7849,7874,,17526,xe" stroked="f" strokeweight="0">
                  <v:path arrowok="t" textboxrect="0,0,35052,34963"/>
                </v:shape>
                <v:shape id="Shape 62" o:spid="_x0000_s1079" style="position:absolute;left:30758;top:97414;width:1;height:0;visibility:visible;mso-wrap-style:square;v-text-anchor:top" coordsize="1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" path="m,l127,r,13l,xe" stroked="f" strokeweight="0">
                  <v:path arrowok="t" textboxrect="0,0,127,13"/>
                </v:shape>
                <v:shape id="Shape 63" o:spid="_x0000_s1080" style="position:absolute;left:28907;top:97414;width:0;height:0;visibility:visible;mso-wrap-style:square;v-text-anchor:top" coordsize="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" path="m,13l,,,13xe" stroked="f" strokeweight="0">
                  <v:path arrowok="t" textboxrect="0,0,0,13"/>
                </v:shape>
                <v:shape id="Shape 64" o:spid="_x0000_s1081" style="position:absolute;left:26882;top:97414;width:350;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" path="m17526,v9652,,17526,7849,17526,17476c35052,27115,27178,34963,17526,34963,7874,34963,,27115,,17476,,7849,7874,,17526,xe" stroked="f" strokeweight="0">
                  <v:path arrowok="t" textboxrect="0,0,35052,34963"/>
                </v:shape>
                <v:shape id="Shape 65" o:spid="_x0000_s1082" style="position:absolute;left:25031;top:97414;width:349;height:350;visibility:visible;mso-wrap-style:square;v-text-anchor:top" coordsize="34925,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" path="m17399,v9779,,17526,7849,17526,17476c34925,27115,27178,34963,17399,34963,7747,34963,,27115,,17476,,7849,7747,,17399,xe" stroked="f" strokeweight="0">
                  <v:path arrowok="t" textboxrect="0,0,34925,34963"/>
                </v:shape>
                <v:shape id="Shape 66" o:spid="_x0000_s1083" style="position:absolute;left:23178;top:97414;width:351;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" path="m17526,v9652,,17526,7849,17526,17476c35052,27115,27178,34963,17526,34963,7874,34963,,27115,,17476,,7849,7874,,17526,xe" stroked="f" strokeweight="0">
                  <v:path arrowok="t" textboxrect="0,0,35052,34963"/>
                </v:shape>
                <v:shape id="Shape 67" o:spid="_x0000_s1084" style="position:absolute;left:21328;top:97414;width:350;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" path="m17526,v9652,38,17526,7849,17526,17476c35052,17476,35052,17514,35052,17514v-127,9677,-7874,17449,-17526,17449c7747,34925,,27077,,17438,,7810,7874,,17526,xe" stroked="f" strokeweight="0">
                  <v:path arrowok="t" textboxrect="0,0,35052,34963"/>
                </v:shape>
                <v:shape id="Shape 68" o:spid="_x0000_s1085" style="position:absolute;left:19476;top:97414;width:351;height:350;visibility:visible;mso-wrap-style:square;v-text-anchor:top" coordsize="3505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" path="m17653,v9652,38,17399,7849,17399,17476c35052,17476,35052,17514,35052,17514v,9677,-7874,17449,-17526,17449c7874,34925,,27077,127,17438,127,7810,8001,,17653,xe" stroked="f" strokeweight="0">
                  <v:path arrowok="t" textboxrect="0,0,35052,34963"/>
                </v:shape>
                <v:shape id="Shape 69" o:spid="_x0000_s1086" style="position:absolute;left:34284;top:95628;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" path="m17526,v9652,,17399,7810,17399,17437c34925,27115,27178,34925,17526,34925,7874,34925,,27115,,17437,,7810,7874,,17526,xe" stroked="f" strokeweight="0">
                  <v:path arrowok="t" textboxrect="0,0,34925,34925"/>
                </v:shape>
                <v:shape id="Shape 70" o:spid="_x0000_s1087" style="position:absolute;left:32433;top:9562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" path="m17526,v9652,,17526,7810,17526,17437c35052,27115,27178,34925,17526,34925,7874,34925,,27115,,17437,,7810,7874,,17526,xe" stroked="f" strokeweight="0">
                  <v:path arrowok="t" textboxrect="0,0,35052,34925"/>
                </v:shape>
                <v:shape id="Shape 71" o:spid="_x0000_s1088" style="position:absolute;left:30584;top:95628;width:350;height:350;visibility:visible;mso-wrap-style:square;v-text-anchor:top" coordsize="35052,3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" path="m17399,v,,127,,127,c27178,,35052,7810,35052,17437v,9602,-7747,17412,-17399,17488c8001,34989,127,27216,,17590,,7951,7747,77,17399,xe" stroked="f" strokeweight="0">
                  <v:path arrowok="t" textboxrect="0,0,35052,34989"/>
                </v:shape>
                <v:shape id="Shape 72" o:spid="_x0000_s1089" style="position:absolute;left:28731;top:95627;width:350;height:350;visibility:visible;mso-wrap-style:square;v-text-anchor:top" coordsize="35052,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" path="m17653,38v9652,,17399,7810,17399,17437c35052,17514,35052,17514,35052,17514v,9677,-7874,17487,-17526,17449c7874,34925,,27077,,17437,127,7810,8001,,17653,38xe" stroked="f" strokeweight="0">
                  <v:path arrowok="t" textboxrect="0,0,35052,35001"/>
                </v:shape>
                <v:shape id="Shape 73" o:spid="_x0000_s1090" style="position:absolute;left:26882;top:95628;width:350;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" path="m17526,v9652,,17526,7810,17526,17437c35052,27115,27178,34925,17526,34925,7874,34925,,27115,,17437,,7810,7874,,17526,xe" stroked="f" strokeweight="0">
                  <v:path arrowok="t" textboxrect="0,0,35052,34925"/>
                </v:shape>
                <v:shape id="Shape 74" o:spid="_x0000_s1091" style="position:absolute;left:25031;top:95628;width:349;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" path="m17399,v9779,,17526,7810,17526,17437c34925,27115,27178,34925,17399,34925,7747,34925,,27115,,17437,,7810,7747,,17399,xe" stroked="f" strokeweight="0">
                  <v:path arrowok="t" textboxrect="0,0,34925,34925"/>
                </v:shape>
                <v:shape id="Shape 75" o:spid="_x0000_s1092" style="position:absolute;left:23178;top:95628;width:351;height:349;visibility:visible;mso-wrap-style:square;v-text-anchor:top" coordsize="35052,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" path="m17526,v9652,,17526,7810,17526,17437c35052,27115,27178,34925,17526,34925,7874,34925,,27115,,17437,,7810,7874,,17526,xe" stroked="f" strokeweight="0">
                  <v:path arrowok="t" textboxrect="0,0,35052,34925"/>
                </v:shape>
                <v:shape id="Shape 76" o:spid="_x0000_s1093" style="position:absolute;left:21328;top:95627;width:350;height:350;visibility:visible;mso-wrap-style:square;v-text-anchor:top" coordsize="35052,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" path="m17526,38v9652,,17526,7810,17526,17437c35052,17514,35052,17514,35052,17514v-127,9677,-7874,17487,-17526,17449c7747,34925,,27077,,17437,,7810,7874,,17526,38xe" stroked="f" strokeweight="0">
                  <v:path arrowok="t" textboxrect="0,0,35052,35001"/>
                </v:shape>
                <v:shape id="Shape 77" o:spid="_x0000_s1094" style="position:absolute;left:19477;top:95628;width:350;height:349;visibility:visible;mso-wrap-style:square;v-text-anchor:top" coordsize="349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" path="m17399,v127,,127,,127,c27178,,34925,7810,34925,17437v,9678,-7874,17488,-17526,17488c7747,34925,,27115,,17437,,7810,7747,,17399,xe" stroked="f" strokeweight="0">
                  <v:path arrowok="t" textboxrect="0,0,34925,34925"/>
                </v:shape>
                <v:shape id="Picture 79" o:spid="_x0000_s1095" type="#_x0000_t75" style="position:absolute;left:46680;top:3611;width:7178;height: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">
                  <v:imagedata r:id="rId17" o:title=""/>
                </v:shape>
                <v:shape id="Picture 81" o:spid="_x0000_s1096" type="#_x0000_t75" style="position:absolute;left:54742;top:4983;width:13152;height:3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">
                  <v:imagedata r:id="rId18" o:title=""/>
                </v:shape>
                <v:rect id="Rectangle 82" o:spid="_x0000_s1097" style="position:absolute;left:54754;top:4978;width:13258;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1706AC3B" w14:textId="77777777" w:rsidR="0066682C" w:rsidRPr="00B80B2E" w:rsidRDefault="0066682C">
                        <w:r w:rsidRPr="00B80B2E">
                          <w:rPr>
                            <w:rFonts w:ascii="Montserrat" w:eastAsia="Montserrat" w:hAnsi="Montserrat" w:cs="Montserrat"/>
                            <w:color w:val="FFF9F3"/>
                            <w:sz w:val="35"/>
                          </w:rPr>
                          <w:t xml:space="preserve">Balıkesir </w:t>
                        </w:r>
                      </w:p>
                    </w:txbxContent>
                  </v:textbox>
                </v:rect>
                <v:rect id="Rectangle 83" o:spid="_x0000_s1098" style="position:absolute;left:64721;top:5815;width:379;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7C474CD4" w14:textId="77777777" w:rsidR="0066682C" w:rsidRPr="00B80B2E" w:rsidRDefault="0066682C">
                        <w:r w:rsidRPr="00B80B2E">
                          <w:t xml:space="preserve"> </w:t>
                        </w:r>
                      </w:p>
                    </w:txbxContent>
                  </v:textbox>
                </v:rect>
                <v:shape id="Picture 85" o:spid="_x0000_s1099" type="#_x0000_t75" style="position:absolute;left:54742;top:7147;width:16931;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">
                  <v:imagedata r:id="rId19" o:title=""/>
                </v:shape>
                <v:rect id="Rectangle 86" o:spid="_x0000_s1100" style="position:absolute;left:54754;top:7139;width:17078;height:3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07CD9434" w14:textId="77777777" w:rsidR="0066682C" w:rsidRPr="00B80B2E" w:rsidRDefault="0066682C">
                        <w:r w:rsidRPr="00B80B2E">
                          <w:rPr>
                            <w:rFonts w:ascii="Montserrat" w:eastAsia="Montserrat" w:hAnsi="Montserrat" w:cs="Montserrat"/>
                            <w:color w:val="FFF9F3"/>
                            <w:sz w:val="35"/>
                          </w:rPr>
                          <w:t>Üniversitesi</w:t>
                        </w:r>
                      </w:p>
                    </w:txbxContent>
                  </v:textbox>
                </v:rect>
                <v:rect id="Rectangle 87" o:spid="_x0000_s1101" style="position:absolute;left:67586;top:7977;width:380;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4D0817AD" w14:textId="77777777" w:rsidR="0066682C" w:rsidRPr="00B80B2E" w:rsidRDefault="0066682C">
                        <w:r w:rsidRPr="00B80B2E">
                          <w:t xml:space="preserve"> </w:t>
                        </w:r>
                      </w:p>
                    </w:txbxContent>
                  </v:textbox>
                </v:rect>
                <v:shape id="Shape 88" o:spid="_x0000_s1102" style="position:absolute;left:64074;top:49844;width:7272;height:0;visibility:visible;mso-wrap-style:square;v-text-anchor:top" coordsize="727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" path="m,l727203,e" filled="f" strokecolor="#22263e" strokeweight="6pt">
                  <v:path arrowok="t" textboxrect="0,0,727203,0"/>
                </v:shape>
                <v:rect id="Rectangle 89" o:spid="_x0000_s1103" style="position:absolute;left:49782;top:51248;width:30048;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57CAE50A" w14:textId="77777777" w:rsidR="0066682C" w:rsidRPr="00B80B2E" w:rsidRDefault="0066682C">
                        <w:r w:rsidRPr="00B80B2E">
                          <w:rPr>
                            <w:rFonts w:ascii="Montserrat" w:eastAsia="Montserrat" w:hAnsi="Montserrat" w:cs="Montserrat"/>
                            <w:b/>
                            <w:sz w:val="40"/>
                          </w:rPr>
                          <w:t xml:space="preserve">DERS ÖĞRENME </w:t>
                        </w:r>
                      </w:p>
                    </w:txbxContent>
                  </v:textbox>
                </v:rect>
                <v:rect id="Rectangle 90" o:spid="_x0000_s1104" style="position:absolute;left:47877;top:54603;width:32567;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2523930B" w14:textId="77777777" w:rsidR="0066682C" w:rsidRPr="00B80B2E" w:rsidRDefault="0066682C">
                        <w:r w:rsidRPr="00B80B2E">
                          <w:rPr>
                            <w:rFonts w:ascii="Montserrat" w:eastAsia="Montserrat" w:hAnsi="Montserrat" w:cs="Montserrat"/>
                            <w:b/>
                            <w:sz w:val="40"/>
                          </w:rPr>
                          <w:t xml:space="preserve">ÇIKTILARI ANKETİ </w:t>
                        </w:r>
                      </w:p>
                    </w:txbxContent>
                  </v:textbox>
                </v:rect>
                <v:rect id="Rectangle 91" o:spid="_x0000_s1105" style="position:absolute;left:48091;top:57941;width:32289;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2ED4BC05" w14:textId="77777777" w:rsidR="0066682C" w:rsidRPr="00B80B2E" w:rsidRDefault="0066682C">
                        <w:r w:rsidRPr="00B80B2E">
                          <w:rPr>
                            <w:rFonts w:ascii="Montserrat" w:eastAsia="Montserrat" w:hAnsi="Montserrat" w:cs="Montserrat"/>
                            <w:b/>
                            <w:sz w:val="40"/>
                          </w:rPr>
                          <w:t xml:space="preserve">DEĞERLENDİRME </w:t>
                        </w:r>
                      </w:p>
                    </w:txbxContent>
                  </v:textbox>
                </v:rect>
                <v:rect id="Rectangle 92" o:spid="_x0000_s1106" style="position:absolute;left:59966;top:61278;width:15554;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A753D28" w14:textId="77777777" w:rsidR="0066682C" w:rsidRPr="00B80B2E" w:rsidRDefault="0066682C">
                        <w:r w:rsidRPr="00B80B2E">
                          <w:rPr>
                            <w:rFonts w:ascii="Montserrat" w:eastAsia="Montserrat" w:hAnsi="Montserrat" w:cs="Montserrat"/>
                            <w:b/>
                            <w:sz w:val="40"/>
                          </w:rPr>
                          <w:t>RAPORU</w:t>
                        </w:r>
                      </w:p>
                    </w:txbxContent>
                  </v:textbox>
                </v:rect>
                <v:rect id="Rectangle 93" o:spid="_x0000_s1107" style="position:absolute;left:71658;top:61278;width:95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7F4562CA" w14:textId="77777777" w:rsidR="0066682C" w:rsidRPr="00B80B2E" w:rsidRDefault="0066682C">
                        <w:r w:rsidRPr="00B80B2E">
                          <w:rPr>
                            <w:rFonts w:ascii="Montserrat" w:eastAsia="Montserrat" w:hAnsi="Montserrat" w:cs="Montserrat"/>
                            <w:b/>
                            <w:sz w:val="40"/>
                          </w:rPr>
                          <w:t xml:space="preserve"> </w:t>
                        </w:r>
                      </w:p>
                    </w:txbxContent>
                  </v:textbox>
                </v:rect>
                <v:rect id="Rectangle 95" o:spid="_x0000_s1108" style="position:absolute;left:42391;top:26318;width:29634;height:3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2BF5C358" w14:textId="77777777" w:rsidR="0066682C" w:rsidRPr="00B80B2E" w:rsidRDefault="0066682C">
                        <w:r w:rsidRPr="00B80B2E">
                          <w:rPr>
                            <w:rFonts w:ascii="Montserrat" w:eastAsia="Montserrat" w:hAnsi="Montserrat" w:cs="Montserrat"/>
                            <w:b/>
                            <w:sz w:val="36"/>
                          </w:rPr>
                          <w:t xml:space="preserve">GÜZEL SANATLAR </w:t>
                        </w:r>
                      </w:p>
                    </w:txbxContent>
                  </v:textbox>
                </v:rect>
                <v:rect id="Rectangle 96" o:spid="_x0000_s1109" style="position:absolute;left:42391;top:29321;width:17309;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ECB0613" w14:textId="77777777" w:rsidR="0066682C" w:rsidRPr="00B80B2E" w:rsidRDefault="0066682C">
                        <w:r w:rsidRPr="00B80B2E">
                          <w:rPr>
                            <w:rFonts w:ascii="Montserrat" w:eastAsia="Montserrat" w:hAnsi="Montserrat" w:cs="Montserrat"/>
                            <w:b/>
                            <w:sz w:val="36"/>
                          </w:rPr>
                          <w:t>FAKÜLTESİ</w:t>
                        </w:r>
                      </w:p>
                    </w:txbxContent>
                  </v:textbox>
                </v:rect>
                <v:rect id="Rectangle 97" o:spid="_x0000_s1110" style="position:absolute;left:55394;top:29321;width:861;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040FDA1" w14:textId="77777777" w:rsidR="0066682C" w:rsidRPr="00B80B2E" w:rsidRDefault="0066682C">
                        <w:r w:rsidRPr="00B80B2E">
                          <w:rPr>
                            <w:rFonts w:ascii="Montserrat" w:eastAsia="Montserrat" w:hAnsi="Montserrat" w:cs="Montserrat"/>
                            <w:b/>
                            <w:sz w:val="36"/>
                          </w:rPr>
                          <w:t xml:space="preserve"> </w:t>
                        </w:r>
                      </w:p>
                    </w:txbxContent>
                  </v:textbox>
                </v:rect>
                <v:rect id="Rectangle 99" o:spid="_x0000_s1111" style="position:absolute;left:39915;top:37152;width:31907;height:7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4EE4C63C" w14:textId="3EBA6037" w:rsidR="0066682C" w:rsidRPr="00B80B2E" w:rsidRDefault="00B80B2E">
                        <w:r w:rsidRPr="00B80B2E">
                          <w:rPr>
                            <w:rFonts w:ascii="Montserrat" w:eastAsia="Montserrat" w:hAnsi="Montserrat" w:cs="Montserrat"/>
                            <w:b/>
                            <w:sz w:val="36"/>
                          </w:rPr>
                          <w:t>GRAFİK SANATLAR</w:t>
                        </w:r>
                        <w:r w:rsidR="008D3E43" w:rsidRPr="00B80B2E">
                          <w:rPr>
                            <w:rFonts w:ascii="Montserrat" w:eastAsia="Montserrat" w:hAnsi="Montserrat" w:cs="Montserrat"/>
                            <w:b/>
                            <w:sz w:val="36"/>
                          </w:rPr>
                          <w:t xml:space="preserve"> </w:t>
                        </w:r>
                        <w:r w:rsidR="0066682C" w:rsidRPr="00B80B2E">
                          <w:rPr>
                            <w:rFonts w:ascii="Montserrat" w:eastAsia="Montserrat" w:hAnsi="Montserrat" w:cs="Montserrat"/>
                            <w:b/>
                            <w:sz w:val="36"/>
                          </w:rPr>
                          <w:t>BÖLÜMÜ</w:t>
                        </w:r>
                      </w:p>
                    </w:txbxContent>
                  </v:textbox>
                </v:rect>
                <v:rect id="Rectangle 100" o:spid="_x0000_s1112" style="position:absolute;left:61460;top:37158;width:860;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429506D6" w14:textId="77777777" w:rsidR="0066682C" w:rsidRPr="00B80B2E" w:rsidRDefault="0066682C">
                        <w:r w:rsidRPr="00B80B2E">
                          <w:rPr>
                            <w:rFonts w:ascii="Montserrat" w:eastAsia="Montserrat" w:hAnsi="Montserrat" w:cs="Montserrat"/>
                            <w:b/>
                            <w:sz w:val="36"/>
                          </w:rPr>
                          <w:t xml:space="preserve"> </w:t>
                        </w:r>
                      </w:p>
                    </w:txbxContent>
                  </v:textbox>
                </v:rect>
                <v:rect id="Rectangle 102" o:spid="_x0000_s1113" style="position:absolute;left:50601;top:97719;width:23284;height: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2DE7EC5C" w14:textId="548F5887" w:rsidR="0066682C" w:rsidRPr="00B80B2E" w:rsidRDefault="000E53EE">
                        <w:pPr>
                          <w:rPr>
                            <w:color w:val="FFFFFF" w:themeColor="background1"/>
                            <w:sz w:val="44"/>
                            <w:szCs w:val="44"/>
                          </w:rPr>
                        </w:pPr>
                        <w:r>
                          <w:rPr>
                            <w:color w:val="FFFFFF" w:themeColor="background1"/>
                            <w:sz w:val="44"/>
                            <w:szCs w:val="44"/>
                          </w:rPr>
                          <w:t>gsf</w:t>
                        </w:r>
                        <w:r w:rsidR="00DB2D57" w:rsidRPr="00B80B2E">
                          <w:rPr>
                            <w:color w:val="FFFFFF" w:themeColor="background1"/>
                            <w:sz w:val="44"/>
                            <w:szCs w:val="44"/>
                          </w:rPr>
                          <w:t>@balikesir.edu.tr</w:t>
                        </w:r>
                      </w:p>
                    </w:txbxContent>
                  </v:textbox>
                </v:rect>
                <v:rect id="Rectangle 104" o:spid="_x0000_s1114" style="position:absolute;left:41705;top:94205;width:7757;height:3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DFFF965" w14:textId="77777777" w:rsidR="0066682C" w:rsidRPr="00B80B2E" w:rsidRDefault="0066682C">
                        <w:r w:rsidRPr="00B80B2E">
                          <w:rPr>
                            <w:spacing w:val="6"/>
                            <w:sz w:val="34"/>
                          </w:rPr>
                          <w:t xml:space="preserve"> </w:t>
                        </w:r>
                        <w:r w:rsidRPr="00B80B2E">
                          <w:rPr>
                            <w:spacing w:val="8"/>
                            <w:sz w:val="34"/>
                          </w:rPr>
                          <w:t xml:space="preserve"> </w:t>
                        </w:r>
                        <w:r w:rsidRPr="00B80B2E">
                          <w:rPr>
                            <w:spacing w:val="6"/>
                            <w:sz w:val="34"/>
                          </w:rPr>
                          <w:t xml:space="preserve"> </w:t>
                        </w:r>
                        <w:r w:rsidRPr="00B80B2E">
                          <w:rPr>
                            <w:spacing w:val="8"/>
                            <w:sz w:val="34"/>
                          </w:rPr>
                          <w:t xml:space="preserve"> </w:t>
                        </w:r>
                        <w:r w:rsidRPr="00B80B2E">
                          <w:rPr>
                            <w:spacing w:val="6"/>
                            <w:sz w:val="34"/>
                          </w:rPr>
                          <w:t xml:space="preserve"> </w:t>
                        </w:r>
                        <w:r w:rsidRPr="00B80B2E">
                          <w:rPr>
                            <w:spacing w:val="8"/>
                            <w:sz w:val="34"/>
                          </w:rPr>
                          <w:t xml:space="preserve"> </w:t>
                        </w:r>
                        <w:r w:rsidRPr="00B80B2E">
                          <w:rPr>
                            <w:spacing w:val="5"/>
                            <w:sz w:val="34"/>
                          </w:rPr>
                          <w:t xml:space="preserve"> </w:t>
                        </w:r>
                        <w:r w:rsidRPr="00B80B2E">
                          <w:rPr>
                            <w:spacing w:val="6"/>
                            <w:sz w:val="34"/>
                          </w:rPr>
                          <w:t xml:space="preserve"> </w:t>
                        </w:r>
                        <w:r w:rsidRPr="00B80B2E">
                          <w:rPr>
                            <w:spacing w:val="8"/>
                            <w:sz w:val="34"/>
                          </w:rPr>
                          <w:t xml:space="preserve"> </w:t>
                        </w:r>
                        <w:r w:rsidRPr="00B80B2E">
                          <w:rPr>
                            <w:spacing w:val="6"/>
                            <w:sz w:val="34"/>
                          </w:rPr>
                          <w:t xml:space="preserve">  </w:t>
                        </w:r>
                      </w:p>
                    </w:txbxContent>
                  </v:textbox>
                </v:rect>
                <v:rect id="Rectangle 105" o:spid="_x0000_s1115" style="position:absolute;left:47557;top:94205;width:2093;height:3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0AF3868C" w14:textId="1854C92A" w:rsidR="0066682C" w:rsidRPr="00B80B2E" w:rsidRDefault="0066682C"/>
                    </w:txbxContent>
                  </v:textbox>
                </v:rect>
                <v:rect id="Rectangle 106" o:spid="_x0000_s1116" style="position:absolute;left:41527;top:94545;width:32169;height: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555D091E" w14:textId="326E9AF0" w:rsidR="0066682C" w:rsidRPr="00B80B2E" w:rsidRDefault="00B80B2E">
                        <w:pPr>
                          <w:rPr>
                            <w:color w:val="FFFFFF" w:themeColor="background1"/>
                          </w:rPr>
                        </w:pPr>
                        <w:r w:rsidRPr="00B80B2E">
                          <w:rPr>
                            <w:color w:val="FFFFFF" w:themeColor="background1"/>
                            <w:w w:val="158"/>
                            <w:sz w:val="34"/>
                          </w:rPr>
                          <w:t>Grafik Sanatlar</w:t>
                        </w:r>
                        <w:r w:rsidR="003F59D5" w:rsidRPr="00B80B2E">
                          <w:rPr>
                            <w:color w:val="FFFFFF" w:themeColor="background1"/>
                            <w:w w:val="158"/>
                            <w:sz w:val="34"/>
                          </w:rPr>
                          <w:t xml:space="preserve"> </w:t>
                        </w:r>
                        <w:r w:rsidR="0066682C" w:rsidRPr="00B80B2E">
                          <w:rPr>
                            <w:color w:val="FFFFFF" w:themeColor="background1"/>
                            <w:w w:val="158"/>
                            <w:sz w:val="34"/>
                          </w:rPr>
                          <w:t>Bölümü</w:t>
                        </w:r>
                      </w:p>
                    </w:txbxContent>
                  </v:textbox>
                </v:rect>
                <v:rect id="Rectangle 107" o:spid="_x0000_s1117" style="position:absolute;left:63974;top:94921;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717EDE96" w14:textId="77777777" w:rsidR="0066682C" w:rsidRPr="00B80B2E" w:rsidRDefault="0066682C">
                        <w:r w:rsidRPr="00B80B2E">
                          <w:t xml:space="preserve"> </w:t>
                        </w:r>
                      </w:p>
                    </w:txbxContent>
                  </v:textbox>
                </v:rect>
                <v:rect id="Rectangle 108" o:spid="_x0000_s1118" style="position:absolute;left:41751;top:18574;width:14782;height:7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222DAF7C" w14:textId="4FE3DB29" w:rsidR="0066682C" w:rsidRPr="00B80B2E" w:rsidRDefault="0066682C">
                        <w:r w:rsidRPr="00B80B2E">
                          <w:rPr>
                            <w:rFonts w:ascii="Montserrat" w:eastAsia="Montserrat" w:hAnsi="Montserrat" w:cs="Montserrat"/>
                            <w:sz w:val="72"/>
                          </w:rPr>
                          <w:t>202</w:t>
                        </w:r>
                        <w:r w:rsidR="00B80B2E" w:rsidRPr="00B80B2E">
                          <w:rPr>
                            <w:rFonts w:ascii="Montserrat" w:eastAsia="Montserrat" w:hAnsi="Montserrat" w:cs="Montserrat"/>
                            <w:sz w:val="72"/>
                          </w:rPr>
                          <w:t>5</w:t>
                        </w:r>
                      </w:p>
                    </w:txbxContent>
                  </v:textbox>
                </v:rect>
                <v:rect id="Rectangle 109" o:spid="_x0000_s1119" style="position:absolute;left:52906;top:18574;width:2323;height:7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3D41FE34" w14:textId="77777777" w:rsidR="0066682C" w:rsidRPr="00B80B2E" w:rsidRDefault="0066682C">
                        <w:r w:rsidRPr="00B80B2E">
                          <w:rPr>
                            <w:rFonts w:ascii="Montserrat" w:eastAsia="Montserrat" w:hAnsi="Montserrat" w:cs="Montserrat"/>
                            <w:sz w:val="72"/>
                          </w:rPr>
                          <w:t>-</w:t>
                        </w:r>
                      </w:p>
                    </w:txbxContent>
                  </v:textbox>
                </v:rect>
                <v:rect id="Rectangle 110" o:spid="_x0000_s1120" style="position:absolute;left:54602;top:18574;width:14326;height:7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3F54983" w14:textId="1DCBAF45" w:rsidR="0066682C" w:rsidRPr="00B80B2E" w:rsidRDefault="0066682C">
                        <w:r w:rsidRPr="00B80B2E">
                          <w:rPr>
                            <w:rFonts w:ascii="Montserrat" w:eastAsia="Montserrat" w:hAnsi="Montserrat" w:cs="Montserrat"/>
                            <w:sz w:val="72"/>
                          </w:rPr>
                          <w:t>202</w:t>
                        </w:r>
                        <w:r w:rsidR="00B80B2E" w:rsidRPr="00B80B2E">
                          <w:rPr>
                            <w:rFonts w:ascii="Montserrat" w:eastAsia="Montserrat" w:hAnsi="Montserrat" w:cs="Montserrat"/>
                            <w:sz w:val="72"/>
                          </w:rPr>
                          <w:t>6</w:t>
                        </w:r>
                      </w:p>
                    </w:txbxContent>
                  </v:textbox>
                </v:rect>
                <v:rect id="Rectangle 111" o:spid="_x0000_s1121" style="position:absolute;left:65377;top:21811;width:341;height:2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42CF6050" w14:textId="77777777" w:rsidR="0066682C" w:rsidRPr="00B80B2E" w:rsidRDefault="0066682C">
                        <w:r w:rsidRPr="00B80B2E">
                          <w:rPr>
                            <w:sz w:val="20"/>
                          </w:rPr>
                          <w:t xml:space="preserve"> </w:t>
                        </w:r>
                      </w:p>
                    </w:txbxContent>
                  </v:textbox>
                </v:rect>
                <w10:wrap type="topAndBottom" anchorx="page" anchory="page"/>
              </v:group>
            </w:pict>
          </mc:Fallback>
        </mc:AlternateContent>
      </w:r>
      <w:r w:rsidRPr="00B80B2E">
        <w:br w:type="page"/>
      </w:r>
    </w:p>
    <w:p w14:paraId="6B6E4BBF" w14:textId="77777777" w:rsidR="00B80B2E" w:rsidRPr="00B80B2E" w:rsidRDefault="00752C2D" w:rsidP="00B80B2E">
      <w:pPr>
        <w:spacing w:after="0"/>
        <w:rPr>
          <w:rFonts w:ascii="Times New Roman" w:hAnsi="Times New Roman" w:cs="Times New Roman"/>
          <w:b/>
          <w:sz w:val="24"/>
          <w:szCs w:val="24"/>
        </w:rPr>
      </w:pPr>
      <w:r w:rsidRPr="00B80B2E">
        <w:lastRenderedPageBreak/>
        <w:t xml:space="preserve"> </w:t>
      </w:r>
      <w:r w:rsidR="00B80B2E" w:rsidRPr="00B80B2E">
        <w:rPr>
          <w:rFonts w:ascii="Times New Roman" w:hAnsi="Times New Roman" w:cs="Times New Roman"/>
          <w:b/>
          <w:sz w:val="24"/>
          <w:szCs w:val="24"/>
        </w:rPr>
        <w:t>1- Giriş</w:t>
      </w:r>
    </w:p>
    <w:p w14:paraId="6A63E5F9" w14:textId="77777777" w:rsidR="00B80B2E" w:rsidRPr="00B80B2E" w:rsidRDefault="00B80B2E" w:rsidP="00B80B2E">
      <w:pPr>
        <w:spacing w:after="0"/>
        <w:rPr>
          <w:rFonts w:ascii="Times New Roman" w:hAnsi="Times New Roman" w:cs="Times New Roman"/>
          <w:sz w:val="24"/>
          <w:szCs w:val="24"/>
        </w:rPr>
      </w:pPr>
    </w:p>
    <w:p w14:paraId="015CBDB3" w14:textId="77777777" w:rsidR="00B80B2E" w:rsidRPr="00B80B2E" w:rsidRDefault="00B80B2E" w:rsidP="00B66438">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Bu değerlendirme, 2025-2026 Güz yarıyılı Balıkesir Üniversitesi Güzel Sanatlar Fakültesi Grafik Sanatlar Bölümü lisans programında yer alan dersler için hazırlanan ders öğrenme çıktıları değerlendirme anketlerinden elde edilen verilere dayanmaktadır. Anketlerde öğrencilerden, ilgili dersin öğrenme çıktılarının gerçekleşme düzeyini 5’li </w:t>
      </w:r>
      <w:proofErr w:type="spellStart"/>
      <w:r w:rsidRPr="00B80B2E">
        <w:rPr>
          <w:rFonts w:ascii="Times New Roman" w:hAnsi="Times New Roman" w:cs="Times New Roman"/>
          <w:sz w:val="24"/>
          <w:szCs w:val="24"/>
        </w:rPr>
        <w:t>Likert</w:t>
      </w:r>
      <w:proofErr w:type="spellEnd"/>
      <w:r w:rsidRPr="00B80B2E">
        <w:rPr>
          <w:rFonts w:ascii="Times New Roman" w:hAnsi="Times New Roman" w:cs="Times New Roman"/>
          <w:sz w:val="24"/>
          <w:szCs w:val="24"/>
        </w:rPr>
        <w:t xml:space="preserve"> ölçeği üzerinden (1=Kesinlikle Katılmıyorum, 2=Katılmıyorum, 3=Kararsızım, 4=Katılıyorum, 5=Kesinlikle Katılıyorum) puanlamaları istenmiştir.</w:t>
      </w:r>
    </w:p>
    <w:p w14:paraId="01541676" w14:textId="77777777" w:rsidR="00B80B2E" w:rsidRPr="00B80B2E" w:rsidRDefault="00B80B2E" w:rsidP="00B80B2E">
      <w:pPr>
        <w:spacing w:after="0"/>
        <w:rPr>
          <w:rFonts w:ascii="Times New Roman" w:hAnsi="Times New Roman" w:cs="Times New Roman"/>
          <w:sz w:val="24"/>
          <w:szCs w:val="24"/>
        </w:rPr>
      </w:pPr>
    </w:p>
    <w:p w14:paraId="5DE6314D" w14:textId="77777777" w:rsidR="00B80B2E" w:rsidRPr="00B80B2E" w:rsidRDefault="00B80B2E" w:rsidP="00B80B2E">
      <w:pPr>
        <w:spacing w:after="0"/>
        <w:rPr>
          <w:rFonts w:ascii="Times New Roman" w:hAnsi="Times New Roman" w:cs="Times New Roman"/>
          <w:sz w:val="24"/>
          <w:szCs w:val="24"/>
        </w:rPr>
      </w:pPr>
      <w:r w:rsidRPr="00B80B2E">
        <w:rPr>
          <w:rFonts w:ascii="Times New Roman" w:hAnsi="Times New Roman" w:cs="Times New Roman"/>
          <w:sz w:val="24"/>
          <w:szCs w:val="24"/>
        </w:rPr>
        <w:t>Değerlendirmeye dâhil edilen dersler aşağıda listelenmiştir:</w:t>
      </w:r>
    </w:p>
    <w:p w14:paraId="62FE366E" w14:textId="201F3BBC"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Desen I</w:t>
      </w:r>
    </w:p>
    <w:p w14:paraId="4D7B0F00" w14:textId="191E96A0"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Kültür Tarihi</w:t>
      </w:r>
    </w:p>
    <w:p w14:paraId="04FB4234" w14:textId="22819220"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Genel Sanat Tarihi I</w:t>
      </w:r>
    </w:p>
    <w:p w14:paraId="36277824" w14:textId="5AB02B31"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Mitoloji ve İkonografi</w:t>
      </w:r>
    </w:p>
    <w:p w14:paraId="2338E036" w14:textId="48DAC05F"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Tipografi I</w:t>
      </w:r>
    </w:p>
    <w:p w14:paraId="57FE3701" w14:textId="0B854438"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İllüstrasyona Giriş</w:t>
      </w:r>
    </w:p>
    <w:p w14:paraId="4E9114D4" w14:textId="0966E984"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Japon Çizgi Romanı Manga</w:t>
      </w:r>
    </w:p>
    <w:p w14:paraId="2ED8DF56" w14:textId="4383D3F9"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Ambalaj Tasarımı</w:t>
      </w:r>
    </w:p>
    <w:p w14:paraId="50FCA34F" w14:textId="5661FFA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Mezuniyet Projesi</w:t>
      </w:r>
    </w:p>
    <w:p w14:paraId="0711E8F7"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Alternatif Yöntemlerle Kavramsal Düşünme</w:t>
      </w:r>
    </w:p>
    <w:p w14:paraId="55230859" w14:textId="1BBCCEC4"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Afiş Sanatı</w:t>
      </w:r>
    </w:p>
    <w:p w14:paraId="3C041626" w14:textId="22988B58"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Oyun Grafiği Tasarımı</w:t>
      </w:r>
    </w:p>
    <w:p w14:paraId="03D28527" w14:textId="1B6E21FF"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Reklam Tasarımı Dersi</w:t>
      </w:r>
    </w:p>
    <w:p w14:paraId="3E4AD860" w14:textId="180CB3E2"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Sosyal Medya Yönetimi</w:t>
      </w:r>
    </w:p>
    <w:p w14:paraId="585B9EFC" w14:textId="1517632B"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Temel Sanat Eğitimi</w:t>
      </w:r>
    </w:p>
    <w:p w14:paraId="4DEF07A8"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Grafik Tasarıma Giriş I</w:t>
      </w:r>
    </w:p>
    <w:p w14:paraId="66059743"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Hareketli Grafik Tasarım</w:t>
      </w:r>
    </w:p>
    <w:p w14:paraId="7F88E05E"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Masaüstü Yayıncılık A</w:t>
      </w:r>
    </w:p>
    <w:p w14:paraId="41148017"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Masaüstü Yayıncılık B</w:t>
      </w:r>
    </w:p>
    <w:p w14:paraId="4A82DBA1"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Moda Fotoğrafçılığı</w:t>
      </w:r>
    </w:p>
    <w:p w14:paraId="19309133"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Portfolyo Tasarımı</w:t>
      </w:r>
    </w:p>
    <w:p w14:paraId="773EFF9B"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Reklam Fotoğrafçılığı</w:t>
      </w:r>
    </w:p>
    <w:p w14:paraId="46E0D259"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 xml:space="preserve">Tasarımda Yapay </w:t>
      </w:r>
      <w:proofErr w:type="gramStart"/>
      <w:r w:rsidRPr="008E3595">
        <w:rPr>
          <w:rFonts w:ascii="Times New Roman" w:hAnsi="Times New Roman" w:cs="Times New Roman"/>
          <w:sz w:val="24"/>
          <w:szCs w:val="24"/>
        </w:rPr>
        <w:t>Zeka</w:t>
      </w:r>
      <w:proofErr w:type="gramEnd"/>
    </w:p>
    <w:p w14:paraId="39F26FAF"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Temel Fotoğrafçılık</w:t>
      </w:r>
    </w:p>
    <w:p w14:paraId="24B34DC4" w14:textId="77777777" w:rsidR="00B80B2E" w:rsidRPr="008E3595" w:rsidRDefault="00B80B2E" w:rsidP="008E3595">
      <w:pPr>
        <w:pStyle w:val="ListeParagraf"/>
        <w:numPr>
          <w:ilvl w:val="0"/>
          <w:numId w:val="20"/>
        </w:numPr>
        <w:spacing w:after="0"/>
        <w:rPr>
          <w:rFonts w:ascii="Times New Roman" w:hAnsi="Times New Roman" w:cs="Times New Roman"/>
          <w:sz w:val="24"/>
          <w:szCs w:val="24"/>
        </w:rPr>
      </w:pPr>
      <w:r w:rsidRPr="008E3595">
        <w:rPr>
          <w:rFonts w:ascii="Times New Roman" w:hAnsi="Times New Roman" w:cs="Times New Roman"/>
          <w:sz w:val="24"/>
          <w:szCs w:val="24"/>
        </w:rPr>
        <w:t>Üç Boyutlu Görselleştirme</w:t>
      </w:r>
    </w:p>
    <w:p w14:paraId="49731763" w14:textId="77777777" w:rsidR="00B80B2E" w:rsidRPr="00B80B2E" w:rsidRDefault="00B80B2E" w:rsidP="00B80B2E">
      <w:pPr>
        <w:spacing w:after="0"/>
        <w:rPr>
          <w:rFonts w:ascii="Times New Roman" w:hAnsi="Times New Roman" w:cs="Times New Roman"/>
          <w:sz w:val="24"/>
          <w:szCs w:val="24"/>
        </w:rPr>
      </w:pPr>
    </w:p>
    <w:p w14:paraId="5BE42212" w14:textId="63E65462" w:rsidR="00B80B2E" w:rsidRDefault="00B80B2E" w:rsidP="00B80B2E">
      <w:pPr>
        <w:spacing w:after="0"/>
        <w:jc w:val="both"/>
        <w:rPr>
          <w:rFonts w:ascii="Times New Roman" w:hAnsi="Times New Roman" w:cs="Times New Roman"/>
          <w:sz w:val="24"/>
          <w:szCs w:val="24"/>
        </w:rPr>
      </w:pPr>
      <w:r w:rsidRPr="00B80B2E">
        <w:rPr>
          <w:rFonts w:ascii="Times New Roman" w:hAnsi="Times New Roman" w:cs="Times New Roman"/>
          <w:sz w:val="24"/>
          <w:szCs w:val="24"/>
        </w:rPr>
        <w:t>2025–2026 Güz Dönemi kapsamında gerçekleştirilen ders öğrenme çıktıları değerlendirme anketlerine ilişkin katılımcı sayıları, ders adı ve ders kodu bilgileri aşağıda sunulmaktadır. Buna göre; Desen I dersi dersine 15, Kültür Tarihi dersine 69, Genel Sanat Tarihi I dersine 40, Mitoloji ve İkonografi dersine 51, Tipografi I dersine 23, İllüstrasyona Giriş dersi dersine 25, Japon Çizgi Romanı Manga</w:t>
      </w:r>
      <w:r>
        <w:rPr>
          <w:rFonts w:ascii="Times New Roman" w:hAnsi="Times New Roman" w:cs="Times New Roman"/>
          <w:sz w:val="24"/>
          <w:szCs w:val="24"/>
        </w:rPr>
        <w:t xml:space="preserve"> </w:t>
      </w:r>
      <w:r w:rsidRPr="00B80B2E">
        <w:rPr>
          <w:rFonts w:ascii="Times New Roman" w:hAnsi="Times New Roman" w:cs="Times New Roman"/>
          <w:sz w:val="24"/>
          <w:szCs w:val="24"/>
        </w:rPr>
        <w:t>dersine 18, Ambalaj Tasarımı dersine 15, Mezuniyet Projesi I dersine 24, Alternatif Yöntemlerle Kavramsal Düşünme dersine 1, Afiş Sanatı dersine 34, Oyun Grafiği Tasarımı dersine 14, Reklam Tasarımı</w:t>
      </w:r>
      <w:r>
        <w:rPr>
          <w:rFonts w:ascii="Times New Roman" w:hAnsi="Times New Roman" w:cs="Times New Roman"/>
          <w:sz w:val="24"/>
          <w:szCs w:val="24"/>
        </w:rPr>
        <w:t xml:space="preserve"> </w:t>
      </w:r>
      <w:r w:rsidRPr="00B80B2E">
        <w:rPr>
          <w:rFonts w:ascii="Times New Roman" w:hAnsi="Times New Roman" w:cs="Times New Roman"/>
          <w:sz w:val="24"/>
          <w:szCs w:val="24"/>
        </w:rPr>
        <w:t>dersine 26 öğrenci katılım sağlamıştır.</w:t>
      </w:r>
      <w:r>
        <w:rPr>
          <w:rFonts w:ascii="Times New Roman" w:hAnsi="Times New Roman" w:cs="Times New Roman"/>
          <w:sz w:val="24"/>
          <w:szCs w:val="24"/>
        </w:rPr>
        <w:t xml:space="preserve"> </w:t>
      </w:r>
      <w:r w:rsidRPr="00B80B2E">
        <w:rPr>
          <w:rFonts w:ascii="Times New Roman" w:hAnsi="Times New Roman" w:cs="Times New Roman"/>
          <w:sz w:val="24"/>
          <w:szCs w:val="24"/>
        </w:rPr>
        <w:t xml:space="preserve">Sosyal Medya Yönetimi Dersi dersine 7, Temel Sanat Eğitimi I dersine 28, Grafik Tasarıma Giriş I dersine 11, Hareketli Grafik Tasarım dersine 33, Masaüstü Yayıncılık A dersine 10, Masaüstü Yayıncılık B dersine 6, Moda Fotoğrafçılığı dersine 13, Portfolyo Tasarımı dersine 44, Reklam Fotoğrafçılığı dersine 27, Tasarımda Yapay </w:t>
      </w:r>
      <w:proofErr w:type="gramStart"/>
      <w:r w:rsidRPr="00B80B2E">
        <w:rPr>
          <w:rFonts w:ascii="Times New Roman" w:hAnsi="Times New Roman" w:cs="Times New Roman"/>
          <w:sz w:val="24"/>
          <w:szCs w:val="24"/>
        </w:rPr>
        <w:t>Zeka</w:t>
      </w:r>
      <w:proofErr w:type="gramEnd"/>
      <w:r w:rsidRPr="00B80B2E">
        <w:rPr>
          <w:rFonts w:ascii="Times New Roman" w:hAnsi="Times New Roman" w:cs="Times New Roman"/>
          <w:sz w:val="24"/>
          <w:szCs w:val="24"/>
        </w:rPr>
        <w:t xml:space="preserve"> dersine 8, Temel Fotoğrafçılık dersine 28, Üç Boyutlu Görselleştirme dersine 40 öğrenci katılım sağlamıştır.</w:t>
      </w:r>
    </w:p>
    <w:p w14:paraId="4B864976" w14:textId="77777777" w:rsidR="00B80B2E" w:rsidRPr="00B80B2E" w:rsidRDefault="00B80B2E" w:rsidP="00B80B2E">
      <w:pPr>
        <w:spacing w:after="0"/>
        <w:jc w:val="both"/>
        <w:rPr>
          <w:rFonts w:ascii="Times New Roman" w:hAnsi="Times New Roman" w:cs="Times New Roman"/>
          <w:sz w:val="24"/>
          <w:szCs w:val="24"/>
        </w:rPr>
      </w:pPr>
    </w:p>
    <w:p w14:paraId="59FBF8F6" w14:textId="33D1A865" w:rsidR="00B80B2E" w:rsidRDefault="00B80B2E" w:rsidP="00B80B2E">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Anket sonuçlarına göre tüm derslerde öğrenme çıktıları genel olarak olumlu düzeyde değerlendirilmektedir. Toplam 25 dersin 117 öğrenme çıktısına ait 2849 adet değerlendirme puanı üzerinden hesaplanan genel ortalama </w:t>
      </w:r>
      <w:proofErr w:type="gramStart"/>
      <w:r w:rsidRPr="00B80B2E">
        <w:rPr>
          <w:rFonts w:ascii="Times New Roman" w:hAnsi="Times New Roman" w:cs="Times New Roman"/>
          <w:sz w:val="24"/>
          <w:szCs w:val="24"/>
        </w:rPr>
        <w:t>4.18</w:t>
      </w:r>
      <w:proofErr w:type="gramEnd"/>
      <w:r w:rsidRPr="00B80B2E">
        <w:rPr>
          <w:rFonts w:ascii="Times New Roman" w:hAnsi="Times New Roman" w:cs="Times New Roman"/>
          <w:sz w:val="24"/>
          <w:szCs w:val="24"/>
        </w:rPr>
        <w:t xml:space="preserve"> olarak bulunmuştur.</w:t>
      </w:r>
    </w:p>
    <w:p w14:paraId="6A02C1FA" w14:textId="77777777" w:rsidR="00B80B2E" w:rsidRPr="00B80B2E" w:rsidRDefault="00B80B2E" w:rsidP="00B80B2E">
      <w:pPr>
        <w:spacing w:after="0"/>
        <w:rPr>
          <w:rFonts w:ascii="Times New Roman" w:hAnsi="Times New Roman" w:cs="Times New Roman"/>
          <w:sz w:val="24"/>
          <w:szCs w:val="24"/>
        </w:rPr>
      </w:pPr>
    </w:p>
    <w:p w14:paraId="328AC8D7" w14:textId="77777777" w:rsidR="00B80B2E" w:rsidRPr="00B80B2E" w:rsidRDefault="00B80B2E" w:rsidP="00B80B2E">
      <w:pPr>
        <w:spacing w:after="0"/>
        <w:rPr>
          <w:rFonts w:ascii="Times New Roman" w:hAnsi="Times New Roman" w:cs="Times New Roman"/>
          <w:sz w:val="24"/>
          <w:szCs w:val="24"/>
        </w:rPr>
      </w:pPr>
      <w:r w:rsidRPr="00B80B2E">
        <w:rPr>
          <w:rFonts w:ascii="Times New Roman" w:hAnsi="Times New Roman" w:cs="Times New Roman"/>
          <w:b/>
          <w:sz w:val="24"/>
          <w:szCs w:val="24"/>
        </w:rPr>
        <w:t>2- Derslere Göre Anket Değerlendirme İstatistikleri</w:t>
      </w:r>
    </w:p>
    <w:p w14:paraId="1147A0EC" w14:textId="77777777" w:rsidR="00B80B2E" w:rsidRPr="00B80B2E" w:rsidRDefault="00B80B2E" w:rsidP="00B80B2E">
      <w:pPr>
        <w:spacing w:after="0"/>
        <w:rPr>
          <w:rFonts w:ascii="Times New Roman" w:hAnsi="Times New Roman" w:cs="Times New Roman"/>
          <w:sz w:val="24"/>
          <w:szCs w:val="24"/>
        </w:rPr>
      </w:pPr>
      <w:r w:rsidRPr="00B80B2E">
        <w:rPr>
          <w:rFonts w:ascii="Times New Roman" w:hAnsi="Times New Roman" w:cs="Times New Roman"/>
          <w:sz w:val="24"/>
          <w:szCs w:val="24"/>
        </w:rPr>
        <w:t>Her bir öğrenme çıktısı için 1-5 arası puanlar, ilgili dersin öğrenci yanıtlarına göre hesaplanmış; her puanın sayısı ve yüzdesi tabloya eklenmiştir.</w:t>
      </w:r>
    </w:p>
    <w:tbl>
      <w:tblPr>
        <w:tblStyle w:val="TabloKlavuzu"/>
        <w:tblW w:w="0" w:type="auto"/>
        <w:jc w:val="center"/>
        <w:tblLook w:val="04A0" w:firstRow="1" w:lastRow="0" w:firstColumn="1" w:lastColumn="0" w:noHBand="0" w:noVBand="1"/>
      </w:tblPr>
      <w:tblGrid>
        <w:gridCol w:w="1629"/>
        <w:gridCol w:w="885"/>
        <w:gridCol w:w="1033"/>
        <w:gridCol w:w="1033"/>
        <w:gridCol w:w="1033"/>
        <w:gridCol w:w="1116"/>
        <w:gridCol w:w="1116"/>
        <w:gridCol w:w="1216"/>
      </w:tblGrid>
      <w:tr w:rsidR="00B80B2E" w:rsidRPr="00B80B2E" w14:paraId="45FDBD1D"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3F535C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Ders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1D0E6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Çıktı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BE499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1A7E2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67470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1D081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DCB98A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ABC05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Ortalama</w:t>
            </w:r>
          </w:p>
        </w:tc>
      </w:tr>
      <w:tr w:rsidR="00B80B2E" w:rsidRPr="00B80B2E" w14:paraId="749885ED"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24CEBA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Mitoloji ve İkonografi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F8877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726D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E0807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AD972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%13.7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8C43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09562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%56.9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3A609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4.33</w:t>
            </w:r>
          </w:p>
        </w:tc>
      </w:tr>
      <w:tr w:rsidR="00B80B2E" w:rsidRPr="00B80B2E" w14:paraId="3CF9D8D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A56C5B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Mitoloji ve İkonografi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EBD7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BBB5F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3FCDD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C7C10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44741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278F8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8BAAFD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4.33</w:t>
            </w:r>
          </w:p>
        </w:tc>
      </w:tr>
      <w:tr w:rsidR="00B80B2E" w:rsidRPr="00B80B2E" w14:paraId="46D1BA8D"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7FFF62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Mitoloji ve İkonografi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9459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33ED57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C912D7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8A479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EA158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49689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3E1C5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4.31</w:t>
            </w:r>
          </w:p>
        </w:tc>
      </w:tr>
      <w:tr w:rsidR="00B80B2E" w:rsidRPr="00B80B2E" w14:paraId="40ECB21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6EE8C9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Mitoloji ve İkonografi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953CB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476F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88C4D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CF4357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B3C30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4E21F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%56.9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78BCB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4.33</w:t>
            </w:r>
          </w:p>
        </w:tc>
      </w:tr>
      <w:tr w:rsidR="00B80B2E" w:rsidRPr="00B80B2E" w14:paraId="0C31807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378EE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Mitoloji ve İkonografi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675AE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16FD2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FB761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EE733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%13.7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C833E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%19.6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7BA34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%62.7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33683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4.39</w:t>
            </w:r>
          </w:p>
        </w:tc>
      </w:tr>
      <w:tr w:rsidR="00B80B2E" w:rsidRPr="00B80B2E" w14:paraId="7BEE9F4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219119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Kültür Tarihi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C4C3F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9DD8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8A927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228E7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%18.8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C048E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%23.2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B92E9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3E2A6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4.22</w:t>
            </w:r>
          </w:p>
        </w:tc>
      </w:tr>
      <w:tr w:rsidR="00B80B2E" w:rsidRPr="00B80B2E" w14:paraId="785024E6"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C61D83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Kültür Tarihi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0B0730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3A6E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B2ACB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99CCD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54297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C6F6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%55.1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E5789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4.28</w:t>
            </w:r>
          </w:p>
        </w:tc>
      </w:tr>
      <w:tr w:rsidR="00B80B2E" w:rsidRPr="00B80B2E" w14:paraId="4229EA0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5A488E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Kültür Tarihi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2528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081AA3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6C08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91CE4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%13.0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A2B8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18E0B3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%52.2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151976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4.23</w:t>
            </w:r>
          </w:p>
        </w:tc>
      </w:tr>
      <w:tr w:rsidR="00B80B2E" w:rsidRPr="00B80B2E" w14:paraId="1E6F9B8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D044E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Kültür Tarihi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3659A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1A13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64C8D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7AEBC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B4FAA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01AB9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%55.1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1FC90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4.29</w:t>
            </w:r>
          </w:p>
        </w:tc>
      </w:tr>
      <w:tr w:rsidR="00B80B2E" w:rsidRPr="00B80B2E" w14:paraId="2600C07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AADAA2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Kültür Tarihi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64C7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416C5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E7185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09E3C7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82802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%23.2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7BAA6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%56.5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4598B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4.26</w:t>
            </w:r>
          </w:p>
        </w:tc>
      </w:tr>
      <w:tr w:rsidR="00B80B2E" w:rsidRPr="00B80B2E" w14:paraId="2384FA81"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5E50F4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Genel Sanat Tarihi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8782B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AE663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95487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09E54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AEC6A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1074B3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FDE057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4.12</w:t>
            </w:r>
          </w:p>
        </w:tc>
      </w:tr>
      <w:tr w:rsidR="00B80B2E" w:rsidRPr="00B80B2E" w14:paraId="2CFDD5D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F8AF0E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Genel Sanat Tarihi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48465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FBFB74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E6C45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806CAD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7A1865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AB42F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35FB7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4.15</w:t>
            </w:r>
          </w:p>
        </w:tc>
      </w:tr>
      <w:tr w:rsidR="00B80B2E" w:rsidRPr="00B80B2E" w14:paraId="1C11DBA6"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1021E8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Genel Sanat Tarihi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5A176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41B08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1CFAA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C90F4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5B96C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B4C39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C0232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4.10</w:t>
            </w:r>
          </w:p>
        </w:tc>
      </w:tr>
      <w:tr w:rsidR="00B80B2E" w:rsidRPr="00B80B2E" w14:paraId="3D92EA7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4243D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Genel Sanat Tarihi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D59562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4B2EF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A54E1C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65EC9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232A60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189C2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2B922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4.05</w:t>
            </w:r>
          </w:p>
        </w:tc>
      </w:tr>
      <w:tr w:rsidR="00B80B2E" w:rsidRPr="00B80B2E" w14:paraId="3E4E886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8399A3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Genel Sanat Tarihi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DE18A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64B55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D8E331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4B84D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34643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F503E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A33C5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4.08</w:t>
            </w:r>
          </w:p>
        </w:tc>
      </w:tr>
      <w:tr w:rsidR="00B80B2E" w:rsidRPr="00B80B2E" w14:paraId="790109E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5D3DD7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Hareketli Grafik Tasarım</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BE3F65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6E7F2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1219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69EF4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0DB9E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A1DE5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DADA9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3.58</w:t>
            </w:r>
          </w:p>
        </w:tc>
      </w:tr>
      <w:tr w:rsidR="00B80B2E" w:rsidRPr="00B80B2E" w14:paraId="19F8283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7E5D97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Hareketli Grafik Tasarım</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D41EC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AD270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C04CD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504DE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C8D46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88820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%18.2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F20D6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3.70</w:t>
            </w:r>
          </w:p>
        </w:tc>
      </w:tr>
      <w:tr w:rsidR="00B80B2E" w:rsidRPr="00B80B2E" w14:paraId="15E34F76"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02BA7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Hareketli Grafik Tasarım</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D85ED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BC28D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7790C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FAFA5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5639F3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E0149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82B84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3.76</w:t>
            </w:r>
          </w:p>
        </w:tc>
      </w:tr>
      <w:tr w:rsidR="00B80B2E" w:rsidRPr="00B80B2E" w14:paraId="161CD44D"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C6C1E0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lastRenderedPageBreak/>
              <w:t>Hareketli Grafik Tasarım</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C913A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03424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12BDE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0C9A3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85128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23FFF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71F481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3.70</w:t>
            </w:r>
          </w:p>
        </w:tc>
      </w:tr>
      <w:tr w:rsidR="00B80B2E" w:rsidRPr="00B80B2E" w14:paraId="4E00E29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B0947D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14FF7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98FFF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9FDBF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C5EED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6887B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2B80F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FFB64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4.40</w:t>
            </w:r>
          </w:p>
        </w:tc>
      </w:tr>
      <w:tr w:rsidR="00B80B2E" w:rsidRPr="00B80B2E" w14:paraId="425DE8FE"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3018D0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D8D0F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9985C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AE3E6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9C82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42AD5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009DD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B567D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4.40</w:t>
            </w:r>
          </w:p>
        </w:tc>
      </w:tr>
      <w:tr w:rsidR="00B80B2E" w:rsidRPr="00B80B2E" w14:paraId="09EFCC6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7C0271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A8C73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EF80B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29D05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42B38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153A9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7626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AAF11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4.30</w:t>
            </w:r>
          </w:p>
        </w:tc>
      </w:tr>
      <w:tr w:rsidR="00B80B2E" w:rsidRPr="00B80B2E" w14:paraId="5A085CA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F809AF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C543D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C7F6E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57E26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960F4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D583B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2AEAA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790D8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4.30</w:t>
            </w:r>
          </w:p>
        </w:tc>
      </w:tr>
      <w:tr w:rsidR="00B80B2E" w:rsidRPr="00B80B2E" w14:paraId="4C8B29A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DD7CC3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B</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C10C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0A6EA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4323A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BB9F9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E699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AC28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08C970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4.17</w:t>
            </w:r>
          </w:p>
        </w:tc>
      </w:tr>
      <w:tr w:rsidR="00B80B2E" w:rsidRPr="00B80B2E" w14:paraId="168EC76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1CAEA4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B</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8984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B1ACC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3DAF5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7CC28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3E61D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3B8D6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AC99A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4.17</w:t>
            </w:r>
          </w:p>
        </w:tc>
      </w:tr>
      <w:tr w:rsidR="00B80B2E" w:rsidRPr="00B80B2E" w14:paraId="73BE647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E837A7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B</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FD800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C25FF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DA462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8C23DA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EC50B3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84AF52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AB7B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4.50</w:t>
            </w:r>
          </w:p>
        </w:tc>
      </w:tr>
      <w:tr w:rsidR="00B80B2E" w:rsidRPr="00B80B2E" w14:paraId="7DA9F0E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A208DC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Masaüstü Yayıncılık B</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ED05C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02A8D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14E18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1DD21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10829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6F697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2F0A4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4.17</w:t>
            </w:r>
          </w:p>
        </w:tc>
      </w:tr>
      <w:tr w:rsidR="00B80B2E" w:rsidRPr="00B80B2E" w14:paraId="5DDFA81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B8AAC3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Moda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FDE17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BEAB0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B50D5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CE2AA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475D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CDFA0D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%61.5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A2AFAA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4.31</w:t>
            </w:r>
          </w:p>
        </w:tc>
      </w:tr>
      <w:tr w:rsidR="00B80B2E" w:rsidRPr="00B80B2E" w14:paraId="65D51BB1"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8418F0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Moda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19746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93AAB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08649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083E0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40D42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17F59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%61.5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36AE9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4.15</w:t>
            </w:r>
          </w:p>
        </w:tc>
      </w:tr>
      <w:tr w:rsidR="00B80B2E" w:rsidRPr="00B80B2E" w14:paraId="1279E4B1"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B9435B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Moda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DE3E5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0B8A8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CDD92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104F9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%23.1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C9092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71D03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%53.8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4E0DF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4.15</w:t>
            </w:r>
          </w:p>
        </w:tc>
      </w:tr>
      <w:tr w:rsidR="00B80B2E" w:rsidRPr="00B80B2E" w14:paraId="5CDC595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94723B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Moda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32971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DA7B1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CB0C3E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581E4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8E6DD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%23.1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17FD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%53.8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75A23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4.23</w:t>
            </w:r>
          </w:p>
        </w:tc>
      </w:tr>
      <w:tr w:rsidR="00B80B2E" w:rsidRPr="00B80B2E" w14:paraId="302CFCF5"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C5C3E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C8B54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DE781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B1353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5431D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07CB8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%40.7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1716F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D9BCC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3.96</w:t>
            </w:r>
          </w:p>
        </w:tc>
      </w:tr>
      <w:tr w:rsidR="00B80B2E" w:rsidRPr="00B80B2E" w14:paraId="182CE3F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8F11FD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5F56F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98361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B6013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FE969C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8CBD3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%48.1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445FA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16F7C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4.11</w:t>
            </w:r>
          </w:p>
        </w:tc>
      </w:tr>
      <w:tr w:rsidR="00B80B2E" w:rsidRPr="00B80B2E" w14:paraId="350624D9"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D323DA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739E4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8C2AF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59146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70A92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%18.5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153E8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%48.1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0D0F0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06195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4.04</w:t>
            </w:r>
          </w:p>
        </w:tc>
      </w:tr>
      <w:tr w:rsidR="00B80B2E" w:rsidRPr="00B80B2E" w14:paraId="22277B74"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7C06C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Fotoğrafçılığı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0A8D0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D0D31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3F87E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4E762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%18.5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A167A1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%44.4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56EE1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F7EC0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4.07</w:t>
            </w:r>
          </w:p>
        </w:tc>
      </w:tr>
      <w:tr w:rsidR="00B80B2E" w:rsidRPr="00B80B2E" w14:paraId="2B70BBC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FB7C49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Fotoğrafçılık</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7FEB31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2892E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9982B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3765B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45034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9B9BA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B0105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4.39</w:t>
            </w:r>
          </w:p>
        </w:tc>
      </w:tr>
      <w:tr w:rsidR="00B80B2E" w:rsidRPr="00B80B2E" w14:paraId="10B4909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EE125D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Fotoğrafçılık</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E74E9A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34183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90BA9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52DB7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BA4F4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D812C7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93B5D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4.43</w:t>
            </w:r>
          </w:p>
        </w:tc>
      </w:tr>
      <w:tr w:rsidR="00B80B2E" w:rsidRPr="00B80B2E" w14:paraId="700BE801"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A1BB86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Fotoğrafçılık</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7E7FE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FD2F7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128F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11F5C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0E2F0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%28.6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2EFCA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%57.1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2A0709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4.36</w:t>
            </w:r>
          </w:p>
        </w:tc>
      </w:tr>
      <w:tr w:rsidR="00B80B2E" w:rsidRPr="00B80B2E" w14:paraId="7069FE79"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3D0737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Fotoğrafçılık</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EE959F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2C4C9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84099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B71991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009CA2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9D6E7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CA2E64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4.43</w:t>
            </w:r>
          </w:p>
        </w:tc>
      </w:tr>
      <w:tr w:rsidR="00B80B2E" w:rsidRPr="00B80B2E" w14:paraId="0086908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D5454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Üç Boyutlu Görselleştirme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35E0C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FD46C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9200C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340DF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08570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1FF9E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6BCC3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4.05</w:t>
            </w:r>
          </w:p>
        </w:tc>
      </w:tr>
      <w:tr w:rsidR="00B80B2E" w:rsidRPr="00B80B2E" w14:paraId="5D36B7BE"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56290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Üç Boyutlu Görselleştirme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60F18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F1DE4F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8E692F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A07AB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8FF9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6825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6E9AD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4.08</w:t>
            </w:r>
          </w:p>
        </w:tc>
      </w:tr>
      <w:tr w:rsidR="00B80B2E" w:rsidRPr="00B80B2E" w14:paraId="1BC64DE4"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733D04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lastRenderedPageBreak/>
              <w:t>Üç Boyutlu Görselleştirme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C964D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E2D94E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5B5EF6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FAE36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7E339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8EB7C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2CE12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4.17</w:t>
            </w:r>
          </w:p>
        </w:tc>
      </w:tr>
      <w:tr w:rsidR="00B80B2E" w:rsidRPr="00B80B2E" w14:paraId="375F9452"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1A6EAA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Üç Boyutlu Görselleştirme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B843BA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F0E6E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D7347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0384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701FE1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7D16B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DD2EF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4.28</w:t>
            </w:r>
          </w:p>
        </w:tc>
      </w:tr>
      <w:tr w:rsidR="00B80B2E" w:rsidRPr="00B80B2E" w14:paraId="64C40FC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8C9D86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Alternatif Yöntemlerle Kavramsal Düşünme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80576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A64F7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43F0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71683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B8930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EE179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0CBD3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5.00</w:t>
            </w:r>
          </w:p>
        </w:tc>
      </w:tr>
      <w:tr w:rsidR="00B80B2E" w:rsidRPr="00B80B2E" w14:paraId="78768E1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09EC1A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Alternatif Yöntemlerle Kavramsal Düşünme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77F48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EC456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42FEF3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F8E68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B1735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A261F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96062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4.00</w:t>
            </w:r>
          </w:p>
        </w:tc>
      </w:tr>
      <w:tr w:rsidR="00B80B2E" w:rsidRPr="00B80B2E" w14:paraId="55754F1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736ABC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Alternatif Yöntemlerle Kavramsal Düşünme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67CE0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579DF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053C1C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83DE03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CF473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EAF8E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5B37B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4.00</w:t>
            </w:r>
          </w:p>
        </w:tc>
      </w:tr>
      <w:tr w:rsidR="00B80B2E" w:rsidRPr="00B80B2E" w14:paraId="5B28E13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068A0A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Alternatif Yöntemlerle Kavramsal Düşünme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E87C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EF378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316C8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1DBCB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DD25A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FB20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2D33C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4.00</w:t>
            </w:r>
          </w:p>
        </w:tc>
      </w:tr>
      <w:tr w:rsidR="00B80B2E" w:rsidRPr="00B80B2E" w14:paraId="1091F0A9"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A53E499" w14:textId="2B009F49"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Afiş Sanatı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75AC9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6A924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37B09A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2D632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414D5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42019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%64.7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42D92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4.35</w:t>
            </w:r>
          </w:p>
        </w:tc>
      </w:tr>
      <w:tr w:rsidR="00B80B2E" w:rsidRPr="00B80B2E" w14:paraId="3F552CC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9CA330C" w14:textId="4D70213D"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Afiş Sanatı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15414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762C8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7978BC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BD9ABA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9C050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%32.4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78EC8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17BA5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4.35</w:t>
            </w:r>
          </w:p>
        </w:tc>
      </w:tr>
      <w:tr w:rsidR="00B80B2E" w:rsidRPr="00B80B2E" w14:paraId="0574DCA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1A44BA0" w14:textId="68A3D200"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Afiş Sanatı Dersi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F617D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FD36F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33AEB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C1EF9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211DA5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F1E49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DB5C6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4.48</w:t>
            </w:r>
          </w:p>
        </w:tc>
      </w:tr>
      <w:tr w:rsidR="00B80B2E" w:rsidRPr="00B80B2E" w14:paraId="39C2E82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F42729F" w14:textId="55547E6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Afiş Sanatı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342A2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43209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473B8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C41DC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B77D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%32.4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488EB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%58.8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98DF7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4.38</w:t>
            </w:r>
          </w:p>
        </w:tc>
      </w:tr>
      <w:tr w:rsidR="00B80B2E" w:rsidRPr="00B80B2E" w14:paraId="26D0889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54FD710" w14:textId="60E0E11D"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Afiş Sanatı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FA469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722D0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352A4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A4828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300B2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287AC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%58.8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FA490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4.32</w:t>
            </w:r>
          </w:p>
        </w:tc>
      </w:tr>
      <w:tr w:rsidR="00B80B2E" w:rsidRPr="00B80B2E" w14:paraId="7B3474E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9156DD7" w14:textId="0DA32753"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Oyun Grafiği Tasarımı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23882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C2C139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F8819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91443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F3E10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0DAA7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51123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4.07</w:t>
            </w:r>
          </w:p>
        </w:tc>
      </w:tr>
      <w:tr w:rsidR="00B80B2E" w:rsidRPr="00B80B2E" w14:paraId="3BCC0149"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676F46E" w14:textId="7387E3B0"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Oyun Grafiği Tasarımı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8BF74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99438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2C0F78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E59DB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%28.6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E01FA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2BA0C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C42BA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3.93</w:t>
            </w:r>
          </w:p>
        </w:tc>
      </w:tr>
      <w:tr w:rsidR="00B80B2E" w:rsidRPr="00B80B2E" w14:paraId="75B7145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C5A0FFC" w14:textId="79AF6510"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Oyun Grafiği Tasarımı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23EE7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7F523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82212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3DF9A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A06A5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21D700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%57.1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E600BF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4.14</w:t>
            </w:r>
          </w:p>
        </w:tc>
      </w:tr>
      <w:tr w:rsidR="00B80B2E" w:rsidRPr="00B80B2E" w14:paraId="30C67982"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B94F859" w14:textId="3F42E83D"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Oyun Grafiği Tasarımı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08299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30C66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338F02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62F18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%35.7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0D963B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D3953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%35.7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100CC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3.57</w:t>
            </w:r>
          </w:p>
        </w:tc>
      </w:tr>
      <w:tr w:rsidR="00B80B2E" w:rsidRPr="00B80B2E" w14:paraId="12BA3A42"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9303832" w14:textId="47D6B9A1"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Oyun Grafiği Tasarımı Dersi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E8AEB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829A4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364CDA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D31C32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17857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67A36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F3C43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3.46</w:t>
            </w:r>
          </w:p>
        </w:tc>
      </w:tr>
      <w:tr w:rsidR="00B80B2E" w:rsidRPr="00B80B2E" w14:paraId="0267DE7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D59C122" w14:textId="088E8DE3"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752EFF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CBF26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21F2AF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BF2B0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E19BD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%46.2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24056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%34.6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EF53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4.08</w:t>
            </w:r>
          </w:p>
        </w:tc>
      </w:tr>
      <w:tr w:rsidR="00B80B2E" w:rsidRPr="00B80B2E" w14:paraId="7862720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5CF588B" w14:textId="114282C8"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lastRenderedPageBreak/>
              <w:t xml:space="preserve">Reklam Tasarımı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84C55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9424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C445B6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745BA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ED2DE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507942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ECC22D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3.85</w:t>
            </w:r>
          </w:p>
        </w:tc>
      </w:tr>
      <w:tr w:rsidR="00B80B2E" w:rsidRPr="00B80B2E" w14:paraId="208703B4"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3BDF047" w14:textId="4FE161FF"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B7BD5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BE8967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E037F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D0643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A239A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8A65B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%46.2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F6C806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4.08</w:t>
            </w:r>
          </w:p>
        </w:tc>
      </w:tr>
      <w:tr w:rsidR="00B80B2E" w:rsidRPr="00B80B2E" w14:paraId="1D8B8CE1"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6A5D5C5" w14:textId="071A2548"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Tasarım</w:t>
            </w:r>
            <w:r w:rsidR="002659D4">
              <w:rPr>
                <w:rFonts w:ascii="Times New Roman" w:hAnsi="Times New Roman" w:cs="Times New Roman"/>
                <w:sz w:val="24"/>
                <w:szCs w:val="24"/>
                <w:lang w:val="tr-TR"/>
              </w:rPr>
              <w:t>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06EE6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F5181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AB3F4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A7040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%15.4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5218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7DC53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%34.6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03742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4.00</w:t>
            </w:r>
          </w:p>
        </w:tc>
      </w:tr>
      <w:tr w:rsidR="00B80B2E" w:rsidRPr="00B80B2E" w14:paraId="121173A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DA85AA0" w14:textId="21C682F4"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Reklam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A9592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CE33B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A3BC3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A77782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49F7B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%38.5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B014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%34.6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13F10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3.85</w:t>
            </w:r>
          </w:p>
        </w:tc>
      </w:tr>
      <w:tr w:rsidR="00B80B2E" w:rsidRPr="00B80B2E" w14:paraId="7D620BD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28EA1AA" w14:textId="5CCBEDD9"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Sosyal Medya Yönetimi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4DCC1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0AC87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B9A16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719EE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%28.6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EA878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55EC81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2F307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4.43</w:t>
            </w:r>
          </w:p>
        </w:tc>
      </w:tr>
      <w:tr w:rsidR="00B80B2E" w:rsidRPr="00B80B2E" w14:paraId="35B41F4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56DC23A" w14:textId="65A1CB50"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Sosyal Medya Yönetimi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C0F3A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510E0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9549F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D434D8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01910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26803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122F7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4.57</w:t>
            </w:r>
          </w:p>
        </w:tc>
      </w:tr>
      <w:tr w:rsidR="00B80B2E" w:rsidRPr="00B80B2E" w14:paraId="4F13074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A20DD54" w14:textId="1AB84324"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Sosyal Medya Yönetimi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D7C6F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F9D23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018C6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74F74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3F5C4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C4B2F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12820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4.57</w:t>
            </w:r>
          </w:p>
        </w:tc>
      </w:tr>
      <w:tr w:rsidR="00B80B2E" w:rsidRPr="00B80B2E" w14:paraId="38C4C144"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80B2C99" w14:textId="24F7A343"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Sosyal Medya Yönetimi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BAC27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C2799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BF581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A35A1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%28.6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C35E1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FCCA3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E61BC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4.43</w:t>
            </w:r>
          </w:p>
        </w:tc>
      </w:tr>
      <w:tr w:rsidR="00B80B2E" w:rsidRPr="00B80B2E" w14:paraId="5BDBE149"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F371FF9" w14:textId="4EA3A9A6"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Sosyal Medya Yönetimi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D27E3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4171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9DD4B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F5F5C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2E38F5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FEDC9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615A8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4.57</w:t>
            </w:r>
          </w:p>
        </w:tc>
      </w:tr>
      <w:tr w:rsidR="00B80B2E" w:rsidRPr="00B80B2E" w14:paraId="64430CD9"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D5E9659" w14:textId="64CD3E26"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Sosyal Medya Yönetimi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BA8C3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FA27A3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3868F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1F169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B31A7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0B1F2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B5C49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4.57</w:t>
            </w:r>
          </w:p>
        </w:tc>
      </w:tr>
      <w:tr w:rsidR="00B80B2E" w:rsidRPr="00B80B2E" w14:paraId="7C0374C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B50CBC0" w14:textId="4AC79FEB"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Sosyal Medya Yönetimi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A58CA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7</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B12692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586E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A48D0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C34D5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79D50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DED19C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4.57</w:t>
            </w:r>
          </w:p>
        </w:tc>
      </w:tr>
      <w:tr w:rsidR="00B80B2E" w:rsidRPr="00B80B2E" w14:paraId="1263548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BA510E7" w14:textId="131861A9"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Sosyal Medya Yönetimi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8630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8</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FAD78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2A107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C632D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9A4AE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37B0F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8BFC8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4.57</w:t>
            </w:r>
          </w:p>
        </w:tc>
      </w:tr>
      <w:tr w:rsidR="00B80B2E" w:rsidRPr="00B80B2E" w14:paraId="79992A95"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7AEB38F" w14:textId="6E2A86C9"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Sanat Eğitimi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2B39B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52B16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6C503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4D8C9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1680E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5CCD4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3CEE9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4.25</w:t>
            </w:r>
          </w:p>
        </w:tc>
      </w:tr>
      <w:tr w:rsidR="00B80B2E" w:rsidRPr="00B80B2E" w14:paraId="305C0C74"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4038447" w14:textId="15DF47F4"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Sanat Eğitimi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F64BD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4C966B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75E62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0C1D9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%10.7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D73FF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BE67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87733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4.25</w:t>
            </w:r>
          </w:p>
        </w:tc>
      </w:tr>
      <w:tr w:rsidR="00B80B2E" w:rsidRPr="00B80B2E" w14:paraId="4F15D2A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6569834" w14:textId="01DD3E90"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Sanat Eğitimi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19E97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41E6D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E603C1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CEEE5B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EFC51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69103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A020C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4.29</w:t>
            </w:r>
          </w:p>
        </w:tc>
      </w:tr>
      <w:tr w:rsidR="00B80B2E" w:rsidRPr="00B80B2E" w14:paraId="6EB242E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33FF7AA" w14:textId="29E7A096"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Sanat Eğitimi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0CECC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E56F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F66B5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7FC1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%17.9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215D4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%35.7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03D5B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2AA96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4.04</w:t>
            </w:r>
          </w:p>
        </w:tc>
      </w:tr>
      <w:tr w:rsidR="00B80B2E" w:rsidRPr="00B80B2E" w14:paraId="183DA3F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7BDEB11" w14:textId="47291D66"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Temel Sanat Eğitimi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EFBFE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A284E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D2107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CDE6E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1F8DD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92841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%46.4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E17B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4.32</w:t>
            </w:r>
          </w:p>
        </w:tc>
      </w:tr>
      <w:tr w:rsidR="00B80B2E" w:rsidRPr="00B80B2E" w14:paraId="36333A6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FC801B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Tipografi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F5974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BA411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5EBF5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DFD6E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445BC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%47.8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809A9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%47.8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B6CF1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4.43</w:t>
            </w:r>
          </w:p>
        </w:tc>
      </w:tr>
      <w:tr w:rsidR="00B80B2E" w:rsidRPr="00B80B2E" w14:paraId="4656FAB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65339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Tipografi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D6688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74956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894572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E038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E93A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%65.2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78FB5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4ED53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4.26</w:t>
            </w:r>
          </w:p>
        </w:tc>
      </w:tr>
      <w:tr w:rsidR="00B80B2E" w:rsidRPr="00B80B2E" w14:paraId="5165039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1DE41B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Tipografi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8BB22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3EE74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3C39F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189373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17009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%73.9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7E2D4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%21.7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9C75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4.17</w:t>
            </w:r>
          </w:p>
        </w:tc>
      </w:tr>
      <w:tr w:rsidR="00B80B2E" w:rsidRPr="00B80B2E" w14:paraId="07E7445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B470F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Tipografi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2F0BD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E6497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89C441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EC667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%13.0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22D93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F3D67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%43.5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786C8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4.30</w:t>
            </w:r>
          </w:p>
        </w:tc>
      </w:tr>
      <w:tr w:rsidR="00B80B2E" w:rsidRPr="00B80B2E" w14:paraId="7133FBA2"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E358F4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Ambalaj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C6702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CA894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F021AB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C81D8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2264E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85614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FF1FAE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4.47</w:t>
            </w:r>
          </w:p>
        </w:tc>
      </w:tr>
      <w:tr w:rsidR="00B80B2E" w:rsidRPr="00B80B2E" w14:paraId="1D75C96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249762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Ambalaj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45A8A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62FDD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EB0A9F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74936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5471B2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3E9670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21884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4.67</w:t>
            </w:r>
          </w:p>
        </w:tc>
      </w:tr>
      <w:tr w:rsidR="00B80B2E" w:rsidRPr="00B80B2E" w14:paraId="6BD0656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ABB9A4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Ambalaj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1A824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052B5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5BCBD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A7FC4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A851AD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6359A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74759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4.73</w:t>
            </w:r>
          </w:p>
        </w:tc>
      </w:tr>
      <w:tr w:rsidR="00B80B2E" w:rsidRPr="00B80B2E" w14:paraId="1F39A07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4CF96D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lastRenderedPageBreak/>
              <w:t>Ambalaj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DB44F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F1D0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FCA93B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92053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DEBCC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8FC5E0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AF2C0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4.73</w:t>
            </w:r>
          </w:p>
        </w:tc>
      </w:tr>
      <w:tr w:rsidR="00B80B2E" w:rsidRPr="00B80B2E" w14:paraId="6001BFC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0CE332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Ambalaj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8E0A7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3309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10F1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07B48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A6818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C3FEF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1A46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4.67</w:t>
            </w:r>
          </w:p>
        </w:tc>
      </w:tr>
      <w:tr w:rsidR="00B80B2E" w:rsidRPr="00B80B2E" w14:paraId="3997FD1E"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E27E47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Ambalaj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B740CD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1D274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79088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497A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00021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5E1A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726E1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4.67</w:t>
            </w:r>
          </w:p>
        </w:tc>
      </w:tr>
      <w:tr w:rsidR="00B80B2E" w:rsidRPr="00B80B2E" w14:paraId="5EFDA60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6D635F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Ambalaj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E175A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7</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6AC27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B1FC7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2EF01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BC94A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A02B7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2AFD7F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4.60</w:t>
            </w:r>
          </w:p>
        </w:tc>
      </w:tr>
      <w:tr w:rsidR="00B80B2E" w:rsidRPr="00B80B2E" w14:paraId="59A89056"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3D73F7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Mezuniyet Projesi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AAD2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4C3FA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322F8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56035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CA19F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52BC8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%45.8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1819F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4.08</w:t>
            </w:r>
          </w:p>
        </w:tc>
      </w:tr>
      <w:tr w:rsidR="00B80B2E" w:rsidRPr="00B80B2E" w14:paraId="7ECD52B3"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2B6264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Mezuniyet Projesi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E684D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834E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6C292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731BD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FF4E0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60933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CFBB14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4.29</w:t>
            </w:r>
          </w:p>
        </w:tc>
      </w:tr>
      <w:tr w:rsidR="00B80B2E" w:rsidRPr="00B80B2E" w14:paraId="663B0EB5"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5EA8FA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Mezuniyet Projesi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9669A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6070B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D184D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E1C37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15394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E43FCD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14885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4.12</w:t>
            </w:r>
          </w:p>
        </w:tc>
      </w:tr>
      <w:tr w:rsidR="00B80B2E" w:rsidRPr="00B80B2E" w14:paraId="3E710C5D"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2B02FD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Mezuniyet Projesi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27144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41E03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44317C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F36AC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5362E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%29.2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06FEC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68181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4.12</w:t>
            </w:r>
          </w:p>
        </w:tc>
      </w:tr>
      <w:tr w:rsidR="00B80B2E" w:rsidRPr="00B80B2E" w14:paraId="000720EA"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1F415B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Mezuniyet Projesi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BF2D83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5D86A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5048CB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980C1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14E1F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2D942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%45.8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986FD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4.00</w:t>
            </w:r>
          </w:p>
        </w:tc>
      </w:tr>
      <w:tr w:rsidR="00B80B2E" w:rsidRPr="00B80B2E" w14:paraId="7086AD5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C865F17" w14:textId="380E6A6D"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Japon Çizgi Romanı Manga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FAC40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3F43B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16ABE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CCF17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B583F7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86AA6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43B51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4.28</w:t>
            </w:r>
          </w:p>
        </w:tc>
      </w:tr>
      <w:tr w:rsidR="00B80B2E" w:rsidRPr="00B80B2E" w14:paraId="078D4F1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9B58E3E" w14:textId="690C0546"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Japon Çizgi Romanı Manga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1EC90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13BA2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DA7B5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CBA590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F7142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8CCDA2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%72.2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D92C8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4.28</w:t>
            </w:r>
          </w:p>
        </w:tc>
      </w:tr>
      <w:tr w:rsidR="00B80B2E" w:rsidRPr="00B80B2E" w14:paraId="33693D9E"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3210E36" w14:textId="000A8321"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Japon Çizgi Romanı Manga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2AFF1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87F3A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9B74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E3B22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373EE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7482C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CAC1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4.17</w:t>
            </w:r>
          </w:p>
        </w:tc>
      </w:tr>
      <w:tr w:rsidR="00B80B2E" w:rsidRPr="00B80B2E" w14:paraId="6273D0EE"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76DA3A6" w14:textId="666A781A"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Japon Çizgi Romanı Manga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42BFB8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5E782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33B2C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5F45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%27.8</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CF56B1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1A0FE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E19DE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3.33</w:t>
            </w:r>
          </w:p>
        </w:tc>
      </w:tr>
      <w:tr w:rsidR="00B80B2E" w:rsidRPr="00B80B2E" w14:paraId="081EDF7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02319C6" w14:textId="05861158"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Desen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DA0763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FE388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F2A7E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20469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40405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F0C8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593A4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3.40</w:t>
            </w:r>
          </w:p>
        </w:tc>
      </w:tr>
      <w:tr w:rsidR="00B80B2E" w:rsidRPr="00B80B2E" w14:paraId="777D919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36F87E3" w14:textId="121FF14C"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Desen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BCD70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91C69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7B63C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B048A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DFE3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21750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940B2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3.27</w:t>
            </w:r>
          </w:p>
        </w:tc>
      </w:tr>
      <w:tr w:rsidR="00B80B2E" w:rsidRPr="00B80B2E" w14:paraId="6336D66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74647D0" w14:textId="3F67759B"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Desen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3DABD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F6103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D85E1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9EE2A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6A57B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B3FE1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27A6C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3.53</w:t>
            </w:r>
          </w:p>
        </w:tc>
      </w:tr>
      <w:tr w:rsidR="00B80B2E" w:rsidRPr="00B80B2E" w14:paraId="5C12F74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9CCBFCE" w14:textId="6911FAEB"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Desen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E7221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14C26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72934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%6.7</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89DF6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4CDBD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%13.3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99D9F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4A8D1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3.47</w:t>
            </w:r>
          </w:p>
        </w:tc>
      </w:tr>
      <w:tr w:rsidR="00B80B2E" w:rsidRPr="00B80B2E" w14:paraId="2F3D016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EA555C7" w14:textId="0452EAA1"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İllüstrasyona Giriş</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D89E3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C3A858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C21C5A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A7FB8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68059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AB2C2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%28.0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C993E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3.16</w:t>
            </w:r>
          </w:p>
        </w:tc>
      </w:tr>
      <w:tr w:rsidR="00B80B2E" w:rsidRPr="00B80B2E" w14:paraId="28A45D1E"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26BB4A4" w14:textId="29BC80B2"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İllüstrasyona Giriş</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FDEAD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263BB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CD31D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FD1F6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8AB862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74602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%28.0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D4E00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3.24</w:t>
            </w:r>
          </w:p>
        </w:tc>
      </w:tr>
      <w:tr w:rsidR="00B80B2E" w:rsidRPr="00B80B2E" w14:paraId="31E98B34"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4950E2E" w14:textId="797D2B2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İllüstrasyona Giriş</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4DE31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0D9DC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7</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%28.0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6BC75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CC51B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66C68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DBBB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A6CBE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3.32</w:t>
            </w:r>
          </w:p>
        </w:tc>
      </w:tr>
      <w:tr w:rsidR="00B80B2E" w:rsidRPr="00B80B2E" w14:paraId="30B518A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78E108C" w14:textId="3496EB3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İllüstrasyona Giriş</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1DAFB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EAC5B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2AED25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%8.0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C858E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%32.0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07751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%16.0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234DF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%24.0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72E48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3.16</w:t>
            </w:r>
          </w:p>
        </w:tc>
      </w:tr>
      <w:tr w:rsidR="00B80B2E" w:rsidRPr="00B80B2E" w14:paraId="7BCED0C4"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E7FBF2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lastRenderedPageBreak/>
              <w:t>Grafik Tasarıma Giriş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D5C22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486B4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C86ED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51191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43CE2F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DC2CD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%54.5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B131C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4.45</w:t>
            </w:r>
          </w:p>
        </w:tc>
      </w:tr>
      <w:tr w:rsidR="00B80B2E" w:rsidRPr="00B80B2E" w14:paraId="7F1E9706"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82BE19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Grafik Tasarıma Giriş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7B525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12118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36ED3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A371EE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A9B8E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%36.4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260FE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%54.5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3C5F3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4.45</w:t>
            </w:r>
          </w:p>
        </w:tc>
      </w:tr>
      <w:tr w:rsidR="00B80B2E" w:rsidRPr="00B80B2E" w14:paraId="56082572"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394C8A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Grafik Tasarıma Giriş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E271B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31DC3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D9F62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C6388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D724EA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%54.5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4059C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%45.5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C1CDF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4.45</w:t>
            </w:r>
          </w:p>
        </w:tc>
      </w:tr>
      <w:tr w:rsidR="00B80B2E" w:rsidRPr="00B80B2E" w14:paraId="70709692"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1916BA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Grafik Tasarıma Giriş 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DB5BA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56FC4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1983B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DDEAD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D8786F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%54.5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51561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%45.5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5FCE0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4.45</w:t>
            </w:r>
          </w:p>
        </w:tc>
      </w:tr>
      <w:tr w:rsidR="00B80B2E" w:rsidRPr="00B80B2E" w14:paraId="2D1714C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A4D54A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Portfolyo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B6519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6487B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B72F2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98C37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5</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%11.4</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C8E521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%18.2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AF105B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%68.2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761BD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4.50</w:t>
            </w:r>
          </w:p>
        </w:tc>
      </w:tr>
      <w:tr w:rsidR="00B80B2E" w:rsidRPr="00B80B2E" w14:paraId="6CCE4D6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9859C2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Portfolyo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C4F11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F61E68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D5CDD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A459FA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C0B4DA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%20.5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AF7E5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%68.2</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8F056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4.52</w:t>
            </w:r>
          </w:p>
        </w:tc>
      </w:tr>
      <w:tr w:rsidR="00B80B2E" w:rsidRPr="00B80B2E" w14:paraId="55C99B21"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17C493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Portfolyo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12039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21C48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7D39C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1D31E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610126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9EEF0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45CCA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4.48</w:t>
            </w:r>
          </w:p>
        </w:tc>
      </w:tr>
      <w:tr w:rsidR="00B80B2E" w:rsidRPr="00B80B2E" w14:paraId="654CFD8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251271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Portfolyo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E56737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98F76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57C31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E35A2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06C1D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%27.3</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46507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28</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%63.6</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8A6B8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4.55</w:t>
            </w:r>
          </w:p>
        </w:tc>
      </w:tr>
      <w:tr w:rsidR="00B80B2E" w:rsidRPr="00B80B2E" w14:paraId="01EDFB3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55A60C5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Portfolyo Tasarımı</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E3339B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E3A2DD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8FCB34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77349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%9.1</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285CD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87F815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%65.9</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E91FEE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4.57</w:t>
            </w:r>
          </w:p>
        </w:tc>
      </w:tr>
      <w:tr w:rsidR="00B80B2E" w:rsidRPr="00B80B2E" w14:paraId="77903647"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1CBC93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Tasarımda Yapay </w:t>
            </w:r>
            <w:proofErr w:type="gramStart"/>
            <w:r w:rsidRPr="00B80B2E">
              <w:rPr>
                <w:rFonts w:ascii="Times New Roman" w:hAnsi="Times New Roman" w:cs="Times New Roman"/>
                <w:sz w:val="24"/>
                <w:szCs w:val="24"/>
                <w:lang w:val="tr-TR"/>
              </w:rPr>
              <w:t>Zeka</w:t>
            </w:r>
            <w:proofErr w:type="gramEnd"/>
          </w:p>
        </w:tc>
        <w:tc>
          <w:tcPr>
            <w:tcW w:w="1080" w:type="dxa"/>
            <w:tcBorders>
              <w:top w:val="single" w:sz="4" w:space="0" w:color="auto"/>
              <w:left w:val="single" w:sz="4" w:space="0" w:color="auto"/>
              <w:bottom w:val="single" w:sz="4" w:space="0" w:color="auto"/>
              <w:right w:val="single" w:sz="4" w:space="0" w:color="auto"/>
            </w:tcBorders>
            <w:vAlign w:val="center"/>
            <w:hideMark/>
          </w:tcPr>
          <w:p w14:paraId="21F256F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FE028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B346C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B070A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EDDAD0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43A58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32310A"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4.25</w:t>
            </w:r>
          </w:p>
        </w:tc>
      </w:tr>
      <w:tr w:rsidR="00B80B2E" w:rsidRPr="00B80B2E" w14:paraId="6D99EB25"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727F465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Tasarımda Yapay </w:t>
            </w:r>
            <w:proofErr w:type="gramStart"/>
            <w:r w:rsidRPr="00B80B2E">
              <w:rPr>
                <w:rFonts w:ascii="Times New Roman" w:hAnsi="Times New Roman" w:cs="Times New Roman"/>
                <w:sz w:val="24"/>
                <w:szCs w:val="24"/>
                <w:lang w:val="tr-TR"/>
              </w:rPr>
              <w:t>Zeka</w:t>
            </w:r>
            <w:proofErr w:type="gramEnd"/>
          </w:p>
        </w:tc>
        <w:tc>
          <w:tcPr>
            <w:tcW w:w="1080" w:type="dxa"/>
            <w:tcBorders>
              <w:top w:val="single" w:sz="4" w:space="0" w:color="auto"/>
              <w:left w:val="single" w:sz="4" w:space="0" w:color="auto"/>
              <w:bottom w:val="single" w:sz="4" w:space="0" w:color="auto"/>
              <w:right w:val="single" w:sz="4" w:space="0" w:color="auto"/>
            </w:tcBorders>
            <w:vAlign w:val="center"/>
            <w:hideMark/>
          </w:tcPr>
          <w:p w14:paraId="17BA5DE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3B07EB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F9331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2A4E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0DA23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154D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F4678E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4.00</w:t>
            </w:r>
          </w:p>
        </w:tc>
      </w:tr>
      <w:tr w:rsidR="00B80B2E" w:rsidRPr="00B80B2E" w14:paraId="7C1E403F"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44DEDC7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Tasarımda Yapay </w:t>
            </w:r>
            <w:proofErr w:type="gramStart"/>
            <w:r w:rsidRPr="00B80B2E">
              <w:rPr>
                <w:rFonts w:ascii="Times New Roman" w:hAnsi="Times New Roman" w:cs="Times New Roman"/>
                <w:sz w:val="24"/>
                <w:szCs w:val="24"/>
                <w:lang w:val="tr-TR"/>
              </w:rPr>
              <w:t>Zeka</w:t>
            </w:r>
            <w:proofErr w:type="gramEnd"/>
          </w:p>
        </w:tc>
        <w:tc>
          <w:tcPr>
            <w:tcW w:w="1080" w:type="dxa"/>
            <w:tcBorders>
              <w:top w:val="single" w:sz="4" w:space="0" w:color="auto"/>
              <w:left w:val="single" w:sz="4" w:space="0" w:color="auto"/>
              <w:bottom w:val="single" w:sz="4" w:space="0" w:color="auto"/>
              <w:right w:val="single" w:sz="4" w:space="0" w:color="auto"/>
            </w:tcBorders>
            <w:vAlign w:val="center"/>
            <w:hideMark/>
          </w:tcPr>
          <w:p w14:paraId="34BD463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C3B2BD4"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0D564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B3E21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%12.5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F4A52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%50.0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71AAF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%37.5</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B92DC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4.25</w:t>
            </w:r>
          </w:p>
        </w:tc>
      </w:tr>
      <w:tr w:rsidR="00B80B2E" w:rsidRPr="00B80B2E" w14:paraId="0F45E661"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F93B4F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Tasarımda Yapay </w:t>
            </w:r>
            <w:proofErr w:type="gramStart"/>
            <w:r w:rsidRPr="00B80B2E">
              <w:rPr>
                <w:rFonts w:ascii="Times New Roman" w:hAnsi="Times New Roman" w:cs="Times New Roman"/>
                <w:sz w:val="24"/>
                <w:szCs w:val="24"/>
                <w:lang w:val="tr-TR"/>
              </w:rPr>
              <w:t>Zeka</w:t>
            </w:r>
            <w:proofErr w:type="gramEnd"/>
          </w:p>
        </w:tc>
        <w:tc>
          <w:tcPr>
            <w:tcW w:w="1080" w:type="dxa"/>
            <w:tcBorders>
              <w:top w:val="single" w:sz="4" w:space="0" w:color="auto"/>
              <w:left w:val="single" w:sz="4" w:space="0" w:color="auto"/>
              <w:bottom w:val="single" w:sz="4" w:space="0" w:color="auto"/>
              <w:right w:val="single" w:sz="4" w:space="0" w:color="auto"/>
            </w:tcBorders>
            <w:vAlign w:val="center"/>
            <w:hideMark/>
          </w:tcPr>
          <w:p w14:paraId="50930A6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401F51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A255D7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8032D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2C39C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EB24E6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77AD73"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4.25</w:t>
            </w:r>
          </w:p>
        </w:tc>
      </w:tr>
      <w:tr w:rsidR="00B80B2E" w:rsidRPr="00B80B2E" w14:paraId="2C6D82D8"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7A3C34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 xml:space="preserve">Tasarımda Yapay </w:t>
            </w:r>
            <w:proofErr w:type="gramStart"/>
            <w:r w:rsidRPr="00B80B2E">
              <w:rPr>
                <w:rFonts w:ascii="Times New Roman" w:hAnsi="Times New Roman" w:cs="Times New Roman"/>
                <w:sz w:val="24"/>
                <w:szCs w:val="24"/>
                <w:lang w:val="tr-TR"/>
              </w:rPr>
              <w:t>Zeka</w:t>
            </w:r>
            <w:proofErr w:type="gramEnd"/>
          </w:p>
        </w:tc>
        <w:tc>
          <w:tcPr>
            <w:tcW w:w="1080" w:type="dxa"/>
            <w:tcBorders>
              <w:top w:val="single" w:sz="4" w:space="0" w:color="auto"/>
              <w:left w:val="single" w:sz="4" w:space="0" w:color="auto"/>
              <w:bottom w:val="single" w:sz="4" w:space="0" w:color="auto"/>
              <w:right w:val="single" w:sz="4" w:space="0" w:color="auto"/>
            </w:tcBorders>
            <w:vAlign w:val="center"/>
            <w:hideMark/>
          </w:tcPr>
          <w:p w14:paraId="30880CF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Çıktı 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E65DE61"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11251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C925A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0</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%0.0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B6048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%75.0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D99EB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%25.0</w:t>
            </w:r>
            <w:proofErr w:type="gramEnd"/>
            <w:r w:rsidRPr="00B80B2E">
              <w:rPr>
                <w:rFonts w:ascii="Times New Roman" w:hAnsi="Times New Roman" w:cs="Times New Roman"/>
                <w:sz w:val="24"/>
                <w:szCs w:val="24"/>
                <w:lang w:val="tr-TR"/>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AAB84F"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4.25</w:t>
            </w:r>
          </w:p>
        </w:tc>
      </w:tr>
    </w:tbl>
    <w:p w14:paraId="7E1DFEFB" w14:textId="77777777" w:rsidR="002659D4" w:rsidRDefault="002659D4" w:rsidP="00B80B2E">
      <w:pPr>
        <w:spacing w:after="0"/>
        <w:rPr>
          <w:rFonts w:ascii="Times New Roman" w:hAnsi="Times New Roman" w:cs="Times New Roman"/>
          <w:b/>
          <w:sz w:val="24"/>
          <w:szCs w:val="24"/>
        </w:rPr>
      </w:pPr>
    </w:p>
    <w:p w14:paraId="004171A3" w14:textId="1D8E7B54" w:rsidR="00B80B2E" w:rsidRPr="00B80B2E" w:rsidRDefault="00B80B2E" w:rsidP="00B80B2E">
      <w:pPr>
        <w:spacing w:after="0"/>
        <w:rPr>
          <w:rFonts w:ascii="Times New Roman" w:hAnsi="Times New Roman" w:cs="Times New Roman"/>
          <w:sz w:val="24"/>
          <w:szCs w:val="24"/>
        </w:rPr>
      </w:pPr>
      <w:r w:rsidRPr="00B80B2E">
        <w:rPr>
          <w:rFonts w:ascii="Times New Roman" w:hAnsi="Times New Roman" w:cs="Times New Roman"/>
          <w:b/>
          <w:sz w:val="24"/>
          <w:szCs w:val="24"/>
        </w:rPr>
        <w:t>3- Tüm Ders Öğrenme Çıktıları Bulguları</w:t>
      </w:r>
    </w:p>
    <w:p w14:paraId="69B13388" w14:textId="77777777" w:rsid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Tüm derslerdeki öğrenme çıktılarının genel değerlendirmesi; 2849 adet yanıt üzerinden yapılmıştır. Yanıtların </w:t>
      </w:r>
      <w:proofErr w:type="gramStart"/>
      <w:r w:rsidRPr="00B80B2E">
        <w:rPr>
          <w:rFonts w:ascii="Times New Roman" w:hAnsi="Times New Roman" w:cs="Times New Roman"/>
          <w:sz w:val="24"/>
          <w:szCs w:val="24"/>
        </w:rPr>
        <w:t>%3.9</w:t>
      </w:r>
      <w:proofErr w:type="gramEnd"/>
      <w:r w:rsidRPr="00B80B2E">
        <w:rPr>
          <w:rFonts w:ascii="Times New Roman" w:hAnsi="Times New Roman" w:cs="Times New Roman"/>
          <w:sz w:val="24"/>
          <w:szCs w:val="24"/>
        </w:rPr>
        <w:t xml:space="preserve">'i 1, </w:t>
      </w:r>
      <w:proofErr w:type="gramStart"/>
      <w:r w:rsidRPr="00B80B2E">
        <w:rPr>
          <w:rFonts w:ascii="Times New Roman" w:hAnsi="Times New Roman" w:cs="Times New Roman"/>
          <w:sz w:val="24"/>
          <w:szCs w:val="24"/>
        </w:rPr>
        <w:t>%3.1</w:t>
      </w:r>
      <w:proofErr w:type="gramEnd"/>
      <w:r w:rsidRPr="00B80B2E">
        <w:rPr>
          <w:rFonts w:ascii="Times New Roman" w:hAnsi="Times New Roman" w:cs="Times New Roman"/>
          <w:sz w:val="24"/>
          <w:szCs w:val="24"/>
        </w:rPr>
        <w:t xml:space="preserve">'si 2, </w:t>
      </w:r>
      <w:proofErr w:type="gramStart"/>
      <w:r w:rsidRPr="00B80B2E">
        <w:rPr>
          <w:rFonts w:ascii="Times New Roman" w:hAnsi="Times New Roman" w:cs="Times New Roman"/>
          <w:sz w:val="24"/>
          <w:szCs w:val="24"/>
        </w:rPr>
        <w:t>%13.3</w:t>
      </w:r>
      <w:proofErr w:type="gramEnd"/>
      <w:r w:rsidRPr="00B80B2E">
        <w:rPr>
          <w:rFonts w:ascii="Times New Roman" w:hAnsi="Times New Roman" w:cs="Times New Roman"/>
          <w:sz w:val="24"/>
          <w:szCs w:val="24"/>
        </w:rPr>
        <w:t xml:space="preserve">'ü 3, </w:t>
      </w:r>
      <w:proofErr w:type="gramStart"/>
      <w:r w:rsidRPr="00B80B2E">
        <w:rPr>
          <w:rFonts w:ascii="Times New Roman" w:hAnsi="Times New Roman" w:cs="Times New Roman"/>
          <w:sz w:val="24"/>
          <w:szCs w:val="24"/>
        </w:rPr>
        <w:t>%30.4</w:t>
      </w:r>
      <w:proofErr w:type="gramEnd"/>
      <w:r w:rsidRPr="00B80B2E">
        <w:rPr>
          <w:rFonts w:ascii="Times New Roman" w:hAnsi="Times New Roman" w:cs="Times New Roman"/>
          <w:sz w:val="24"/>
          <w:szCs w:val="24"/>
        </w:rPr>
        <w:t xml:space="preserve">'ü 4 ve </w:t>
      </w:r>
      <w:proofErr w:type="gramStart"/>
      <w:r w:rsidRPr="00B80B2E">
        <w:rPr>
          <w:rFonts w:ascii="Times New Roman" w:hAnsi="Times New Roman" w:cs="Times New Roman"/>
          <w:sz w:val="24"/>
          <w:szCs w:val="24"/>
        </w:rPr>
        <w:t>%49.2</w:t>
      </w:r>
      <w:proofErr w:type="gramEnd"/>
      <w:r w:rsidRPr="00B80B2E">
        <w:rPr>
          <w:rFonts w:ascii="Times New Roman" w:hAnsi="Times New Roman" w:cs="Times New Roman"/>
          <w:sz w:val="24"/>
          <w:szCs w:val="24"/>
        </w:rPr>
        <w:t>'i 5 puan düzeyindedir. Genel ortalama 4.18’dir.</w:t>
      </w:r>
    </w:p>
    <w:p w14:paraId="605B8B60" w14:textId="77777777" w:rsidR="008E3595" w:rsidRPr="00B80B2E" w:rsidRDefault="008E3595" w:rsidP="00B80B2E">
      <w:pPr>
        <w:spacing w:after="0"/>
        <w:rPr>
          <w:rFonts w:ascii="Times New Roman" w:hAnsi="Times New Roman" w:cs="Times New Roman"/>
          <w:sz w:val="24"/>
          <w:szCs w:val="24"/>
        </w:rPr>
      </w:pPr>
    </w:p>
    <w:p w14:paraId="4E12E6E3" w14:textId="77777777" w:rsidR="00B80B2E" w:rsidRPr="00B80B2E" w:rsidRDefault="00B80B2E" w:rsidP="00B80B2E">
      <w:pPr>
        <w:spacing w:after="0"/>
        <w:rPr>
          <w:rFonts w:ascii="Times New Roman" w:hAnsi="Times New Roman" w:cs="Times New Roman"/>
          <w:sz w:val="24"/>
          <w:szCs w:val="24"/>
        </w:rPr>
      </w:pPr>
      <w:r w:rsidRPr="00B80B2E">
        <w:rPr>
          <w:rFonts w:ascii="Times New Roman" w:hAnsi="Times New Roman" w:cs="Times New Roman"/>
          <w:b/>
          <w:sz w:val="24"/>
          <w:szCs w:val="24"/>
        </w:rPr>
        <w:t>Tüm Derslerin Genel Değerlendirme Özeti</w:t>
      </w:r>
    </w:p>
    <w:tbl>
      <w:tblPr>
        <w:tblStyle w:val="TabloKlavuzu"/>
        <w:tblW w:w="0" w:type="auto"/>
        <w:jc w:val="center"/>
        <w:tblLook w:val="04A0" w:firstRow="1" w:lastRow="0" w:firstColumn="1" w:lastColumn="0" w:noHBand="0" w:noVBand="1"/>
      </w:tblPr>
      <w:tblGrid>
        <w:gridCol w:w="1243"/>
        <w:gridCol w:w="1234"/>
        <w:gridCol w:w="1234"/>
        <w:gridCol w:w="1234"/>
        <w:gridCol w:w="1234"/>
        <w:gridCol w:w="1234"/>
        <w:gridCol w:w="1234"/>
      </w:tblGrid>
      <w:tr w:rsidR="00B80B2E" w:rsidRPr="00B80B2E" w14:paraId="59D7BA6B" w14:textId="77777777">
        <w:trPr>
          <w:jc w:val="center"/>
        </w:trPr>
        <w:tc>
          <w:tcPr>
            <w:tcW w:w="1234" w:type="dxa"/>
            <w:tcBorders>
              <w:top w:val="single" w:sz="4" w:space="0" w:color="auto"/>
              <w:left w:val="single" w:sz="4" w:space="0" w:color="auto"/>
              <w:bottom w:val="single" w:sz="4" w:space="0" w:color="auto"/>
              <w:right w:val="single" w:sz="4" w:space="0" w:color="auto"/>
            </w:tcBorders>
            <w:vAlign w:val="center"/>
          </w:tcPr>
          <w:p w14:paraId="46306BB4" w14:textId="77777777" w:rsidR="00B80B2E" w:rsidRPr="00B80B2E" w:rsidRDefault="00B80B2E" w:rsidP="00B80B2E">
            <w:pPr>
              <w:spacing w:line="259" w:lineRule="auto"/>
              <w:rPr>
                <w:rFonts w:ascii="Times New Roman" w:hAnsi="Times New Roman" w:cs="Times New Roman"/>
                <w:sz w:val="24"/>
                <w:szCs w:val="24"/>
                <w:lang w:val="tr-TR"/>
              </w:rPr>
            </w:pPr>
          </w:p>
        </w:tc>
        <w:tc>
          <w:tcPr>
            <w:tcW w:w="1234" w:type="dxa"/>
            <w:tcBorders>
              <w:top w:val="single" w:sz="4" w:space="0" w:color="auto"/>
              <w:left w:val="single" w:sz="4" w:space="0" w:color="auto"/>
              <w:bottom w:val="single" w:sz="4" w:space="0" w:color="auto"/>
              <w:right w:val="single" w:sz="4" w:space="0" w:color="auto"/>
            </w:tcBorders>
            <w:vAlign w:val="center"/>
            <w:hideMark/>
          </w:tcPr>
          <w:p w14:paraId="4AA0BF0B"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1</w:t>
            </w:r>
          </w:p>
        </w:tc>
        <w:tc>
          <w:tcPr>
            <w:tcW w:w="1234" w:type="dxa"/>
            <w:tcBorders>
              <w:top w:val="single" w:sz="4" w:space="0" w:color="auto"/>
              <w:left w:val="single" w:sz="4" w:space="0" w:color="auto"/>
              <w:bottom w:val="single" w:sz="4" w:space="0" w:color="auto"/>
              <w:right w:val="single" w:sz="4" w:space="0" w:color="auto"/>
            </w:tcBorders>
            <w:vAlign w:val="center"/>
            <w:hideMark/>
          </w:tcPr>
          <w:p w14:paraId="13CDDCFE"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2</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BA3C78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3</w:t>
            </w:r>
          </w:p>
        </w:tc>
        <w:tc>
          <w:tcPr>
            <w:tcW w:w="1234" w:type="dxa"/>
            <w:tcBorders>
              <w:top w:val="single" w:sz="4" w:space="0" w:color="auto"/>
              <w:left w:val="single" w:sz="4" w:space="0" w:color="auto"/>
              <w:bottom w:val="single" w:sz="4" w:space="0" w:color="auto"/>
              <w:right w:val="single" w:sz="4" w:space="0" w:color="auto"/>
            </w:tcBorders>
            <w:vAlign w:val="center"/>
            <w:hideMark/>
          </w:tcPr>
          <w:p w14:paraId="3529616D"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4</w:t>
            </w:r>
          </w:p>
        </w:tc>
        <w:tc>
          <w:tcPr>
            <w:tcW w:w="1234" w:type="dxa"/>
            <w:tcBorders>
              <w:top w:val="single" w:sz="4" w:space="0" w:color="auto"/>
              <w:left w:val="single" w:sz="4" w:space="0" w:color="auto"/>
              <w:bottom w:val="single" w:sz="4" w:space="0" w:color="auto"/>
              <w:right w:val="single" w:sz="4" w:space="0" w:color="auto"/>
            </w:tcBorders>
            <w:vAlign w:val="center"/>
            <w:hideMark/>
          </w:tcPr>
          <w:p w14:paraId="0F8B69F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5</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26CFAA0"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b/>
                <w:sz w:val="24"/>
                <w:szCs w:val="24"/>
                <w:lang w:val="tr-TR"/>
              </w:rPr>
              <w:t>Ortalama</w:t>
            </w:r>
          </w:p>
        </w:tc>
      </w:tr>
      <w:tr w:rsidR="00B80B2E" w:rsidRPr="00B80B2E" w14:paraId="79A29BA5" w14:textId="77777777">
        <w:trPr>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14:paraId="44178319"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Tüm Derslerin Tüm Öğrenme Çıktılarına Verilen Puanlar</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50D22F5"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112</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%3.9</w:t>
            </w:r>
            <w:proofErr w:type="gramEnd"/>
            <w:r w:rsidRPr="00B80B2E">
              <w:rPr>
                <w:rFonts w:ascii="Times New Roman" w:hAnsi="Times New Roman" w:cs="Times New Roman"/>
                <w:sz w:val="24"/>
                <w:szCs w:val="24"/>
                <w:lang w:val="tr-TR"/>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402F8C7"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%3.1</w:t>
            </w:r>
            <w:proofErr w:type="gramEnd"/>
            <w:r w:rsidRPr="00B80B2E">
              <w:rPr>
                <w:rFonts w:ascii="Times New Roman" w:hAnsi="Times New Roman" w:cs="Times New Roman"/>
                <w:sz w:val="24"/>
                <w:szCs w:val="24"/>
                <w:lang w:val="tr-TR"/>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310EDA16"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379</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%13.3</w:t>
            </w:r>
            <w:proofErr w:type="gramEnd"/>
            <w:r w:rsidRPr="00B80B2E">
              <w:rPr>
                <w:rFonts w:ascii="Times New Roman" w:hAnsi="Times New Roman" w:cs="Times New Roman"/>
                <w:sz w:val="24"/>
                <w:szCs w:val="24"/>
                <w:lang w:val="tr-TR"/>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21D15822"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866</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%30.4</w:t>
            </w:r>
            <w:proofErr w:type="gramEnd"/>
            <w:r w:rsidRPr="00B80B2E">
              <w:rPr>
                <w:rFonts w:ascii="Times New Roman" w:hAnsi="Times New Roman" w:cs="Times New Roman"/>
                <w:sz w:val="24"/>
                <w:szCs w:val="24"/>
                <w:lang w:val="tr-TR"/>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72ED788"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1403</w:t>
            </w:r>
            <w:r w:rsidRPr="00B80B2E">
              <w:rPr>
                <w:rFonts w:ascii="Times New Roman" w:hAnsi="Times New Roman" w:cs="Times New Roman"/>
                <w:sz w:val="24"/>
                <w:szCs w:val="24"/>
                <w:lang w:val="tr-TR"/>
              </w:rPr>
              <w:br/>
              <w:t>(</w:t>
            </w:r>
            <w:proofErr w:type="gramStart"/>
            <w:r w:rsidRPr="00B80B2E">
              <w:rPr>
                <w:rFonts w:ascii="Times New Roman" w:hAnsi="Times New Roman" w:cs="Times New Roman"/>
                <w:sz w:val="24"/>
                <w:szCs w:val="24"/>
                <w:lang w:val="tr-TR"/>
              </w:rPr>
              <w:t>%49.2</w:t>
            </w:r>
            <w:proofErr w:type="gramEnd"/>
            <w:r w:rsidRPr="00B80B2E">
              <w:rPr>
                <w:rFonts w:ascii="Times New Roman" w:hAnsi="Times New Roman" w:cs="Times New Roman"/>
                <w:sz w:val="24"/>
                <w:szCs w:val="24"/>
                <w:lang w:val="tr-TR"/>
              </w:rPr>
              <w:t>)</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B0F6BAC" w14:textId="77777777" w:rsidR="00B80B2E" w:rsidRPr="00B80B2E" w:rsidRDefault="00B80B2E" w:rsidP="00B80B2E">
            <w:pPr>
              <w:spacing w:line="259" w:lineRule="auto"/>
              <w:rPr>
                <w:rFonts w:ascii="Times New Roman" w:hAnsi="Times New Roman" w:cs="Times New Roman"/>
                <w:sz w:val="24"/>
                <w:szCs w:val="24"/>
                <w:lang w:val="tr-TR"/>
              </w:rPr>
            </w:pPr>
            <w:r w:rsidRPr="00B80B2E">
              <w:rPr>
                <w:rFonts w:ascii="Times New Roman" w:hAnsi="Times New Roman" w:cs="Times New Roman"/>
                <w:sz w:val="24"/>
                <w:szCs w:val="24"/>
                <w:lang w:val="tr-TR"/>
              </w:rPr>
              <w:t>4.18</w:t>
            </w:r>
          </w:p>
        </w:tc>
      </w:tr>
    </w:tbl>
    <w:p w14:paraId="732ED93C" w14:textId="77777777" w:rsidR="008E3595" w:rsidRDefault="008E3595" w:rsidP="00B80B2E">
      <w:pPr>
        <w:spacing w:after="0"/>
        <w:rPr>
          <w:rFonts w:ascii="Times New Roman" w:hAnsi="Times New Roman" w:cs="Times New Roman"/>
          <w:b/>
          <w:sz w:val="24"/>
          <w:szCs w:val="24"/>
        </w:rPr>
      </w:pPr>
    </w:p>
    <w:p w14:paraId="6E39F3F0" w14:textId="32FEC741"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b/>
          <w:sz w:val="24"/>
          <w:szCs w:val="24"/>
        </w:rPr>
        <w:lastRenderedPageBreak/>
        <w:t>4- Genel Değerlendirme</w:t>
      </w:r>
    </w:p>
    <w:p w14:paraId="405026B6" w14:textId="77777777"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Anket verileri, öğrencilerin ders öğrenme çıktılarıyla ilgili değerlendirmelerinin genel olarak yüksek düzeyde olduğunu göstermektedir. Genel ortalamanın 4.18 olması, öğrenme çıktılarının büyük ölçüde gerçekleştirildiğine işaret etmektedir. Puanların </w:t>
      </w:r>
      <w:proofErr w:type="gramStart"/>
      <w:r w:rsidRPr="00B80B2E">
        <w:rPr>
          <w:rFonts w:ascii="Times New Roman" w:hAnsi="Times New Roman" w:cs="Times New Roman"/>
          <w:sz w:val="24"/>
          <w:szCs w:val="24"/>
        </w:rPr>
        <w:t>%79.6</w:t>
      </w:r>
      <w:proofErr w:type="gramEnd"/>
      <w:r w:rsidRPr="00B80B2E">
        <w:rPr>
          <w:rFonts w:ascii="Times New Roman" w:hAnsi="Times New Roman" w:cs="Times New Roman"/>
          <w:sz w:val="24"/>
          <w:szCs w:val="24"/>
        </w:rPr>
        <w:t>’inin 4 ve 5 düzeyinde toplanması, öğrencilerin çoğunlukla olumlu görüş bildirdiğini ortaya koymaktadır.</w:t>
      </w:r>
    </w:p>
    <w:p w14:paraId="1F8B1D7A" w14:textId="77777777" w:rsidR="008E3595" w:rsidRDefault="008E3595" w:rsidP="008E3595">
      <w:pPr>
        <w:spacing w:after="0"/>
        <w:jc w:val="both"/>
        <w:rPr>
          <w:rFonts w:ascii="Times New Roman" w:hAnsi="Times New Roman" w:cs="Times New Roman"/>
          <w:b/>
          <w:sz w:val="24"/>
          <w:szCs w:val="24"/>
        </w:rPr>
      </w:pPr>
    </w:p>
    <w:p w14:paraId="5DE9FCF1" w14:textId="6750BDB8"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b/>
          <w:sz w:val="24"/>
          <w:szCs w:val="24"/>
        </w:rPr>
        <w:t>5- İyileştirme Önerileri</w:t>
      </w:r>
    </w:p>
    <w:p w14:paraId="749987CF" w14:textId="77777777"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Öğrenme çıktıları anket sonuçları genel olarak olumlu olmakla birlikte, eğitim-öğretim kalitesinin sürdürülebilir biçimde artırılması amacıyla aşağıdaki iyileştirme önerileri dikkate alınabilir:</w:t>
      </w:r>
    </w:p>
    <w:p w14:paraId="40FBFD5F" w14:textId="40DDBBC3"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Ders içerikleri ile öğrenme çıktıları arasındaki uyumu güçlendirecek biçimde ders planlarının dönem başında öğrencilere</w:t>
      </w:r>
      <w:r w:rsidR="00521935">
        <w:rPr>
          <w:rFonts w:ascii="Times New Roman" w:hAnsi="Times New Roman" w:cs="Times New Roman"/>
          <w:sz w:val="24"/>
          <w:szCs w:val="24"/>
        </w:rPr>
        <w:t xml:space="preserve"> aktarılması.</w:t>
      </w:r>
    </w:p>
    <w:p w14:paraId="1E33F204" w14:textId="77777777"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Derslerde uygulama temelli etkinliklerin, atölye ve proje çalışmalarının artırılarak öğrencinin aktif katılımının desteklenmesi.</w:t>
      </w:r>
    </w:p>
    <w:p w14:paraId="49D84863" w14:textId="55CF1156"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Öğrenci geri bildirimlerinin dönem içerisinde ara değerlendirmelerle toplanması ve hızlı </w:t>
      </w:r>
      <w:r w:rsidR="00521935">
        <w:rPr>
          <w:rFonts w:ascii="Times New Roman" w:hAnsi="Times New Roman" w:cs="Times New Roman"/>
          <w:sz w:val="24"/>
          <w:szCs w:val="24"/>
        </w:rPr>
        <w:t>bir biçimde geri bildirimlerin uygulanması.</w:t>
      </w:r>
    </w:p>
    <w:p w14:paraId="095DDC01" w14:textId="1061D278"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Dersler arası bütünlüğü artırmak için disiplinler arası ortak proje ve sergileme/portfolyo </w:t>
      </w:r>
      <w:r w:rsidR="00521935">
        <w:rPr>
          <w:rFonts w:ascii="Times New Roman" w:hAnsi="Times New Roman" w:cs="Times New Roman"/>
          <w:sz w:val="24"/>
          <w:szCs w:val="24"/>
        </w:rPr>
        <w:t>çalışmalarına öğrencilerin</w:t>
      </w:r>
      <w:r w:rsidRPr="00B80B2E">
        <w:rPr>
          <w:rFonts w:ascii="Times New Roman" w:hAnsi="Times New Roman" w:cs="Times New Roman"/>
          <w:sz w:val="24"/>
          <w:szCs w:val="24"/>
        </w:rPr>
        <w:t xml:space="preserve"> teşvik edilmesi.</w:t>
      </w:r>
    </w:p>
    <w:p w14:paraId="70CDC443" w14:textId="56B3277B" w:rsidR="00B80B2E" w:rsidRPr="00B80B2E" w:rsidRDefault="00B80B2E"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Ölçme-değerlendirme süreçlerinde rubriklerin kullanılması ve değerlendirme ölçütlerinin </w:t>
      </w:r>
      <w:r w:rsidR="00521935">
        <w:rPr>
          <w:rFonts w:ascii="Times New Roman" w:hAnsi="Times New Roman" w:cs="Times New Roman"/>
          <w:sz w:val="24"/>
          <w:szCs w:val="24"/>
        </w:rPr>
        <w:t>paylaşılması</w:t>
      </w:r>
      <w:r w:rsidRPr="00B80B2E">
        <w:rPr>
          <w:rFonts w:ascii="Times New Roman" w:hAnsi="Times New Roman" w:cs="Times New Roman"/>
          <w:sz w:val="24"/>
          <w:szCs w:val="24"/>
        </w:rPr>
        <w:t>.</w:t>
      </w:r>
    </w:p>
    <w:p w14:paraId="3D2F2A23" w14:textId="20EF3D7F" w:rsidR="00CA7303" w:rsidRPr="00B80B2E" w:rsidRDefault="00752C2D" w:rsidP="008E3595">
      <w:pPr>
        <w:spacing w:after="0"/>
        <w:jc w:val="both"/>
        <w:rPr>
          <w:rFonts w:ascii="Times New Roman" w:hAnsi="Times New Roman" w:cs="Times New Roman"/>
          <w:sz w:val="24"/>
          <w:szCs w:val="24"/>
        </w:rPr>
      </w:pPr>
      <w:r w:rsidRPr="00B80B2E">
        <w:rPr>
          <w:rFonts w:ascii="Times New Roman" w:hAnsi="Times New Roman" w:cs="Times New Roman"/>
          <w:sz w:val="24"/>
          <w:szCs w:val="24"/>
        </w:rPr>
        <w:t xml:space="preserve"> </w:t>
      </w:r>
    </w:p>
    <w:sectPr w:rsidR="00CA7303" w:rsidRPr="00B80B2E" w:rsidSect="008E3595">
      <w:headerReference w:type="even" r:id="rId20"/>
      <w:headerReference w:type="default" r:id="rId21"/>
      <w:footerReference w:type="even" r:id="rId22"/>
      <w:pgSz w:w="11906" w:h="16838"/>
      <w:pgMar w:top="985" w:right="1416" w:bottom="1134" w:left="1419" w:header="708" w:footer="127"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0DAF" w14:textId="77777777" w:rsidR="008A5227" w:rsidRPr="00B80B2E" w:rsidRDefault="008A5227">
      <w:pPr>
        <w:spacing w:after="0" w:line="240" w:lineRule="auto"/>
      </w:pPr>
      <w:r w:rsidRPr="00B80B2E">
        <w:separator/>
      </w:r>
    </w:p>
  </w:endnote>
  <w:endnote w:type="continuationSeparator" w:id="0">
    <w:p w14:paraId="3E548CA6" w14:textId="77777777" w:rsidR="008A5227" w:rsidRPr="00B80B2E" w:rsidRDefault="008A5227">
      <w:pPr>
        <w:spacing w:after="0" w:line="240" w:lineRule="auto"/>
      </w:pPr>
      <w:r w:rsidRPr="00B80B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Montserrat">
    <w:charset w:val="A2"/>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9536" w14:textId="77777777" w:rsidR="0066682C" w:rsidRPr="00B80B2E" w:rsidRDefault="0066682C">
    <w:pPr>
      <w:tabs>
        <w:tab w:val="center" w:pos="4991"/>
      </w:tabs>
      <w:spacing w:after="0"/>
      <w:ind w:left="-1419"/>
    </w:pPr>
    <w:r w:rsidRPr="00B80B2E">
      <w:rPr>
        <w:noProof/>
      </w:rPr>
      <mc:AlternateContent>
        <mc:Choice Requires="wpg">
          <w:drawing>
            <wp:anchor distT="0" distB="0" distL="114300" distR="114300" simplePos="0" relativeHeight="251662336" behindDoc="0" locked="0" layoutInCell="1" allowOverlap="1" wp14:anchorId="53693B1C" wp14:editId="070D7BD7">
              <wp:simplePos x="0" y="0"/>
              <wp:positionH relativeFrom="page">
                <wp:posOffset>6250305</wp:posOffset>
              </wp:positionH>
              <wp:positionV relativeFrom="page">
                <wp:posOffset>9540798</wp:posOffset>
              </wp:positionV>
              <wp:extent cx="776605" cy="776605"/>
              <wp:effectExtent l="0" t="0" r="0" b="0"/>
              <wp:wrapSquare wrapText="bothSides"/>
              <wp:docPr id="55805" name="Group 55805"/>
              <wp:cNvGraphicFramePr/>
              <a:graphic xmlns:a="http://schemas.openxmlformats.org/drawingml/2006/main">
                <a:graphicData uri="http://schemas.microsoft.com/office/word/2010/wordprocessingGroup">
                  <wpg:wgp>
                    <wpg:cNvGrpSpPr/>
                    <wpg:grpSpPr>
                      <a:xfrm>
                        <a:off x="0" y="0"/>
                        <a:ext cx="776605" cy="776605"/>
                        <a:chOff x="0" y="0"/>
                        <a:chExt cx="776605" cy="776605"/>
                      </a:xfrm>
                    </wpg:grpSpPr>
                    <wps:wsp>
                      <wps:cNvPr id="55806" name="Shape 55806"/>
                      <wps:cNvSpPr/>
                      <wps:spPr>
                        <a:xfrm>
                          <a:off x="0" y="0"/>
                          <a:ext cx="776605" cy="776605"/>
                        </a:xfrm>
                        <a:custGeom>
                          <a:avLst/>
                          <a:gdLst/>
                          <a:ahLst/>
                          <a:cxnLst/>
                          <a:rect l="0" t="0" r="0" b="0"/>
                          <a:pathLst>
                            <a:path w="776605" h="776605">
                              <a:moveTo>
                                <a:pt x="388366" y="0"/>
                              </a:moveTo>
                              <a:lnTo>
                                <a:pt x="776605" y="388303"/>
                              </a:lnTo>
                              <a:lnTo>
                                <a:pt x="388366" y="776605"/>
                              </a:lnTo>
                              <a:lnTo>
                                <a:pt x="0" y="388303"/>
                              </a:lnTo>
                              <a:lnTo>
                                <a:pt x="388366"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55807" name="Rectangle 55807"/>
                      <wps:cNvSpPr/>
                      <wps:spPr>
                        <a:xfrm>
                          <a:off x="336169" y="306703"/>
                          <a:ext cx="99579" cy="227633"/>
                        </a:xfrm>
                        <a:prstGeom prst="rect">
                          <a:avLst/>
                        </a:prstGeom>
                        <a:ln>
                          <a:noFill/>
                        </a:ln>
                      </wps:spPr>
                      <wps:txbx>
                        <w:txbxContent>
                          <w:p w14:paraId="2053C580" w14:textId="77777777" w:rsidR="0066682C" w:rsidRPr="00B80B2E" w:rsidRDefault="0066682C">
                            <w:r w:rsidRPr="00B80B2E">
                              <w:rPr>
                                <w:b/>
                              </w:rPr>
                              <w:fldChar w:fldCharType="begin"/>
                            </w:r>
                            <w:r w:rsidRPr="00B80B2E">
                              <w:rPr>
                                <w:b/>
                              </w:rPr>
                              <w:instrText xml:space="preserve"> PAGE   \* MERGEFORMAT </w:instrText>
                            </w:r>
                            <w:r w:rsidRPr="00B80B2E">
                              <w:rPr>
                                <w:b/>
                              </w:rPr>
                              <w:fldChar w:fldCharType="separate"/>
                            </w:r>
                            <w:r w:rsidRPr="00B80B2E">
                              <w:rPr>
                                <w:b/>
                              </w:rPr>
                              <w:t>2</w:t>
                            </w:r>
                            <w:r w:rsidRPr="00B80B2E">
                              <w:rPr>
                                <w:b/>
                              </w:rPr>
                              <w:fldChar w:fldCharType="end"/>
                            </w:r>
                          </w:p>
                        </w:txbxContent>
                      </wps:txbx>
                      <wps:bodyPr horzOverflow="overflow" vert="horz" lIns="0" tIns="0" rIns="0" bIns="0" rtlCol="0">
                        <a:noAutofit/>
                      </wps:bodyPr>
                    </wps:wsp>
                    <wps:wsp>
                      <wps:cNvPr id="55808" name="Rectangle 55808"/>
                      <wps:cNvSpPr/>
                      <wps:spPr>
                        <a:xfrm>
                          <a:off x="410845" y="306703"/>
                          <a:ext cx="37855" cy="227633"/>
                        </a:xfrm>
                        <a:prstGeom prst="rect">
                          <a:avLst/>
                        </a:prstGeom>
                        <a:ln>
                          <a:noFill/>
                        </a:ln>
                      </wps:spPr>
                      <wps:txbx>
                        <w:txbxContent>
                          <w:p w14:paraId="6888B9CA" w14:textId="77777777" w:rsidR="0066682C" w:rsidRPr="00B80B2E" w:rsidRDefault="0066682C">
                            <w:r w:rsidRPr="00B80B2E">
                              <w:rPr>
                                <w:b/>
                                <w:color w:val="FFFFFF"/>
                              </w:rPr>
                              <w:t xml:space="preserve"> </w:t>
                            </w:r>
                          </w:p>
                        </w:txbxContent>
                      </wps:txbx>
                      <wps:bodyPr horzOverflow="overflow" vert="horz" lIns="0" tIns="0" rIns="0" bIns="0" rtlCol="0">
                        <a:noAutofit/>
                      </wps:bodyPr>
                    </wps:wsp>
                  </wpg:wgp>
                </a:graphicData>
              </a:graphic>
            </wp:anchor>
          </w:drawing>
        </mc:Choice>
        <mc:Fallback>
          <w:pict>
            <v:group w14:anchorId="53693B1C" id="Group 55805" o:spid="_x0000_s1127" style="position:absolute;left:0;text-align:left;margin-left:492.15pt;margin-top:751.25pt;width:61.15pt;height:61.15pt;z-index:251662336;mso-position-horizontal-relative:page;mso-position-vertical-relative:page" coordsize="7766,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">
              <v:shape id="Shape 55806" o:spid="_x0000_s1128"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" path="m388366,l776605,388303,388366,776605,,388303,388366,xe" fillcolor="#22263e" stroked="f" strokeweight="0">
                <v:stroke miterlimit="83231f" joinstyle="miter"/>
                <v:path arrowok="t" textboxrect="0,0,776605,776605"/>
              </v:shape>
              <v:rect id="Rectangle 55807" o:spid="_x0000_s1129" style="position:absolute;left:3361;top:3067;width:996;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" filled="f" stroked="f">
                <v:textbox inset="0,0,0,0">
                  <w:txbxContent>
                    <w:p w14:paraId="2053C580" w14:textId="77777777" w:rsidR="0066682C" w:rsidRPr="00B80B2E" w:rsidRDefault="0066682C">
                      <w:r w:rsidRPr="00B80B2E">
                        <w:rPr>
                          <w:b/>
                        </w:rPr>
                        <w:fldChar w:fldCharType="begin"/>
                      </w:r>
                      <w:r w:rsidRPr="00B80B2E">
                        <w:rPr>
                          <w:b/>
                        </w:rPr>
                        <w:instrText xml:space="preserve"> PAGE   \* MERGEFORMAT </w:instrText>
                      </w:r>
                      <w:r w:rsidRPr="00B80B2E">
                        <w:rPr>
                          <w:b/>
                        </w:rPr>
                        <w:fldChar w:fldCharType="separate"/>
                      </w:r>
                      <w:r w:rsidRPr="00B80B2E">
                        <w:rPr>
                          <w:b/>
                        </w:rPr>
                        <w:t>2</w:t>
                      </w:r>
                      <w:r w:rsidRPr="00B80B2E">
                        <w:rPr>
                          <w:b/>
                        </w:rPr>
                        <w:fldChar w:fldCharType="end"/>
                      </w:r>
                    </w:p>
                  </w:txbxContent>
                </v:textbox>
              </v:rect>
              <v:rect id="Rectangle 55808" o:spid="_x0000_s1130" style="position:absolute;left:4108;top:3067;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" filled="f" stroked="f">
                <v:textbox inset="0,0,0,0">
                  <w:txbxContent>
                    <w:p w14:paraId="6888B9CA" w14:textId="77777777" w:rsidR="0066682C" w:rsidRPr="00B80B2E" w:rsidRDefault="0066682C">
                      <w:r w:rsidRPr="00B80B2E">
                        <w:rPr>
                          <w:b/>
                          <w:color w:val="FFFFFF"/>
                        </w:rPr>
                        <w:t xml:space="preserve"> </w:t>
                      </w:r>
                    </w:p>
                  </w:txbxContent>
                </v:textbox>
              </v:rect>
              <w10:wrap type="square" anchorx="page" anchory="page"/>
            </v:group>
          </w:pict>
        </mc:Fallback>
      </mc:AlternateContent>
    </w:r>
    <w:r w:rsidRPr="00B80B2E">
      <w:rPr>
        <w:noProof/>
      </w:rPr>
      <mc:AlternateContent>
        <mc:Choice Requires="wpg">
          <w:drawing>
            <wp:anchor distT="0" distB="0" distL="114300" distR="114300" simplePos="0" relativeHeight="251663360" behindDoc="0" locked="0" layoutInCell="1" allowOverlap="1" wp14:anchorId="2B549257" wp14:editId="667EE606">
              <wp:simplePos x="0" y="0"/>
              <wp:positionH relativeFrom="page">
                <wp:posOffset>0</wp:posOffset>
              </wp:positionH>
              <wp:positionV relativeFrom="page">
                <wp:posOffset>9883698</wp:posOffset>
              </wp:positionV>
              <wp:extent cx="1979930" cy="104775"/>
              <wp:effectExtent l="0" t="0" r="0" b="0"/>
              <wp:wrapSquare wrapText="bothSides"/>
              <wp:docPr id="55809" name="Group 55809"/>
              <wp:cNvGraphicFramePr/>
              <a:graphic xmlns:a="http://schemas.openxmlformats.org/drawingml/2006/main">
                <a:graphicData uri="http://schemas.microsoft.com/office/word/2010/wordprocessingGroup">
                  <wpg:wgp>
                    <wpg:cNvGrpSpPr/>
                    <wpg:grpSpPr>
                      <a:xfrm>
                        <a:off x="0" y="0"/>
                        <a:ext cx="1979930" cy="104775"/>
                        <a:chOff x="0" y="0"/>
                        <a:chExt cx="1979930" cy="104775"/>
                      </a:xfrm>
                    </wpg:grpSpPr>
                    <wps:wsp>
                      <wps:cNvPr id="59038" name="Shape 59038"/>
                      <wps:cNvSpPr/>
                      <wps:spPr>
                        <a:xfrm>
                          <a:off x="0" y="0"/>
                          <a:ext cx="1979930" cy="104775"/>
                        </a:xfrm>
                        <a:custGeom>
                          <a:avLst/>
                          <a:gdLst/>
                          <a:ahLst/>
                          <a:cxnLst/>
                          <a:rect l="0" t="0" r="0" b="0"/>
                          <a:pathLst>
                            <a:path w="1979930" h="104775">
                              <a:moveTo>
                                <a:pt x="0" y="0"/>
                              </a:moveTo>
                              <a:lnTo>
                                <a:pt x="1979930" y="0"/>
                              </a:lnTo>
                              <a:lnTo>
                                <a:pt x="1979930" y="104775"/>
                              </a:lnTo>
                              <a:lnTo>
                                <a:pt x="0" y="104775"/>
                              </a:lnTo>
                              <a:lnTo>
                                <a:pt x="0" y="0"/>
                              </a:lnTo>
                            </a:path>
                          </a:pathLst>
                        </a:custGeom>
                        <a:ln w="0" cap="flat">
                          <a:miter lim="127000"/>
                        </a:ln>
                      </wps:spPr>
                      <wps:style>
                        <a:lnRef idx="0">
                          <a:srgbClr val="000000">
                            <a:alpha val="0"/>
                          </a:srgbClr>
                        </a:lnRef>
                        <a:fillRef idx="1">
                          <a:srgbClr val="071420"/>
                        </a:fillRef>
                        <a:effectRef idx="0">
                          <a:scrgbClr r="0" g="0" b="0"/>
                        </a:effectRef>
                        <a:fontRef idx="none"/>
                      </wps:style>
                      <wps:bodyPr/>
                    </wps:wsp>
                  </wpg:wgp>
                </a:graphicData>
              </a:graphic>
            </wp:anchor>
          </w:drawing>
        </mc:Choice>
        <mc:Fallback>
          <w:pict>
            <v:group w14:anchorId="6E0FB3C2" id="Group 55809" o:spid="_x0000_s1026" style="position:absolute;margin-left:0;margin-top:778.25pt;width:155.9pt;height:8.25pt;z-index:251663360;mso-position-horizontal-relative:page;mso-position-vertical-relative:page" coordsize="19799,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">
              <v:shape id="Shape 59038" o:spid="_x0000_s1027" style="position:absolute;width:19799;height:1047;visibility:visible;mso-wrap-style:square;v-text-anchor:top" coordsize="1979930,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ql8IA&#10;AADeAAAADwAAAGRycy9kb3ducmV2LnhtbERPTWsCMRC9F/wPYQRvNWuloqtRRCiVeurqweOwGTeL&#10;yWRNUt321zeHQo+P973a9M6KO4XYelYwGRcgiGuvW24UnI5vz3MQMSFrtJ5JwTdF2KwHTysstX/w&#10;J92r1IgcwrFEBSalrpQy1oYcxrHviDN38cFhyjA0Ugd85HBn5UtRzKTDlnODwY52hupr9eUUHLa3&#10;6n1q6SMFPvwYOzs3FLxSo2G/XYJI1Kd/8Z97rxW8Lopp3pvv5Cs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WqXwgAAAN4AAAAPAAAAAAAAAAAAAAAAAJgCAABkcnMvZG93&#10;bnJldi54bWxQSwUGAAAAAAQABAD1AAAAhwMAAAAA&#10;" path="m,l1979930,r,104775l,104775,,e" fillcolor="#071420" stroked="f" strokeweight="0">
                <v:stroke miterlimit="83231f" joinstyle="miter"/>
                <v:path arrowok="t" textboxrect="0,0,1979930,104775"/>
              </v:shape>
              <w10:wrap type="square" anchorx="page" anchory="page"/>
            </v:group>
          </w:pict>
        </mc:Fallback>
      </mc:AlternateContent>
    </w:r>
    <w:r w:rsidRPr="00B80B2E">
      <w:rPr>
        <w:rFonts w:ascii="Montserrat" w:eastAsia="Montserrat" w:hAnsi="Montserrat" w:cs="Montserrat"/>
        <w:b/>
      </w:rPr>
      <w:tab/>
      <w:t>Ders Öğrenme Çıktıları Anketi Değerlendirme Raporu</w:t>
    </w:r>
    <w:r w:rsidRPr="00B80B2E">
      <w:rPr>
        <w:rFonts w:ascii="Montserrat" w:eastAsia="Montserrat" w:hAnsi="Montserrat" w:cs="Montserrat"/>
        <w:b/>
        <w:color w:val="112947"/>
      </w:rPr>
      <w:t xml:space="preserve"> </w:t>
    </w:r>
  </w:p>
  <w:p w14:paraId="1D93F084" w14:textId="77777777" w:rsidR="0066682C" w:rsidRPr="00B80B2E" w:rsidRDefault="0066682C">
    <w:pPr>
      <w:spacing w:after="0"/>
    </w:pPr>
    <w:r w:rsidRPr="00B80B2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DB30" w14:textId="77777777" w:rsidR="008A5227" w:rsidRPr="00B80B2E" w:rsidRDefault="008A5227">
      <w:pPr>
        <w:spacing w:after="0" w:line="240" w:lineRule="auto"/>
      </w:pPr>
      <w:r w:rsidRPr="00B80B2E">
        <w:separator/>
      </w:r>
    </w:p>
  </w:footnote>
  <w:footnote w:type="continuationSeparator" w:id="0">
    <w:p w14:paraId="66A74332" w14:textId="77777777" w:rsidR="008A5227" w:rsidRPr="00B80B2E" w:rsidRDefault="008A5227">
      <w:pPr>
        <w:spacing w:after="0" w:line="240" w:lineRule="auto"/>
      </w:pPr>
      <w:r w:rsidRPr="00B80B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3593" w14:textId="77777777" w:rsidR="0066682C" w:rsidRPr="00B80B2E" w:rsidRDefault="0066682C">
    <w:pPr>
      <w:spacing w:after="0"/>
      <w:ind w:left="-1419" w:right="8082"/>
    </w:pPr>
    <w:r w:rsidRPr="00B80B2E">
      <w:rPr>
        <w:noProof/>
      </w:rPr>
      <mc:AlternateContent>
        <mc:Choice Requires="wpg">
          <w:drawing>
            <wp:anchor distT="0" distB="0" distL="114300" distR="114300" simplePos="0" relativeHeight="251658240" behindDoc="0" locked="0" layoutInCell="1" allowOverlap="1" wp14:anchorId="574BF1EE" wp14:editId="178D18B8">
              <wp:simplePos x="0" y="0"/>
              <wp:positionH relativeFrom="page">
                <wp:posOffset>752475</wp:posOffset>
              </wp:positionH>
              <wp:positionV relativeFrom="page">
                <wp:posOffset>208915</wp:posOffset>
              </wp:positionV>
              <wp:extent cx="776605" cy="836427"/>
              <wp:effectExtent l="0" t="0" r="0" b="0"/>
              <wp:wrapSquare wrapText="bothSides"/>
              <wp:docPr id="55790" name="Group 55790"/>
              <wp:cNvGraphicFramePr/>
              <a:graphic xmlns:a="http://schemas.openxmlformats.org/drawingml/2006/main">
                <a:graphicData uri="http://schemas.microsoft.com/office/word/2010/wordprocessingGroup">
                  <wpg:wgp>
                    <wpg:cNvGrpSpPr/>
                    <wpg:grpSpPr>
                      <a:xfrm>
                        <a:off x="0" y="0"/>
                        <a:ext cx="776605" cy="836427"/>
                        <a:chOff x="0" y="0"/>
                        <a:chExt cx="776605" cy="836427"/>
                      </a:xfrm>
                    </wpg:grpSpPr>
                    <wps:wsp>
                      <wps:cNvPr id="55793" name="Rectangle 55793"/>
                      <wps:cNvSpPr/>
                      <wps:spPr>
                        <a:xfrm>
                          <a:off x="662051" y="534211"/>
                          <a:ext cx="37855" cy="227633"/>
                        </a:xfrm>
                        <a:prstGeom prst="rect">
                          <a:avLst/>
                        </a:prstGeom>
                        <a:ln>
                          <a:noFill/>
                        </a:ln>
                      </wps:spPr>
                      <wps:txbx>
                        <w:txbxContent>
                          <w:p w14:paraId="70A99182" w14:textId="77777777" w:rsidR="0066682C" w:rsidRPr="00B80B2E" w:rsidRDefault="0066682C">
                            <w:r w:rsidRPr="00B80B2E">
                              <w:t xml:space="preserve"> </w:t>
                            </w:r>
                          </w:p>
                        </w:txbxContent>
                      </wps:txbx>
                      <wps:bodyPr horzOverflow="overflow" vert="horz" lIns="0" tIns="0" rIns="0" bIns="0" rtlCol="0">
                        <a:noAutofit/>
                      </wps:bodyPr>
                    </wps:wsp>
                    <wps:wsp>
                      <wps:cNvPr id="55794" name="Rectangle 55794"/>
                      <wps:cNvSpPr/>
                      <wps:spPr>
                        <a:xfrm>
                          <a:off x="148514" y="665275"/>
                          <a:ext cx="37855" cy="227633"/>
                        </a:xfrm>
                        <a:prstGeom prst="rect">
                          <a:avLst/>
                        </a:prstGeom>
                        <a:ln>
                          <a:noFill/>
                        </a:ln>
                      </wps:spPr>
                      <wps:txbx>
                        <w:txbxContent>
                          <w:p w14:paraId="186DC2F9" w14:textId="77777777" w:rsidR="0066682C" w:rsidRPr="00B80B2E" w:rsidRDefault="0066682C">
                            <w:r w:rsidRPr="00B80B2E">
                              <w:t xml:space="preserve"> </w:t>
                            </w:r>
                          </w:p>
                        </w:txbxContent>
                      </wps:txbx>
                      <wps:bodyPr horzOverflow="overflow" vert="horz" lIns="0" tIns="0" rIns="0" bIns="0" rtlCol="0">
                        <a:noAutofit/>
                      </wps:bodyPr>
                    </wps:wsp>
                    <pic:pic xmlns:pic="http://schemas.openxmlformats.org/drawingml/2006/picture">
                      <pic:nvPicPr>
                        <pic:cNvPr id="55791" name="Picture 55791"/>
                        <pic:cNvPicPr/>
                      </pic:nvPicPr>
                      <pic:blipFill>
                        <a:blip r:embed="rId1"/>
                        <a:stretch>
                          <a:fillRect/>
                        </a:stretch>
                      </pic:blipFill>
                      <pic:spPr>
                        <a:xfrm>
                          <a:off x="147955" y="151130"/>
                          <a:ext cx="506095" cy="506095"/>
                        </a:xfrm>
                        <a:prstGeom prst="rect">
                          <a:avLst/>
                        </a:prstGeom>
                      </pic:spPr>
                    </pic:pic>
                    <wps:wsp>
                      <wps:cNvPr id="55792" name="Shape 55792"/>
                      <wps:cNvSpPr/>
                      <wps:spPr>
                        <a:xfrm>
                          <a:off x="0" y="0"/>
                          <a:ext cx="776605" cy="776605"/>
                        </a:xfrm>
                        <a:custGeom>
                          <a:avLst/>
                          <a:gdLst/>
                          <a:ahLst/>
                          <a:cxnLst/>
                          <a:rect l="0" t="0" r="0" b="0"/>
                          <a:pathLst>
                            <a:path w="776605" h="776605">
                              <a:moveTo>
                                <a:pt x="388328" y="0"/>
                              </a:moveTo>
                              <a:lnTo>
                                <a:pt x="776605" y="388365"/>
                              </a:lnTo>
                              <a:lnTo>
                                <a:pt x="388328" y="776605"/>
                              </a:lnTo>
                              <a:lnTo>
                                <a:pt x="0" y="388365"/>
                              </a:lnTo>
                              <a:lnTo>
                                <a:pt x="388328"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g:wgp>
                </a:graphicData>
              </a:graphic>
            </wp:anchor>
          </w:drawing>
        </mc:Choice>
        <mc:Fallback>
          <w:pict>
            <v:group w14:anchorId="574BF1EE" id="Group 55790" o:spid="_x0000_s1122" style="position:absolute;left:0;text-align:left;margin-left:59.25pt;margin-top:16.45pt;width:61.15pt;height:65.85pt;z-index:251658240;mso-position-horizontal-relative:page;mso-position-vertical-relative:page" coordsize="7766,8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">
              <v:rect id="Rectangle 55793" o:spid="_x0000_s1123" style="position:absolute;left:6620;top:5342;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" filled="f" stroked="f">
                <v:textbox inset="0,0,0,0">
                  <w:txbxContent>
                    <w:p w14:paraId="70A99182" w14:textId="77777777" w:rsidR="0066682C" w:rsidRPr="00B80B2E" w:rsidRDefault="0066682C">
                      <w:r w:rsidRPr="00B80B2E">
                        <w:t xml:space="preserve"> </w:t>
                      </w:r>
                    </w:p>
                  </w:txbxContent>
                </v:textbox>
              </v:rect>
              <v:rect id="Rectangle 55794" o:spid="_x0000_s1124" style="position:absolute;left:1485;top:6652;width:378;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" filled="f" stroked="f">
                <v:textbox inset="0,0,0,0">
                  <w:txbxContent>
                    <w:p w14:paraId="186DC2F9" w14:textId="77777777" w:rsidR="0066682C" w:rsidRPr="00B80B2E" w:rsidRDefault="0066682C">
                      <w:r w:rsidRPr="00B80B2E">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791" o:spid="_x0000_s1125" type="#_x0000_t75" style="position:absolute;left:1479;top:1511;width:5061;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">
                <v:imagedata r:id="rId2" o:title=""/>
              </v:shape>
              <v:shape id="Shape 55792" o:spid="_x0000_s1126"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" path="m388328,l776605,388365,388328,776605,,388365,388328,xe" fillcolor="#22263e" stroked="f" strokeweight="0">
                <v:stroke miterlimit="83231f" joinstyle="miter"/>
                <v:path arrowok="t" textboxrect="0,0,776605,776605"/>
              </v:shape>
              <w10:wrap type="square" anchorx="page" anchory="page"/>
            </v:group>
          </w:pict>
        </mc:Fallback>
      </mc:AlternateContent>
    </w:r>
    <w:r w:rsidRPr="00B80B2E">
      <w:rPr>
        <w:noProof/>
      </w:rPr>
      <mc:AlternateContent>
        <mc:Choice Requires="wpg">
          <w:drawing>
            <wp:anchor distT="0" distB="0" distL="114300" distR="114300" simplePos="0" relativeHeight="251659264" behindDoc="0" locked="0" layoutInCell="1" allowOverlap="1" wp14:anchorId="1AFA1BD8" wp14:editId="080AEE83">
              <wp:simplePos x="0" y="0"/>
              <wp:positionH relativeFrom="page">
                <wp:posOffset>2838450</wp:posOffset>
              </wp:positionH>
              <wp:positionV relativeFrom="page">
                <wp:posOffset>552450</wp:posOffset>
              </wp:positionV>
              <wp:extent cx="4722114" cy="104775"/>
              <wp:effectExtent l="0" t="0" r="0" b="0"/>
              <wp:wrapSquare wrapText="bothSides"/>
              <wp:docPr id="55795" name="Group 55795"/>
              <wp:cNvGraphicFramePr/>
              <a:graphic xmlns:a="http://schemas.openxmlformats.org/drawingml/2006/main">
                <a:graphicData uri="http://schemas.microsoft.com/office/word/2010/wordprocessingGroup">
                  <wpg:wgp>
                    <wpg:cNvGrpSpPr/>
                    <wpg:grpSpPr>
                      <a:xfrm>
                        <a:off x="0" y="0"/>
                        <a:ext cx="4722114" cy="104775"/>
                        <a:chOff x="0" y="0"/>
                        <a:chExt cx="4722114" cy="104775"/>
                      </a:xfrm>
                    </wpg:grpSpPr>
                    <wps:wsp>
                      <wps:cNvPr id="59036" name="Shape 59036"/>
                      <wps:cNvSpPr/>
                      <wps:spPr>
                        <a:xfrm>
                          <a:off x="0" y="0"/>
                          <a:ext cx="4722114" cy="104775"/>
                        </a:xfrm>
                        <a:custGeom>
                          <a:avLst/>
                          <a:gdLst/>
                          <a:ahLst/>
                          <a:cxnLst/>
                          <a:rect l="0" t="0" r="0" b="0"/>
                          <a:pathLst>
                            <a:path w="4722114" h="104775">
                              <a:moveTo>
                                <a:pt x="0" y="0"/>
                              </a:moveTo>
                              <a:lnTo>
                                <a:pt x="4722114" y="0"/>
                              </a:lnTo>
                              <a:lnTo>
                                <a:pt x="4722114" y="104775"/>
                              </a:lnTo>
                              <a:lnTo>
                                <a:pt x="0" y="104775"/>
                              </a:lnTo>
                              <a:lnTo>
                                <a:pt x="0" y="0"/>
                              </a:lnTo>
                            </a:path>
                          </a:pathLst>
                        </a:custGeom>
                        <a:ln w="0" cap="flat">
                          <a:miter lim="127000"/>
                        </a:ln>
                      </wps:spPr>
                      <wps:style>
                        <a:lnRef idx="0">
                          <a:srgbClr val="000000">
                            <a:alpha val="0"/>
                          </a:srgbClr>
                        </a:lnRef>
                        <a:fillRef idx="1">
                          <a:srgbClr val="071420"/>
                        </a:fillRef>
                        <a:effectRef idx="0">
                          <a:scrgbClr r="0" g="0" b="0"/>
                        </a:effectRef>
                        <a:fontRef idx="none"/>
                      </wps:style>
                      <wps:bodyPr/>
                    </wps:wsp>
                  </wpg:wgp>
                </a:graphicData>
              </a:graphic>
            </wp:anchor>
          </w:drawing>
        </mc:Choice>
        <mc:Fallback>
          <w:pict>
            <v:group w14:anchorId="3008D27E" id="Group 55795" o:spid="_x0000_s1026" style="position:absolute;margin-left:223.5pt;margin-top:43.5pt;width:371.8pt;height:8.25pt;z-index:251659264;mso-position-horizontal-relative:page;mso-position-vertical-relative:page" coordsize="47221,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">
              <v:shape id="Shape 59036" o:spid="_x0000_s1027" style="position:absolute;width:47221;height:1047;visibility:visible;mso-wrap-style:square;v-text-anchor:top" coordsize="4722114,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N9McA&#10;AADeAAAADwAAAGRycy9kb3ducmV2LnhtbESPQWvCQBSE74L/YXkFL6K7USpt6ioiSkppKVWh10f2&#10;mQSzb0N2jfHfdwuFHoeZ+YZZrntbi45aXznWkEwVCOLcmYoLDafjfvIEwgdkg7Vj0nAnD+vVcLDE&#10;1Lgbf1F3CIWIEPYpaihDaFIpfV6SRT91DXH0zq61GKJsC2lavEW4reVMqYW0WHFcKLGhbUn55XC1&#10;GrL3cO7HJqu/P6jbv30mp0wlO61HD/3mBUSgPvyH/9qvRsPjs5ov4P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IDfTHAAAA3gAAAA8AAAAAAAAAAAAAAAAAmAIAAGRy&#10;cy9kb3ducmV2LnhtbFBLBQYAAAAABAAEAPUAAACMAwAAAAA=&#10;" path="m,l4722114,r,104775l,104775,,e" fillcolor="#071420" stroked="f" strokeweight="0">
                <v:stroke miterlimit="83231f" joinstyle="miter"/>
                <v:path arrowok="t" textboxrect="0,0,4722114,104775"/>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8D03" w14:textId="3AA3B79B" w:rsidR="0066682C" w:rsidRPr="00B80B2E" w:rsidRDefault="0066682C">
    <w:pPr>
      <w:spacing w:after="0"/>
      <w:ind w:left="-1419" w:right="808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13B3FFD"/>
    <w:multiLevelType w:val="hybridMultilevel"/>
    <w:tmpl w:val="F89C0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B32F75"/>
    <w:multiLevelType w:val="hybridMultilevel"/>
    <w:tmpl w:val="B9E40D1E"/>
    <w:lvl w:ilvl="0" w:tplc="7F3C9F0C">
      <w:start w:val="3"/>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DD69DF6">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A811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AEC41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A42A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5C7C4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0E9E9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2410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05F8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AA0E89"/>
    <w:multiLevelType w:val="hybridMultilevel"/>
    <w:tmpl w:val="EEE8B9AC"/>
    <w:lvl w:ilvl="0" w:tplc="16C03ED6">
      <w:start w:val="6"/>
      <w:numFmt w:val="decimal"/>
      <w:lvlText w:val="%1-"/>
      <w:lvlJc w:val="left"/>
      <w:pPr>
        <w:ind w:left="720" w:hanging="360"/>
      </w:pPr>
      <w:rPr>
        <w:rFonts w:ascii="Times New Roman" w:eastAsia="Times New Roman" w:hAnsi="Times New Roman" w:cs="Times New Roman"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AEC4D24"/>
    <w:multiLevelType w:val="hybridMultilevel"/>
    <w:tmpl w:val="2FA4148A"/>
    <w:lvl w:ilvl="0" w:tplc="04090001">
      <w:start w:val="1"/>
      <w:numFmt w:val="bullet"/>
      <w:lvlText w:val=""/>
      <w:lvlJc w:val="left"/>
      <w:pPr>
        <w:ind w:left="1183" w:hanging="360"/>
      </w:pPr>
      <w:rPr>
        <w:rFonts w:ascii="Symbol" w:hAnsi="Symbol" w:hint="default"/>
      </w:rPr>
    </w:lvl>
    <w:lvl w:ilvl="1" w:tplc="04090003" w:tentative="1">
      <w:start w:val="1"/>
      <w:numFmt w:val="bullet"/>
      <w:lvlText w:val="o"/>
      <w:lvlJc w:val="left"/>
      <w:pPr>
        <w:ind w:left="1903" w:hanging="360"/>
      </w:pPr>
      <w:rPr>
        <w:rFonts w:ascii="Courier New" w:hAnsi="Courier New" w:cs="Courier New" w:hint="default"/>
      </w:rPr>
    </w:lvl>
    <w:lvl w:ilvl="2" w:tplc="04090005" w:tentative="1">
      <w:start w:val="1"/>
      <w:numFmt w:val="bullet"/>
      <w:lvlText w:val=""/>
      <w:lvlJc w:val="left"/>
      <w:pPr>
        <w:ind w:left="2623" w:hanging="360"/>
      </w:pPr>
      <w:rPr>
        <w:rFonts w:ascii="Wingdings" w:hAnsi="Wingdings" w:hint="default"/>
      </w:rPr>
    </w:lvl>
    <w:lvl w:ilvl="3" w:tplc="04090001" w:tentative="1">
      <w:start w:val="1"/>
      <w:numFmt w:val="bullet"/>
      <w:lvlText w:val=""/>
      <w:lvlJc w:val="left"/>
      <w:pPr>
        <w:ind w:left="3343" w:hanging="360"/>
      </w:pPr>
      <w:rPr>
        <w:rFonts w:ascii="Symbol" w:hAnsi="Symbol" w:hint="default"/>
      </w:rPr>
    </w:lvl>
    <w:lvl w:ilvl="4" w:tplc="04090003" w:tentative="1">
      <w:start w:val="1"/>
      <w:numFmt w:val="bullet"/>
      <w:lvlText w:val="o"/>
      <w:lvlJc w:val="left"/>
      <w:pPr>
        <w:ind w:left="4063" w:hanging="360"/>
      </w:pPr>
      <w:rPr>
        <w:rFonts w:ascii="Courier New" w:hAnsi="Courier New" w:cs="Courier New" w:hint="default"/>
      </w:rPr>
    </w:lvl>
    <w:lvl w:ilvl="5" w:tplc="04090005" w:tentative="1">
      <w:start w:val="1"/>
      <w:numFmt w:val="bullet"/>
      <w:lvlText w:val=""/>
      <w:lvlJc w:val="left"/>
      <w:pPr>
        <w:ind w:left="4783" w:hanging="360"/>
      </w:pPr>
      <w:rPr>
        <w:rFonts w:ascii="Wingdings" w:hAnsi="Wingdings" w:hint="default"/>
      </w:rPr>
    </w:lvl>
    <w:lvl w:ilvl="6" w:tplc="04090001" w:tentative="1">
      <w:start w:val="1"/>
      <w:numFmt w:val="bullet"/>
      <w:lvlText w:val=""/>
      <w:lvlJc w:val="left"/>
      <w:pPr>
        <w:ind w:left="5503" w:hanging="360"/>
      </w:pPr>
      <w:rPr>
        <w:rFonts w:ascii="Symbol" w:hAnsi="Symbol" w:hint="default"/>
      </w:rPr>
    </w:lvl>
    <w:lvl w:ilvl="7" w:tplc="04090003" w:tentative="1">
      <w:start w:val="1"/>
      <w:numFmt w:val="bullet"/>
      <w:lvlText w:val="o"/>
      <w:lvlJc w:val="left"/>
      <w:pPr>
        <w:ind w:left="6223" w:hanging="360"/>
      </w:pPr>
      <w:rPr>
        <w:rFonts w:ascii="Courier New" w:hAnsi="Courier New" w:cs="Courier New" w:hint="default"/>
      </w:rPr>
    </w:lvl>
    <w:lvl w:ilvl="8" w:tplc="04090005" w:tentative="1">
      <w:start w:val="1"/>
      <w:numFmt w:val="bullet"/>
      <w:lvlText w:val=""/>
      <w:lvlJc w:val="left"/>
      <w:pPr>
        <w:ind w:left="6943" w:hanging="360"/>
      </w:pPr>
      <w:rPr>
        <w:rFonts w:ascii="Wingdings" w:hAnsi="Wingdings" w:hint="default"/>
      </w:rPr>
    </w:lvl>
  </w:abstractNum>
  <w:abstractNum w:abstractNumId="13" w15:restartNumberingAfterBreak="0">
    <w:nsid w:val="6F0F55D0"/>
    <w:multiLevelType w:val="hybridMultilevel"/>
    <w:tmpl w:val="A8AA1DDA"/>
    <w:lvl w:ilvl="0" w:tplc="041F0001">
      <w:start w:val="1"/>
      <w:numFmt w:val="bullet"/>
      <w:lvlText w:val=""/>
      <w:lvlJc w:val="left"/>
      <w:pPr>
        <w:ind w:left="823" w:hanging="360"/>
      </w:pPr>
      <w:rPr>
        <w:rFonts w:ascii="Symbol" w:hAnsi="Symbol" w:hint="default"/>
      </w:rPr>
    </w:lvl>
    <w:lvl w:ilvl="1" w:tplc="041F0003" w:tentative="1">
      <w:start w:val="1"/>
      <w:numFmt w:val="bullet"/>
      <w:lvlText w:val="o"/>
      <w:lvlJc w:val="left"/>
      <w:pPr>
        <w:ind w:left="1543" w:hanging="360"/>
      </w:pPr>
      <w:rPr>
        <w:rFonts w:ascii="Courier New" w:hAnsi="Courier New" w:cs="Courier New" w:hint="default"/>
      </w:rPr>
    </w:lvl>
    <w:lvl w:ilvl="2" w:tplc="041F0005" w:tentative="1">
      <w:start w:val="1"/>
      <w:numFmt w:val="bullet"/>
      <w:lvlText w:val=""/>
      <w:lvlJc w:val="left"/>
      <w:pPr>
        <w:ind w:left="2263" w:hanging="360"/>
      </w:pPr>
      <w:rPr>
        <w:rFonts w:ascii="Wingdings" w:hAnsi="Wingdings" w:hint="default"/>
      </w:rPr>
    </w:lvl>
    <w:lvl w:ilvl="3" w:tplc="041F0001" w:tentative="1">
      <w:start w:val="1"/>
      <w:numFmt w:val="bullet"/>
      <w:lvlText w:val=""/>
      <w:lvlJc w:val="left"/>
      <w:pPr>
        <w:ind w:left="2983" w:hanging="360"/>
      </w:pPr>
      <w:rPr>
        <w:rFonts w:ascii="Symbol" w:hAnsi="Symbol" w:hint="default"/>
      </w:rPr>
    </w:lvl>
    <w:lvl w:ilvl="4" w:tplc="041F0003" w:tentative="1">
      <w:start w:val="1"/>
      <w:numFmt w:val="bullet"/>
      <w:lvlText w:val="o"/>
      <w:lvlJc w:val="left"/>
      <w:pPr>
        <w:ind w:left="3703" w:hanging="360"/>
      </w:pPr>
      <w:rPr>
        <w:rFonts w:ascii="Courier New" w:hAnsi="Courier New" w:cs="Courier New" w:hint="default"/>
      </w:rPr>
    </w:lvl>
    <w:lvl w:ilvl="5" w:tplc="041F0005" w:tentative="1">
      <w:start w:val="1"/>
      <w:numFmt w:val="bullet"/>
      <w:lvlText w:val=""/>
      <w:lvlJc w:val="left"/>
      <w:pPr>
        <w:ind w:left="4423" w:hanging="360"/>
      </w:pPr>
      <w:rPr>
        <w:rFonts w:ascii="Wingdings" w:hAnsi="Wingdings" w:hint="default"/>
      </w:rPr>
    </w:lvl>
    <w:lvl w:ilvl="6" w:tplc="041F0001" w:tentative="1">
      <w:start w:val="1"/>
      <w:numFmt w:val="bullet"/>
      <w:lvlText w:val=""/>
      <w:lvlJc w:val="left"/>
      <w:pPr>
        <w:ind w:left="5143" w:hanging="360"/>
      </w:pPr>
      <w:rPr>
        <w:rFonts w:ascii="Symbol" w:hAnsi="Symbol" w:hint="default"/>
      </w:rPr>
    </w:lvl>
    <w:lvl w:ilvl="7" w:tplc="041F0003" w:tentative="1">
      <w:start w:val="1"/>
      <w:numFmt w:val="bullet"/>
      <w:lvlText w:val="o"/>
      <w:lvlJc w:val="left"/>
      <w:pPr>
        <w:ind w:left="5863" w:hanging="360"/>
      </w:pPr>
      <w:rPr>
        <w:rFonts w:ascii="Courier New" w:hAnsi="Courier New" w:cs="Courier New" w:hint="default"/>
      </w:rPr>
    </w:lvl>
    <w:lvl w:ilvl="8" w:tplc="041F0005" w:tentative="1">
      <w:start w:val="1"/>
      <w:numFmt w:val="bullet"/>
      <w:lvlText w:val=""/>
      <w:lvlJc w:val="left"/>
      <w:pPr>
        <w:ind w:left="6583" w:hanging="360"/>
      </w:pPr>
      <w:rPr>
        <w:rFonts w:ascii="Wingdings" w:hAnsi="Wingdings" w:hint="default"/>
      </w:rPr>
    </w:lvl>
  </w:abstractNum>
  <w:num w:numId="1" w16cid:durableId="62073989">
    <w:abstractNumId w:val="10"/>
  </w:num>
  <w:num w:numId="2" w16cid:durableId="843128926">
    <w:abstractNumId w:val="13"/>
  </w:num>
  <w:num w:numId="3" w16cid:durableId="504175488">
    <w:abstractNumId w:val="8"/>
  </w:num>
  <w:num w:numId="4" w16cid:durableId="1612126892">
    <w:abstractNumId w:val="6"/>
  </w:num>
  <w:num w:numId="5" w16cid:durableId="562911714">
    <w:abstractNumId w:val="5"/>
  </w:num>
  <w:num w:numId="6" w16cid:durableId="1991249137">
    <w:abstractNumId w:val="4"/>
  </w:num>
  <w:num w:numId="7" w16cid:durableId="1640652650">
    <w:abstractNumId w:val="7"/>
  </w:num>
  <w:num w:numId="8" w16cid:durableId="563181472">
    <w:abstractNumId w:val="3"/>
  </w:num>
  <w:num w:numId="9" w16cid:durableId="498885583">
    <w:abstractNumId w:val="2"/>
  </w:num>
  <w:num w:numId="10" w16cid:durableId="372580052">
    <w:abstractNumId w:val="1"/>
  </w:num>
  <w:num w:numId="11" w16cid:durableId="714041564">
    <w:abstractNumId w:val="0"/>
  </w:num>
  <w:num w:numId="12" w16cid:durableId="2115242060">
    <w:abstractNumId w:val="11"/>
  </w:num>
  <w:num w:numId="13" w16cid:durableId="242498716">
    <w:abstractNumId w:val="12"/>
  </w:num>
  <w:num w:numId="14" w16cid:durableId="895434782">
    <w:abstractNumId w:val="8"/>
  </w:num>
  <w:num w:numId="15" w16cid:durableId="530722629">
    <w:abstractNumId w:val="7"/>
    <w:lvlOverride w:ilvl="0">
      <w:startOverride w:val="1"/>
    </w:lvlOverride>
  </w:num>
  <w:num w:numId="16" w16cid:durableId="500705349">
    <w:abstractNumId w:val="6"/>
  </w:num>
  <w:num w:numId="17" w16cid:durableId="318387289">
    <w:abstractNumId w:val="5"/>
  </w:num>
  <w:num w:numId="18" w16cid:durableId="533151151">
    <w:abstractNumId w:val="3"/>
    <w:lvlOverride w:ilvl="0">
      <w:startOverride w:val="1"/>
    </w:lvlOverride>
  </w:num>
  <w:num w:numId="19" w16cid:durableId="832338264">
    <w:abstractNumId w:val="2"/>
    <w:lvlOverride w:ilvl="0">
      <w:startOverride w:val="1"/>
    </w:lvlOverride>
  </w:num>
  <w:num w:numId="20" w16cid:durableId="1498292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303"/>
    <w:rsid w:val="000812B6"/>
    <w:rsid w:val="000B3132"/>
    <w:rsid w:val="000E53EE"/>
    <w:rsid w:val="000F759F"/>
    <w:rsid w:val="001730FA"/>
    <w:rsid w:val="001A1A80"/>
    <w:rsid w:val="001D16AD"/>
    <w:rsid w:val="001D6989"/>
    <w:rsid w:val="001F6061"/>
    <w:rsid w:val="002004C5"/>
    <w:rsid w:val="00205EF5"/>
    <w:rsid w:val="00212E47"/>
    <w:rsid w:val="0021308F"/>
    <w:rsid w:val="0021677C"/>
    <w:rsid w:val="002533EE"/>
    <w:rsid w:val="002659D4"/>
    <w:rsid w:val="002859C1"/>
    <w:rsid w:val="002D2E89"/>
    <w:rsid w:val="00351698"/>
    <w:rsid w:val="00366522"/>
    <w:rsid w:val="003F59D5"/>
    <w:rsid w:val="004145DC"/>
    <w:rsid w:val="00426C13"/>
    <w:rsid w:val="00490311"/>
    <w:rsid w:val="004F3825"/>
    <w:rsid w:val="00521935"/>
    <w:rsid w:val="005973A1"/>
    <w:rsid w:val="005B2374"/>
    <w:rsid w:val="005C4611"/>
    <w:rsid w:val="005F1064"/>
    <w:rsid w:val="00617898"/>
    <w:rsid w:val="00644A85"/>
    <w:rsid w:val="0066682C"/>
    <w:rsid w:val="006706D2"/>
    <w:rsid w:val="00670CE6"/>
    <w:rsid w:val="0067530C"/>
    <w:rsid w:val="00697203"/>
    <w:rsid w:val="006D5152"/>
    <w:rsid w:val="006D6B37"/>
    <w:rsid w:val="00752C2D"/>
    <w:rsid w:val="00757F66"/>
    <w:rsid w:val="00767C0C"/>
    <w:rsid w:val="007726A8"/>
    <w:rsid w:val="007D20D0"/>
    <w:rsid w:val="00805819"/>
    <w:rsid w:val="0082623E"/>
    <w:rsid w:val="008A5227"/>
    <w:rsid w:val="008C2E3C"/>
    <w:rsid w:val="008D3E43"/>
    <w:rsid w:val="008E3595"/>
    <w:rsid w:val="008E6E25"/>
    <w:rsid w:val="00902AD6"/>
    <w:rsid w:val="009340CA"/>
    <w:rsid w:val="009459D2"/>
    <w:rsid w:val="00970C7B"/>
    <w:rsid w:val="009A62DE"/>
    <w:rsid w:val="009D468F"/>
    <w:rsid w:val="009F2B9D"/>
    <w:rsid w:val="00A67885"/>
    <w:rsid w:val="00A71DD2"/>
    <w:rsid w:val="00A858D6"/>
    <w:rsid w:val="00AA0315"/>
    <w:rsid w:val="00AB0DF8"/>
    <w:rsid w:val="00AB4985"/>
    <w:rsid w:val="00AF4740"/>
    <w:rsid w:val="00B0229A"/>
    <w:rsid w:val="00B0620A"/>
    <w:rsid w:val="00B07E18"/>
    <w:rsid w:val="00B34397"/>
    <w:rsid w:val="00B66438"/>
    <w:rsid w:val="00B80B2E"/>
    <w:rsid w:val="00B95BD4"/>
    <w:rsid w:val="00BB102B"/>
    <w:rsid w:val="00BC294D"/>
    <w:rsid w:val="00BE0CF6"/>
    <w:rsid w:val="00C03044"/>
    <w:rsid w:val="00C443ED"/>
    <w:rsid w:val="00C53520"/>
    <w:rsid w:val="00CA5DCE"/>
    <w:rsid w:val="00CA7303"/>
    <w:rsid w:val="00CC4E8E"/>
    <w:rsid w:val="00CE40CF"/>
    <w:rsid w:val="00CF5C59"/>
    <w:rsid w:val="00CF71F6"/>
    <w:rsid w:val="00D04F9D"/>
    <w:rsid w:val="00D81FEA"/>
    <w:rsid w:val="00DB2D57"/>
    <w:rsid w:val="00E345C5"/>
    <w:rsid w:val="00E57FE3"/>
    <w:rsid w:val="00E7114F"/>
    <w:rsid w:val="00E97B9A"/>
    <w:rsid w:val="00EA57FF"/>
    <w:rsid w:val="00EA60E3"/>
    <w:rsid w:val="00ED26D9"/>
    <w:rsid w:val="00EF72A1"/>
    <w:rsid w:val="00F468D3"/>
    <w:rsid w:val="00F543FF"/>
    <w:rsid w:val="00F75208"/>
    <w:rsid w:val="00F94AD2"/>
    <w:rsid w:val="00FC0A36"/>
    <w:rsid w:val="00FD1B88"/>
    <w:rsid w:val="00FD7D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264A"/>
  <w15:docId w15:val="{E70D1EAA-7936-4308-89C6-BC7C937A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1">
    <w:name w:val="heading 1"/>
    <w:basedOn w:val="Normal"/>
    <w:next w:val="Normal"/>
    <w:link w:val="Balk1Char"/>
    <w:uiPriority w:val="9"/>
    <w:qFormat/>
    <w:rsid w:val="00FD7DC6"/>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Balk2">
    <w:name w:val="heading 2"/>
    <w:basedOn w:val="Normal"/>
    <w:next w:val="Normal"/>
    <w:link w:val="Balk2Char"/>
    <w:uiPriority w:val="9"/>
    <w:unhideWhenUsed/>
    <w:qFormat/>
    <w:rsid w:val="00FD7D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0F759F"/>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paragraph" w:styleId="Balk4">
    <w:name w:val="heading 4"/>
    <w:basedOn w:val="Normal"/>
    <w:next w:val="Normal"/>
    <w:link w:val="Balk4Char"/>
    <w:uiPriority w:val="9"/>
    <w:semiHidden/>
    <w:unhideWhenUsed/>
    <w:qFormat/>
    <w:rsid w:val="00FD7DC6"/>
    <w:pPr>
      <w:keepNext/>
      <w:keepLines/>
      <w:spacing w:before="200" w:after="0" w:line="276" w:lineRule="auto"/>
      <w:outlineLvl w:val="3"/>
    </w:pPr>
    <w:rPr>
      <w:rFonts w:asciiTheme="majorHAnsi" w:eastAsiaTheme="majorEastAsia" w:hAnsiTheme="majorHAnsi" w:cstheme="majorBidi"/>
      <w:b/>
      <w:bCs/>
      <w:i/>
      <w:iCs/>
      <w:color w:val="5B9BD5" w:themeColor="accent1"/>
      <w:lang w:val="en-US" w:eastAsia="en-US"/>
    </w:rPr>
  </w:style>
  <w:style w:type="paragraph" w:styleId="Balk5">
    <w:name w:val="heading 5"/>
    <w:basedOn w:val="Normal"/>
    <w:next w:val="Normal"/>
    <w:link w:val="Balk5Char"/>
    <w:uiPriority w:val="9"/>
    <w:semiHidden/>
    <w:unhideWhenUsed/>
    <w:qFormat/>
    <w:rsid w:val="00FD7DC6"/>
    <w:pPr>
      <w:keepNext/>
      <w:keepLines/>
      <w:spacing w:before="200" w:after="0" w:line="276" w:lineRule="auto"/>
      <w:outlineLvl w:val="4"/>
    </w:pPr>
    <w:rPr>
      <w:rFonts w:asciiTheme="majorHAnsi" w:eastAsiaTheme="majorEastAsia" w:hAnsiTheme="majorHAnsi" w:cstheme="majorBidi"/>
      <w:color w:val="1F4D78" w:themeColor="accent1" w:themeShade="7F"/>
      <w:lang w:val="en-US" w:eastAsia="en-US"/>
    </w:rPr>
  </w:style>
  <w:style w:type="paragraph" w:styleId="Balk6">
    <w:name w:val="heading 6"/>
    <w:basedOn w:val="Normal"/>
    <w:next w:val="Normal"/>
    <w:link w:val="Balk6Char"/>
    <w:uiPriority w:val="9"/>
    <w:semiHidden/>
    <w:unhideWhenUsed/>
    <w:qFormat/>
    <w:rsid w:val="00FD7DC6"/>
    <w:pPr>
      <w:keepNext/>
      <w:keepLines/>
      <w:spacing w:before="200" w:after="0" w:line="276" w:lineRule="auto"/>
      <w:outlineLvl w:val="5"/>
    </w:pPr>
    <w:rPr>
      <w:rFonts w:asciiTheme="majorHAnsi" w:eastAsiaTheme="majorEastAsia" w:hAnsiTheme="majorHAnsi" w:cstheme="majorBidi"/>
      <w:i/>
      <w:iCs/>
      <w:color w:val="1F4D78" w:themeColor="accent1" w:themeShade="7F"/>
      <w:lang w:val="en-US" w:eastAsia="en-US"/>
    </w:rPr>
  </w:style>
  <w:style w:type="paragraph" w:styleId="Balk7">
    <w:name w:val="heading 7"/>
    <w:basedOn w:val="Normal"/>
    <w:next w:val="Normal"/>
    <w:link w:val="Balk7Char"/>
    <w:uiPriority w:val="9"/>
    <w:semiHidden/>
    <w:unhideWhenUsed/>
    <w:qFormat/>
    <w:rsid w:val="00FD7DC6"/>
    <w:pPr>
      <w:keepNext/>
      <w:keepLines/>
      <w:spacing w:before="200" w:after="0" w:line="276" w:lineRule="auto"/>
      <w:outlineLvl w:val="6"/>
    </w:pPr>
    <w:rPr>
      <w:rFonts w:asciiTheme="majorHAnsi" w:eastAsiaTheme="majorEastAsia" w:hAnsiTheme="majorHAnsi" w:cstheme="majorBidi"/>
      <w:i/>
      <w:iCs/>
      <w:color w:val="404040" w:themeColor="text1" w:themeTint="BF"/>
      <w:lang w:val="en-US" w:eastAsia="en-US"/>
    </w:rPr>
  </w:style>
  <w:style w:type="paragraph" w:styleId="Balk8">
    <w:name w:val="heading 8"/>
    <w:basedOn w:val="Normal"/>
    <w:next w:val="Normal"/>
    <w:link w:val="Balk8Char"/>
    <w:uiPriority w:val="9"/>
    <w:semiHidden/>
    <w:unhideWhenUsed/>
    <w:qFormat/>
    <w:rsid w:val="00FD7DC6"/>
    <w:pPr>
      <w:keepNext/>
      <w:keepLines/>
      <w:spacing w:before="200" w:after="0" w:line="276" w:lineRule="auto"/>
      <w:outlineLvl w:val="7"/>
    </w:pPr>
    <w:rPr>
      <w:rFonts w:asciiTheme="majorHAnsi" w:eastAsiaTheme="majorEastAsia" w:hAnsiTheme="majorHAnsi" w:cstheme="majorBidi"/>
      <w:color w:val="5B9BD5" w:themeColor="accent1"/>
      <w:sz w:val="20"/>
      <w:szCs w:val="20"/>
      <w:lang w:val="en-US" w:eastAsia="en-US"/>
    </w:rPr>
  </w:style>
  <w:style w:type="paragraph" w:styleId="Balk9">
    <w:name w:val="heading 9"/>
    <w:basedOn w:val="Normal"/>
    <w:next w:val="Normal"/>
    <w:link w:val="Balk9Char"/>
    <w:uiPriority w:val="9"/>
    <w:semiHidden/>
    <w:unhideWhenUsed/>
    <w:qFormat/>
    <w:rsid w:val="00FD7DC6"/>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oKlavuzu">
    <w:name w:val="Table Grid"/>
    <w:basedOn w:val="NormalTablo"/>
    <w:uiPriority w:val="59"/>
    <w:rsid w:val="0066682C"/>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uiPriority w:val="10"/>
    <w:qFormat/>
    <w:rsid w:val="00F7520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KonuBalChar">
    <w:name w:val="Konu Başlığı Char"/>
    <w:basedOn w:val="VarsaylanParagrafYazTipi"/>
    <w:link w:val="KonuBal"/>
    <w:uiPriority w:val="10"/>
    <w:rsid w:val="00F75208"/>
    <w:rPr>
      <w:rFonts w:asciiTheme="majorHAnsi" w:eastAsiaTheme="majorEastAsia" w:hAnsiTheme="majorHAnsi" w:cstheme="majorBidi"/>
      <w:color w:val="323E4F" w:themeColor="text2" w:themeShade="BF"/>
      <w:spacing w:val="5"/>
      <w:kern w:val="28"/>
      <w:sz w:val="52"/>
      <w:szCs w:val="52"/>
      <w:lang w:val="en-US" w:eastAsia="en-US"/>
    </w:rPr>
  </w:style>
  <w:style w:type="paragraph" w:styleId="NormalWeb">
    <w:name w:val="Normal (Web)"/>
    <w:basedOn w:val="Normal"/>
    <w:uiPriority w:val="99"/>
    <w:semiHidden/>
    <w:unhideWhenUsed/>
    <w:rsid w:val="00F7520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Gl">
    <w:name w:val="Strong"/>
    <w:basedOn w:val="VarsaylanParagrafYazTipi"/>
    <w:uiPriority w:val="22"/>
    <w:qFormat/>
    <w:rsid w:val="00F75208"/>
    <w:rPr>
      <w:b/>
      <w:bCs/>
    </w:rPr>
  </w:style>
  <w:style w:type="paragraph" w:styleId="DipnotMetni">
    <w:name w:val="footnote text"/>
    <w:basedOn w:val="Normal"/>
    <w:link w:val="DipnotMetniChar"/>
    <w:uiPriority w:val="99"/>
    <w:semiHidden/>
    <w:unhideWhenUsed/>
    <w:rsid w:val="000F75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F759F"/>
    <w:rPr>
      <w:rFonts w:ascii="Calibri" w:eastAsia="Calibri" w:hAnsi="Calibri" w:cs="Calibri"/>
      <w:color w:val="000000"/>
      <w:sz w:val="20"/>
      <w:szCs w:val="20"/>
    </w:rPr>
  </w:style>
  <w:style w:type="character" w:styleId="DipnotBavurusu">
    <w:name w:val="footnote reference"/>
    <w:basedOn w:val="VarsaylanParagrafYazTipi"/>
    <w:uiPriority w:val="99"/>
    <w:semiHidden/>
    <w:unhideWhenUsed/>
    <w:rsid w:val="000F759F"/>
    <w:rPr>
      <w:vertAlign w:val="superscript"/>
    </w:rPr>
  </w:style>
  <w:style w:type="character" w:customStyle="1" w:styleId="Balk3Char">
    <w:name w:val="Başlık 3 Char"/>
    <w:basedOn w:val="VarsaylanParagrafYazTipi"/>
    <w:link w:val="Balk3"/>
    <w:uiPriority w:val="9"/>
    <w:rsid w:val="000F759F"/>
    <w:rPr>
      <w:rFonts w:ascii="Times New Roman" w:eastAsia="Times New Roman" w:hAnsi="Times New Roman" w:cs="Times New Roman"/>
      <w:b/>
      <w:bCs/>
      <w:sz w:val="27"/>
      <w:szCs w:val="27"/>
    </w:rPr>
  </w:style>
  <w:style w:type="paragraph" w:styleId="ListeParagraf">
    <w:name w:val="List Paragraph"/>
    <w:basedOn w:val="Normal"/>
    <w:uiPriority w:val="34"/>
    <w:qFormat/>
    <w:rsid w:val="000F759F"/>
    <w:pPr>
      <w:ind w:left="720"/>
      <w:contextualSpacing/>
    </w:pPr>
  </w:style>
  <w:style w:type="character" w:customStyle="1" w:styleId="Balk2Char">
    <w:name w:val="Başlık 2 Char"/>
    <w:basedOn w:val="VarsaylanParagrafYazTipi"/>
    <w:link w:val="Balk2"/>
    <w:uiPriority w:val="9"/>
    <w:rsid w:val="00FD7DC6"/>
    <w:rPr>
      <w:rFonts w:asciiTheme="majorHAnsi" w:eastAsiaTheme="majorEastAsia" w:hAnsiTheme="majorHAnsi" w:cstheme="majorBidi"/>
      <w:color w:val="2E74B5" w:themeColor="accent1" w:themeShade="BF"/>
      <w:sz w:val="26"/>
      <w:szCs w:val="26"/>
    </w:rPr>
  </w:style>
  <w:style w:type="character" w:customStyle="1" w:styleId="Balk1Char">
    <w:name w:val="Başlık 1 Char"/>
    <w:basedOn w:val="VarsaylanParagrafYazTipi"/>
    <w:link w:val="Balk1"/>
    <w:uiPriority w:val="9"/>
    <w:rsid w:val="00FD7DC6"/>
    <w:rPr>
      <w:rFonts w:asciiTheme="majorHAnsi" w:eastAsiaTheme="majorEastAsia" w:hAnsiTheme="majorHAnsi" w:cstheme="majorBidi"/>
      <w:b/>
      <w:bCs/>
      <w:color w:val="2E74B5" w:themeColor="accent1" w:themeShade="BF"/>
      <w:sz w:val="28"/>
      <w:szCs w:val="28"/>
      <w:lang w:val="en-US" w:eastAsia="en-US"/>
    </w:rPr>
  </w:style>
  <w:style w:type="character" w:customStyle="1" w:styleId="Balk4Char">
    <w:name w:val="Başlık 4 Char"/>
    <w:basedOn w:val="VarsaylanParagrafYazTipi"/>
    <w:link w:val="Balk4"/>
    <w:uiPriority w:val="9"/>
    <w:semiHidden/>
    <w:rsid w:val="00FD7DC6"/>
    <w:rPr>
      <w:rFonts w:asciiTheme="majorHAnsi" w:eastAsiaTheme="majorEastAsia" w:hAnsiTheme="majorHAnsi" w:cstheme="majorBidi"/>
      <w:b/>
      <w:bCs/>
      <w:i/>
      <w:iCs/>
      <w:color w:val="5B9BD5" w:themeColor="accent1"/>
      <w:lang w:val="en-US" w:eastAsia="en-US"/>
    </w:rPr>
  </w:style>
  <w:style w:type="character" w:customStyle="1" w:styleId="Balk5Char">
    <w:name w:val="Başlık 5 Char"/>
    <w:basedOn w:val="VarsaylanParagrafYazTipi"/>
    <w:link w:val="Balk5"/>
    <w:uiPriority w:val="9"/>
    <w:semiHidden/>
    <w:rsid w:val="00FD7DC6"/>
    <w:rPr>
      <w:rFonts w:asciiTheme="majorHAnsi" w:eastAsiaTheme="majorEastAsia" w:hAnsiTheme="majorHAnsi" w:cstheme="majorBidi"/>
      <w:color w:val="1F4D78" w:themeColor="accent1" w:themeShade="7F"/>
      <w:lang w:val="en-US" w:eastAsia="en-US"/>
    </w:rPr>
  </w:style>
  <w:style w:type="character" w:customStyle="1" w:styleId="Balk6Char">
    <w:name w:val="Başlık 6 Char"/>
    <w:basedOn w:val="VarsaylanParagrafYazTipi"/>
    <w:link w:val="Balk6"/>
    <w:uiPriority w:val="9"/>
    <w:semiHidden/>
    <w:rsid w:val="00FD7DC6"/>
    <w:rPr>
      <w:rFonts w:asciiTheme="majorHAnsi" w:eastAsiaTheme="majorEastAsia" w:hAnsiTheme="majorHAnsi" w:cstheme="majorBidi"/>
      <w:i/>
      <w:iCs/>
      <w:color w:val="1F4D78" w:themeColor="accent1" w:themeShade="7F"/>
      <w:lang w:val="en-US" w:eastAsia="en-US"/>
    </w:rPr>
  </w:style>
  <w:style w:type="character" w:customStyle="1" w:styleId="Balk7Char">
    <w:name w:val="Başlık 7 Char"/>
    <w:basedOn w:val="VarsaylanParagrafYazTipi"/>
    <w:link w:val="Balk7"/>
    <w:uiPriority w:val="9"/>
    <w:semiHidden/>
    <w:rsid w:val="00FD7DC6"/>
    <w:rPr>
      <w:rFonts w:asciiTheme="majorHAnsi" w:eastAsiaTheme="majorEastAsia" w:hAnsiTheme="majorHAnsi" w:cstheme="majorBidi"/>
      <w:i/>
      <w:iCs/>
      <w:color w:val="404040" w:themeColor="text1" w:themeTint="BF"/>
      <w:lang w:val="en-US" w:eastAsia="en-US"/>
    </w:rPr>
  </w:style>
  <w:style w:type="character" w:customStyle="1" w:styleId="Balk8Char">
    <w:name w:val="Başlık 8 Char"/>
    <w:basedOn w:val="VarsaylanParagrafYazTipi"/>
    <w:link w:val="Balk8"/>
    <w:uiPriority w:val="9"/>
    <w:semiHidden/>
    <w:rsid w:val="00FD7DC6"/>
    <w:rPr>
      <w:rFonts w:asciiTheme="majorHAnsi" w:eastAsiaTheme="majorEastAsia" w:hAnsiTheme="majorHAnsi" w:cstheme="majorBidi"/>
      <w:color w:val="5B9BD5" w:themeColor="accent1"/>
      <w:sz w:val="20"/>
      <w:szCs w:val="20"/>
      <w:lang w:val="en-US" w:eastAsia="en-US"/>
    </w:rPr>
  </w:style>
  <w:style w:type="character" w:customStyle="1" w:styleId="Balk9Char">
    <w:name w:val="Başlık 9 Char"/>
    <w:basedOn w:val="VarsaylanParagrafYazTipi"/>
    <w:link w:val="Balk9"/>
    <w:uiPriority w:val="9"/>
    <w:semiHidden/>
    <w:rsid w:val="00FD7DC6"/>
    <w:rPr>
      <w:rFonts w:asciiTheme="majorHAnsi" w:eastAsiaTheme="majorEastAsia" w:hAnsiTheme="majorHAnsi" w:cstheme="majorBidi"/>
      <w:i/>
      <w:iCs/>
      <w:color w:val="404040" w:themeColor="text1" w:themeTint="BF"/>
      <w:sz w:val="20"/>
      <w:szCs w:val="20"/>
      <w:lang w:val="en-US" w:eastAsia="en-US"/>
    </w:rPr>
  </w:style>
  <w:style w:type="paragraph" w:styleId="stBilgi">
    <w:name w:val="header"/>
    <w:basedOn w:val="Normal"/>
    <w:link w:val="stBilgiChar"/>
    <w:uiPriority w:val="99"/>
    <w:unhideWhenUsed/>
    <w:rsid w:val="00FD7DC6"/>
    <w:pPr>
      <w:tabs>
        <w:tab w:val="center" w:pos="4680"/>
        <w:tab w:val="right" w:pos="9360"/>
      </w:tabs>
      <w:spacing w:after="0" w:line="240" w:lineRule="auto"/>
    </w:pPr>
    <w:rPr>
      <w:rFonts w:asciiTheme="minorHAnsi" w:eastAsiaTheme="minorEastAsia" w:hAnsiTheme="minorHAnsi" w:cstheme="minorBidi"/>
      <w:color w:val="auto"/>
      <w:lang w:val="en-US" w:eastAsia="en-US"/>
    </w:rPr>
  </w:style>
  <w:style w:type="character" w:customStyle="1" w:styleId="stBilgiChar">
    <w:name w:val="Üst Bilgi Char"/>
    <w:basedOn w:val="VarsaylanParagrafYazTipi"/>
    <w:link w:val="stBilgi"/>
    <w:uiPriority w:val="99"/>
    <w:rsid w:val="00FD7DC6"/>
    <w:rPr>
      <w:lang w:val="en-US" w:eastAsia="en-US"/>
    </w:rPr>
  </w:style>
  <w:style w:type="paragraph" w:styleId="AltBilgi">
    <w:name w:val="footer"/>
    <w:basedOn w:val="Normal"/>
    <w:link w:val="AltBilgiChar"/>
    <w:uiPriority w:val="99"/>
    <w:unhideWhenUsed/>
    <w:rsid w:val="00FD7DC6"/>
    <w:pPr>
      <w:tabs>
        <w:tab w:val="center" w:pos="4680"/>
        <w:tab w:val="right" w:pos="9360"/>
      </w:tabs>
      <w:spacing w:after="0" w:line="240" w:lineRule="auto"/>
    </w:pPr>
    <w:rPr>
      <w:rFonts w:asciiTheme="minorHAnsi" w:eastAsiaTheme="minorEastAsia" w:hAnsiTheme="minorHAnsi" w:cstheme="minorBidi"/>
      <w:color w:val="auto"/>
      <w:lang w:val="en-US" w:eastAsia="en-US"/>
    </w:rPr>
  </w:style>
  <w:style w:type="character" w:customStyle="1" w:styleId="AltBilgiChar">
    <w:name w:val="Alt Bilgi Char"/>
    <w:basedOn w:val="VarsaylanParagrafYazTipi"/>
    <w:link w:val="AltBilgi"/>
    <w:uiPriority w:val="99"/>
    <w:rsid w:val="00FD7DC6"/>
    <w:rPr>
      <w:lang w:val="en-US" w:eastAsia="en-US"/>
    </w:rPr>
  </w:style>
  <w:style w:type="paragraph" w:styleId="AralkYok">
    <w:name w:val="No Spacing"/>
    <w:uiPriority w:val="1"/>
    <w:qFormat/>
    <w:rsid w:val="00FD7DC6"/>
    <w:pPr>
      <w:spacing w:after="0" w:line="240" w:lineRule="auto"/>
    </w:pPr>
    <w:rPr>
      <w:lang w:val="en-US" w:eastAsia="en-US"/>
    </w:rPr>
  </w:style>
  <w:style w:type="paragraph" w:styleId="Altyaz">
    <w:name w:val="Subtitle"/>
    <w:basedOn w:val="Normal"/>
    <w:next w:val="Normal"/>
    <w:link w:val="AltyazChar"/>
    <w:uiPriority w:val="11"/>
    <w:qFormat/>
    <w:rsid w:val="00FD7DC6"/>
    <w:pPr>
      <w:numPr>
        <w:ilvl w:val="1"/>
      </w:numPr>
      <w:spacing w:after="200" w:line="276" w:lineRule="auto"/>
    </w:pPr>
    <w:rPr>
      <w:rFonts w:asciiTheme="majorHAnsi" w:eastAsiaTheme="majorEastAsia" w:hAnsiTheme="majorHAnsi" w:cstheme="majorBidi"/>
      <w:i/>
      <w:iCs/>
      <w:color w:val="5B9BD5" w:themeColor="accent1"/>
      <w:spacing w:val="15"/>
      <w:sz w:val="24"/>
      <w:szCs w:val="24"/>
      <w:lang w:val="en-US" w:eastAsia="en-US"/>
    </w:rPr>
  </w:style>
  <w:style w:type="character" w:customStyle="1" w:styleId="AltyazChar">
    <w:name w:val="Altyazı Char"/>
    <w:basedOn w:val="VarsaylanParagrafYazTipi"/>
    <w:link w:val="Altyaz"/>
    <w:uiPriority w:val="11"/>
    <w:rsid w:val="00FD7DC6"/>
    <w:rPr>
      <w:rFonts w:asciiTheme="majorHAnsi" w:eastAsiaTheme="majorEastAsia" w:hAnsiTheme="majorHAnsi" w:cstheme="majorBidi"/>
      <w:i/>
      <w:iCs/>
      <w:color w:val="5B9BD5" w:themeColor="accent1"/>
      <w:spacing w:val="15"/>
      <w:sz w:val="24"/>
      <w:szCs w:val="24"/>
      <w:lang w:val="en-US" w:eastAsia="en-US"/>
    </w:rPr>
  </w:style>
  <w:style w:type="paragraph" w:styleId="GvdeMetni">
    <w:name w:val="Body Text"/>
    <w:basedOn w:val="Normal"/>
    <w:link w:val="GvdeMetniChar"/>
    <w:uiPriority w:val="99"/>
    <w:unhideWhenUsed/>
    <w:rsid w:val="00FD7DC6"/>
    <w:pPr>
      <w:spacing w:after="120" w:line="276" w:lineRule="auto"/>
    </w:pPr>
    <w:rPr>
      <w:rFonts w:asciiTheme="minorHAnsi" w:eastAsiaTheme="minorEastAsia" w:hAnsiTheme="minorHAnsi" w:cstheme="minorBidi"/>
      <w:color w:val="auto"/>
      <w:lang w:val="en-US" w:eastAsia="en-US"/>
    </w:rPr>
  </w:style>
  <w:style w:type="character" w:customStyle="1" w:styleId="GvdeMetniChar">
    <w:name w:val="Gövde Metni Char"/>
    <w:basedOn w:val="VarsaylanParagrafYazTipi"/>
    <w:link w:val="GvdeMetni"/>
    <w:uiPriority w:val="99"/>
    <w:rsid w:val="00FD7DC6"/>
    <w:rPr>
      <w:lang w:val="en-US" w:eastAsia="en-US"/>
    </w:rPr>
  </w:style>
  <w:style w:type="paragraph" w:styleId="GvdeMetni2">
    <w:name w:val="Body Text 2"/>
    <w:basedOn w:val="Normal"/>
    <w:link w:val="GvdeMetni2Char"/>
    <w:uiPriority w:val="99"/>
    <w:unhideWhenUsed/>
    <w:rsid w:val="00FD7DC6"/>
    <w:pPr>
      <w:spacing w:after="120" w:line="480" w:lineRule="auto"/>
    </w:pPr>
    <w:rPr>
      <w:rFonts w:asciiTheme="minorHAnsi" w:eastAsiaTheme="minorEastAsia" w:hAnsiTheme="minorHAnsi" w:cstheme="minorBidi"/>
      <w:color w:val="auto"/>
      <w:lang w:val="en-US" w:eastAsia="en-US"/>
    </w:rPr>
  </w:style>
  <w:style w:type="character" w:customStyle="1" w:styleId="GvdeMetni2Char">
    <w:name w:val="Gövde Metni 2 Char"/>
    <w:basedOn w:val="VarsaylanParagrafYazTipi"/>
    <w:link w:val="GvdeMetni2"/>
    <w:uiPriority w:val="99"/>
    <w:rsid w:val="00FD7DC6"/>
    <w:rPr>
      <w:lang w:val="en-US" w:eastAsia="en-US"/>
    </w:rPr>
  </w:style>
  <w:style w:type="paragraph" w:styleId="GvdeMetni3">
    <w:name w:val="Body Text 3"/>
    <w:basedOn w:val="Normal"/>
    <w:link w:val="GvdeMetni3Char"/>
    <w:uiPriority w:val="99"/>
    <w:unhideWhenUsed/>
    <w:rsid w:val="00FD7DC6"/>
    <w:pPr>
      <w:spacing w:after="120" w:line="276" w:lineRule="auto"/>
    </w:pPr>
    <w:rPr>
      <w:rFonts w:asciiTheme="minorHAnsi" w:eastAsiaTheme="minorEastAsia" w:hAnsiTheme="minorHAnsi" w:cstheme="minorBidi"/>
      <w:color w:val="auto"/>
      <w:sz w:val="16"/>
      <w:szCs w:val="16"/>
      <w:lang w:val="en-US" w:eastAsia="en-US"/>
    </w:rPr>
  </w:style>
  <w:style w:type="character" w:customStyle="1" w:styleId="GvdeMetni3Char">
    <w:name w:val="Gövde Metni 3 Char"/>
    <w:basedOn w:val="VarsaylanParagrafYazTipi"/>
    <w:link w:val="GvdeMetni3"/>
    <w:uiPriority w:val="99"/>
    <w:rsid w:val="00FD7DC6"/>
    <w:rPr>
      <w:sz w:val="16"/>
      <w:szCs w:val="16"/>
      <w:lang w:val="en-US" w:eastAsia="en-US"/>
    </w:rPr>
  </w:style>
  <w:style w:type="paragraph" w:styleId="Liste">
    <w:name w:val="List"/>
    <w:basedOn w:val="Normal"/>
    <w:uiPriority w:val="99"/>
    <w:unhideWhenUsed/>
    <w:rsid w:val="00FD7DC6"/>
    <w:pPr>
      <w:spacing w:after="200" w:line="276" w:lineRule="auto"/>
      <w:ind w:left="360" w:hanging="360"/>
      <w:contextualSpacing/>
    </w:pPr>
    <w:rPr>
      <w:rFonts w:asciiTheme="minorHAnsi" w:eastAsiaTheme="minorEastAsia" w:hAnsiTheme="minorHAnsi" w:cstheme="minorBidi"/>
      <w:color w:val="auto"/>
      <w:lang w:val="en-US" w:eastAsia="en-US"/>
    </w:rPr>
  </w:style>
  <w:style w:type="paragraph" w:styleId="Liste2">
    <w:name w:val="List 2"/>
    <w:basedOn w:val="Normal"/>
    <w:uiPriority w:val="99"/>
    <w:unhideWhenUsed/>
    <w:rsid w:val="00FD7DC6"/>
    <w:pPr>
      <w:spacing w:after="200" w:line="276" w:lineRule="auto"/>
      <w:ind w:left="720" w:hanging="360"/>
      <w:contextualSpacing/>
    </w:pPr>
    <w:rPr>
      <w:rFonts w:asciiTheme="minorHAnsi" w:eastAsiaTheme="minorEastAsia" w:hAnsiTheme="minorHAnsi" w:cstheme="minorBidi"/>
      <w:color w:val="auto"/>
      <w:lang w:val="en-US" w:eastAsia="en-US"/>
    </w:rPr>
  </w:style>
  <w:style w:type="paragraph" w:styleId="Liste3">
    <w:name w:val="List 3"/>
    <w:basedOn w:val="Normal"/>
    <w:uiPriority w:val="99"/>
    <w:unhideWhenUsed/>
    <w:rsid w:val="00FD7DC6"/>
    <w:pPr>
      <w:spacing w:after="200" w:line="276" w:lineRule="auto"/>
      <w:ind w:left="1080" w:hanging="360"/>
      <w:contextualSpacing/>
    </w:pPr>
    <w:rPr>
      <w:rFonts w:asciiTheme="minorHAnsi" w:eastAsiaTheme="minorEastAsia" w:hAnsiTheme="minorHAnsi" w:cstheme="minorBidi"/>
      <w:color w:val="auto"/>
      <w:lang w:val="en-US" w:eastAsia="en-US"/>
    </w:rPr>
  </w:style>
  <w:style w:type="paragraph" w:styleId="ListeMaddemi">
    <w:name w:val="List Bullet"/>
    <w:basedOn w:val="Normal"/>
    <w:uiPriority w:val="99"/>
    <w:unhideWhenUsed/>
    <w:rsid w:val="00FD7DC6"/>
    <w:pPr>
      <w:numPr>
        <w:numId w:val="3"/>
      </w:numPr>
      <w:spacing w:after="200" w:line="276" w:lineRule="auto"/>
      <w:contextualSpacing/>
    </w:pPr>
    <w:rPr>
      <w:rFonts w:asciiTheme="minorHAnsi" w:eastAsiaTheme="minorEastAsia" w:hAnsiTheme="minorHAnsi" w:cstheme="minorBidi"/>
      <w:color w:val="auto"/>
      <w:lang w:val="en-US" w:eastAsia="en-US"/>
    </w:rPr>
  </w:style>
  <w:style w:type="paragraph" w:styleId="ListeMaddemi2">
    <w:name w:val="List Bullet 2"/>
    <w:basedOn w:val="Normal"/>
    <w:uiPriority w:val="99"/>
    <w:unhideWhenUsed/>
    <w:rsid w:val="00FD7DC6"/>
    <w:pPr>
      <w:numPr>
        <w:numId w:val="4"/>
      </w:numPr>
      <w:spacing w:after="200" w:line="276" w:lineRule="auto"/>
      <w:contextualSpacing/>
    </w:pPr>
    <w:rPr>
      <w:rFonts w:asciiTheme="minorHAnsi" w:eastAsiaTheme="minorEastAsia" w:hAnsiTheme="minorHAnsi" w:cstheme="minorBidi"/>
      <w:color w:val="auto"/>
      <w:lang w:val="en-US" w:eastAsia="en-US"/>
    </w:rPr>
  </w:style>
  <w:style w:type="paragraph" w:styleId="ListeMaddemi3">
    <w:name w:val="List Bullet 3"/>
    <w:basedOn w:val="Normal"/>
    <w:uiPriority w:val="99"/>
    <w:unhideWhenUsed/>
    <w:rsid w:val="00FD7DC6"/>
    <w:pPr>
      <w:numPr>
        <w:numId w:val="5"/>
      </w:numPr>
      <w:spacing w:after="200" w:line="276" w:lineRule="auto"/>
      <w:contextualSpacing/>
    </w:pPr>
    <w:rPr>
      <w:rFonts w:asciiTheme="minorHAnsi" w:eastAsiaTheme="minorEastAsia" w:hAnsiTheme="minorHAnsi" w:cstheme="minorBidi"/>
      <w:color w:val="auto"/>
      <w:lang w:val="en-US" w:eastAsia="en-US"/>
    </w:rPr>
  </w:style>
  <w:style w:type="paragraph" w:styleId="ListeNumaras">
    <w:name w:val="List Number"/>
    <w:basedOn w:val="Normal"/>
    <w:uiPriority w:val="99"/>
    <w:unhideWhenUsed/>
    <w:rsid w:val="00FD7DC6"/>
    <w:pPr>
      <w:numPr>
        <w:numId w:val="7"/>
      </w:numPr>
      <w:spacing w:after="200" w:line="276" w:lineRule="auto"/>
      <w:contextualSpacing/>
    </w:pPr>
    <w:rPr>
      <w:rFonts w:asciiTheme="minorHAnsi" w:eastAsiaTheme="minorEastAsia" w:hAnsiTheme="minorHAnsi" w:cstheme="minorBidi"/>
      <w:color w:val="auto"/>
      <w:lang w:val="en-US" w:eastAsia="en-US"/>
    </w:rPr>
  </w:style>
  <w:style w:type="paragraph" w:styleId="ListeNumaras2">
    <w:name w:val="List Number 2"/>
    <w:basedOn w:val="Normal"/>
    <w:uiPriority w:val="99"/>
    <w:unhideWhenUsed/>
    <w:rsid w:val="00FD7DC6"/>
    <w:pPr>
      <w:numPr>
        <w:numId w:val="8"/>
      </w:numPr>
      <w:spacing w:after="200" w:line="276" w:lineRule="auto"/>
      <w:contextualSpacing/>
    </w:pPr>
    <w:rPr>
      <w:rFonts w:asciiTheme="minorHAnsi" w:eastAsiaTheme="minorEastAsia" w:hAnsiTheme="minorHAnsi" w:cstheme="minorBidi"/>
      <w:color w:val="auto"/>
      <w:lang w:val="en-US" w:eastAsia="en-US"/>
    </w:rPr>
  </w:style>
  <w:style w:type="paragraph" w:styleId="ListeNumaras3">
    <w:name w:val="List Number 3"/>
    <w:basedOn w:val="Normal"/>
    <w:uiPriority w:val="99"/>
    <w:unhideWhenUsed/>
    <w:rsid w:val="00FD7DC6"/>
    <w:pPr>
      <w:numPr>
        <w:numId w:val="9"/>
      </w:numPr>
      <w:spacing w:after="200" w:line="276" w:lineRule="auto"/>
      <w:contextualSpacing/>
    </w:pPr>
    <w:rPr>
      <w:rFonts w:asciiTheme="minorHAnsi" w:eastAsiaTheme="minorEastAsia" w:hAnsiTheme="minorHAnsi" w:cstheme="minorBidi"/>
      <w:color w:val="auto"/>
      <w:lang w:val="en-US" w:eastAsia="en-US"/>
    </w:rPr>
  </w:style>
  <w:style w:type="paragraph" w:styleId="ListeDevam">
    <w:name w:val="List Continue"/>
    <w:basedOn w:val="Normal"/>
    <w:uiPriority w:val="99"/>
    <w:unhideWhenUsed/>
    <w:rsid w:val="00FD7DC6"/>
    <w:pPr>
      <w:spacing w:after="120" w:line="276" w:lineRule="auto"/>
      <w:ind w:left="360"/>
      <w:contextualSpacing/>
    </w:pPr>
    <w:rPr>
      <w:rFonts w:asciiTheme="minorHAnsi" w:eastAsiaTheme="minorEastAsia" w:hAnsiTheme="minorHAnsi" w:cstheme="minorBidi"/>
      <w:color w:val="auto"/>
      <w:lang w:val="en-US" w:eastAsia="en-US"/>
    </w:rPr>
  </w:style>
  <w:style w:type="paragraph" w:styleId="ListeDevam2">
    <w:name w:val="List Continue 2"/>
    <w:basedOn w:val="Normal"/>
    <w:uiPriority w:val="99"/>
    <w:unhideWhenUsed/>
    <w:rsid w:val="00FD7DC6"/>
    <w:pPr>
      <w:spacing w:after="120" w:line="276" w:lineRule="auto"/>
      <w:ind w:left="720"/>
      <w:contextualSpacing/>
    </w:pPr>
    <w:rPr>
      <w:rFonts w:asciiTheme="minorHAnsi" w:eastAsiaTheme="minorEastAsia" w:hAnsiTheme="minorHAnsi" w:cstheme="minorBidi"/>
      <w:color w:val="auto"/>
      <w:lang w:val="en-US" w:eastAsia="en-US"/>
    </w:rPr>
  </w:style>
  <w:style w:type="paragraph" w:styleId="ListeDevam3">
    <w:name w:val="List Continue 3"/>
    <w:basedOn w:val="Normal"/>
    <w:uiPriority w:val="99"/>
    <w:unhideWhenUsed/>
    <w:rsid w:val="00FD7DC6"/>
    <w:pPr>
      <w:spacing w:after="120" w:line="276" w:lineRule="auto"/>
      <w:ind w:left="1080"/>
      <w:contextualSpacing/>
    </w:pPr>
    <w:rPr>
      <w:rFonts w:asciiTheme="minorHAnsi" w:eastAsiaTheme="minorEastAsia" w:hAnsiTheme="minorHAnsi" w:cstheme="minorBidi"/>
      <w:color w:val="auto"/>
      <w:lang w:val="en-US" w:eastAsia="en-US"/>
    </w:rPr>
  </w:style>
  <w:style w:type="paragraph" w:styleId="MakroMetni">
    <w:name w:val="macro"/>
    <w:link w:val="MakroMetniChar"/>
    <w:uiPriority w:val="99"/>
    <w:unhideWhenUsed/>
    <w:rsid w:val="00FD7DC6"/>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lang w:val="en-US" w:eastAsia="en-US"/>
    </w:rPr>
  </w:style>
  <w:style w:type="character" w:customStyle="1" w:styleId="MakroMetniChar">
    <w:name w:val="Makro Metni Char"/>
    <w:basedOn w:val="VarsaylanParagrafYazTipi"/>
    <w:link w:val="MakroMetni"/>
    <w:uiPriority w:val="99"/>
    <w:rsid w:val="00FD7DC6"/>
    <w:rPr>
      <w:rFonts w:ascii="Courier" w:hAnsi="Courier"/>
      <w:sz w:val="20"/>
      <w:szCs w:val="20"/>
      <w:lang w:val="en-US" w:eastAsia="en-US"/>
    </w:rPr>
  </w:style>
  <w:style w:type="paragraph" w:styleId="Alnt">
    <w:name w:val="Quote"/>
    <w:basedOn w:val="Normal"/>
    <w:next w:val="Normal"/>
    <w:link w:val="AlntChar"/>
    <w:uiPriority w:val="29"/>
    <w:qFormat/>
    <w:rsid w:val="00FD7DC6"/>
    <w:pPr>
      <w:spacing w:after="200" w:line="276" w:lineRule="auto"/>
    </w:pPr>
    <w:rPr>
      <w:rFonts w:asciiTheme="minorHAnsi" w:eastAsiaTheme="minorEastAsia" w:hAnsiTheme="minorHAnsi" w:cstheme="minorBidi"/>
      <w:i/>
      <w:iCs/>
      <w:color w:val="000000" w:themeColor="text1"/>
      <w:lang w:val="en-US" w:eastAsia="en-US"/>
    </w:rPr>
  </w:style>
  <w:style w:type="character" w:customStyle="1" w:styleId="AlntChar">
    <w:name w:val="Alıntı Char"/>
    <w:basedOn w:val="VarsaylanParagrafYazTipi"/>
    <w:link w:val="Alnt"/>
    <w:uiPriority w:val="29"/>
    <w:rsid w:val="00FD7DC6"/>
    <w:rPr>
      <w:i/>
      <w:iCs/>
      <w:color w:val="000000" w:themeColor="text1"/>
      <w:lang w:val="en-US" w:eastAsia="en-US"/>
    </w:rPr>
  </w:style>
  <w:style w:type="paragraph" w:styleId="ResimYazs">
    <w:name w:val="caption"/>
    <w:basedOn w:val="Normal"/>
    <w:next w:val="Normal"/>
    <w:uiPriority w:val="35"/>
    <w:semiHidden/>
    <w:unhideWhenUsed/>
    <w:qFormat/>
    <w:rsid w:val="00FD7DC6"/>
    <w:pPr>
      <w:spacing w:after="200" w:line="240" w:lineRule="auto"/>
    </w:pPr>
    <w:rPr>
      <w:rFonts w:asciiTheme="minorHAnsi" w:eastAsiaTheme="minorEastAsia" w:hAnsiTheme="minorHAnsi" w:cstheme="minorBidi"/>
      <w:b/>
      <w:bCs/>
      <w:color w:val="5B9BD5" w:themeColor="accent1"/>
      <w:sz w:val="18"/>
      <w:szCs w:val="18"/>
      <w:lang w:val="en-US" w:eastAsia="en-US"/>
    </w:rPr>
  </w:style>
  <w:style w:type="character" w:styleId="Vurgu">
    <w:name w:val="Emphasis"/>
    <w:basedOn w:val="VarsaylanParagrafYazTipi"/>
    <w:uiPriority w:val="20"/>
    <w:qFormat/>
    <w:rsid w:val="00FD7DC6"/>
    <w:rPr>
      <w:i/>
      <w:iCs/>
    </w:rPr>
  </w:style>
  <w:style w:type="paragraph" w:styleId="GlAlnt">
    <w:name w:val="Intense Quote"/>
    <w:basedOn w:val="Normal"/>
    <w:next w:val="Normal"/>
    <w:link w:val="GlAlntChar"/>
    <w:uiPriority w:val="30"/>
    <w:qFormat/>
    <w:rsid w:val="00FD7DC6"/>
    <w:pPr>
      <w:pBdr>
        <w:bottom w:val="single" w:sz="4" w:space="4" w:color="5B9BD5" w:themeColor="accent1"/>
      </w:pBdr>
      <w:spacing w:before="200" w:after="280" w:line="276" w:lineRule="auto"/>
      <w:ind w:left="936" w:right="936"/>
    </w:pPr>
    <w:rPr>
      <w:rFonts w:asciiTheme="minorHAnsi" w:eastAsiaTheme="minorEastAsia" w:hAnsiTheme="minorHAnsi" w:cstheme="minorBidi"/>
      <w:b/>
      <w:bCs/>
      <w:i/>
      <w:iCs/>
      <w:color w:val="5B9BD5" w:themeColor="accent1"/>
      <w:lang w:val="en-US" w:eastAsia="en-US"/>
    </w:rPr>
  </w:style>
  <w:style w:type="character" w:customStyle="1" w:styleId="GlAlntChar">
    <w:name w:val="Güçlü Alıntı Char"/>
    <w:basedOn w:val="VarsaylanParagrafYazTipi"/>
    <w:link w:val="GlAlnt"/>
    <w:uiPriority w:val="30"/>
    <w:rsid w:val="00FD7DC6"/>
    <w:rPr>
      <w:b/>
      <w:bCs/>
      <w:i/>
      <w:iCs/>
      <w:color w:val="5B9BD5" w:themeColor="accent1"/>
      <w:lang w:val="en-US" w:eastAsia="en-US"/>
    </w:rPr>
  </w:style>
  <w:style w:type="character" w:styleId="HafifVurgulama">
    <w:name w:val="Subtle Emphasis"/>
    <w:basedOn w:val="VarsaylanParagrafYazTipi"/>
    <w:uiPriority w:val="19"/>
    <w:qFormat/>
    <w:rsid w:val="00FD7DC6"/>
    <w:rPr>
      <w:i/>
      <w:iCs/>
      <w:color w:val="808080" w:themeColor="text1" w:themeTint="7F"/>
    </w:rPr>
  </w:style>
  <w:style w:type="character" w:styleId="GlVurgulama">
    <w:name w:val="Intense Emphasis"/>
    <w:basedOn w:val="VarsaylanParagrafYazTipi"/>
    <w:uiPriority w:val="21"/>
    <w:qFormat/>
    <w:rsid w:val="00FD7DC6"/>
    <w:rPr>
      <w:b/>
      <w:bCs/>
      <w:i/>
      <w:iCs/>
      <w:color w:val="5B9BD5" w:themeColor="accent1"/>
    </w:rPr>
  </w:style>
  <w:style w:type="character" w:styleId="HafifBavuru">
    <w:name w:val="Subtle Reference"/>
    <w:basedOn w:val="VarsaylanParagrafYazTipi"/>
    <w:uiPriority w:val="31"/>
    <w:qFormat/>
    <w:rsid w:val="00FD7DC6"/>
    <w:rPr>
      <w:smallCaps/>
      <w:color w:val="ED7D31" w:themeColor="accent2"/>
      <w:u w:val="single"/>
    </w:rPr>
  </w:style>
  <w:style w:type="character" w:styleId="GlBavuru">
    <w:name w:val="Intense Reference"/>
    <w:basedOn w:val="VarsaylanParagrafYazTipi"/>
    <w:uiPriority w:val="32"/>
    <w:qFormat/>
    <w:rsid w:val="00FD7DC6"/>
    <w:rPr>
      <w:b/>
      <w:bCs/>
      <w:smallCaps/>
      <w:color w:val="ED7D31" w:themeColor="accent2"/>
      <w:spacing w:val="5"/>
      <w:u w:val="single"/>
    </w:rPr>
  </w:style>
  <w:style w:type="character" w:styleId="KitapBal">
    <w:name w:val="Book Title"/>
    <w:basedOn w:val="VarsaylanParagrafYazTipi"/>
    <w:uiPriority w:val="33"/>
    <w:qFormat/>
    <w:rsid w:val="00FD7DC6"/>
    <w:rPr>
      <w:b/>
      <w:bCs/>
      <w:smallCaps/>
      <w:spacing w:val="5"/>
    </w:rPr>
  </w:style>
  <w:style w:type="paragraph" w:styleId="TBal">
    <w:name w:val="TOC Heading"/>
    <w:basedOn w:val="Balk1"/>
    <w:next w:val="Normal"/>
    <w:uiPriority w:val="39"/>
    <w:semiHidden/>
    <w:unhideWhenUsed/>
    <w:qFormat/>
    <w:rsid w:val="00FD7DC6"/>
    <w:pPr>
      <w:outlineLvl w:val="9"/>
    </w:pPr>
  </w:style>
  <w:style w:type="table" w:styleId="AkGlgeleme">
    <w:name w:val="Light Shading"/>
    <w:basedOn w:val="NormalTablo"/>
    <w:uiPriority w:val="60"/>
    <w:rsid w:val="00FD7DC6"/>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D7DC6"/>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AkGlgeleme-Vurgu2">
    <w:name w:val="Light Shading Accent 2"/>
    <w:basedOn w:val="NormalTablo"/>
    <w:uiPriority w:val="60"/>
    <w:rsid w:val="00FD7DC6"/>
    <w:pPr>
      <w:spacing w:after="0" w:line="240" w:lineRule="auto"/>
    </w:pPr>
    <w:rPr>
      <w:color w:val="C45911" w:themeColor="accent2" w:themeShade="BF"/>
      <w:lang w:val="en-US"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FD7DC6"/>
    <w:pPr>
      <w:spacing w:after="0" w:line="240" w:lineRule="auto"/>
    </w:pPr>
    <w:rPr>
      <w:color w:val="7B7B7B" w:themeColor="accent3" w:themeShade="BF"/>
      <w:lang w:val="en-US"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AkGlgeleme-Vurgu4">
    <w:name w:val="Light Shading Accent 4"/>
    <w:basedOn w:val="NormalTablo"/>
    <w:uiPriority w:val="60"/>
    <w:rsid w:val="00FD7DC6"/>
    <w:pPr>
      <w:spacing w:after="0" w:line="240" w:lineRule="auto"/>
    </w:pPr>
    <w:rPr>
      <w:color w:val="BF8F00" w:themeColor="accent4" w:themeShade="BF"/>
      <w:lang w:val="en-US"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AkGlgeleme-Vurgu5">
    <w:name w:val="Light Shading Accent 5"/>
    <w:basedOn w:val="NormalTablo"/>
    <w:uiPriority w:val="60"/>
    <w:rsid w:val="00FD7DC6"/>
    <w:pPr>
      <w:spacing w:after="0" w:line="240" w:lineRule="auto"/>
    </w:pPr>
    <w:rPr>
      <w:color w:val="2F5496" w:themeColor="accent5" w:themeShade="BF"/>
      <w:lang w:val="en-US"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kGlgeleme-Vurgu6">
    <w:name w:val="Light Shading Accent 6"/>
    <w:basedOn w:val="NormalTablo"/>
    <w:uiPriority w:val="60"/>
    <w:rsid w:val="00FD7DC6"/>
    <w:pPr>
      <w:spacing w:after="0" w:line="240" w:lineRule="auto"/>
    </w:pPr>
    <w:rPr>
      <w:color w:val="538135" w:themeColor="accent6" w:themeShade="BF"/>
      <w:lang w:val="en-US"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kListe">
    <w:name w:val="Light List"/>
    <w:basedOn w:val="NormalTablo"/>
    <w:uiPriority w:val="61"/>
    <w:rsid w:val="00FD7DC6"/>
    <w:pPr>
      <w:spacing w:after="0"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D7DC6"/>
    <w:pPr>
      <w:spacing w:after="0" w:line="240" w:lineRule="auto"/>
    </w:pPr>
    <w:rPr>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AkListe-Vurgu2">
    <w:name w:val="Light List Accent 2"/>
    <w:basedOn w:val="NormalTablo"/>
    <w:uiPriority w:val="61"/>
    <w:rsid w:val="00FD7DC6"/>
    <w:pPr>
      <w:spacing w:after="0" w:line="240" w:lineRule="auto"/>
    </w:pPr>
    <w:rPr>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3">
    <w:name w:val="Light List Accent 3"/>
    <w:basedOn w:val="NormalTablo"/>
    <w:uiPriority w:val="61"/>
    <w:rsid w:val="00FD7DC6"/>
    <w:pPr>
      <w:spacing w:after="0" w:line="240" w:lineRule="auto"/>
    </w:pPr>
    <w:rPr>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AkListe-Vurgu4">
    <w:name w:val="Light List Accent 4"/>
    <w:basedOn w:val="NormalTablo"/>
    <w:uiPriority w:val="61"/>
    <w:rsid w:val="00FD7DC6"/>
    <w:pPr>
      <w:spacing w:after="0" w:line="240" w:lineRule="auto"/>
    </w:pPr>
    <w:rPr>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AkListe-Vurgu5">
    <w:name w:val="Light List Accent 5"/>
    <w:basedOn w:val="NormalTablo"/>
    <w:uiPriority w:val="61"/>
    <w:rsid w:val="00FD7DC6"/>
    <w:pPr>
      <w:spacing w:after="0" w:line="240" w:lineRule="auto"/>
    </w:pPr>
    <w:rPr>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AkListe-Vurgu6">
    <w:name w:val="Light List Accent 6"/>
    <w:basedOn w:val="NormalTablo"/>
    <w:uiPriority w:val="61"/>
    <w:rsid w:val="00FD7DC6"/>
    <w:pPr>
      <w:spacing w:after="0" w:line="240" w:lineRule="auto"/>
    </w:pPr>
    <w:rPr>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kKlavuz">
    <w:name w:val="Light Grid"/>
    <w:basedOn w:val="NormalTablo"/>
    <w:uiPriority w:val="62"/>
    <w:rsid w:val="00FD7DC6"/>
    <w:pPr>
      <w:spacing w:after="0"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FD7DC6"/>
    <w:pPr>
      <w:spacing w:after="0" w:line="240" w:lineRule="auto"/>
    </w:pPr>
    <w:rPr>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AkKlavuz-Vurgu2">
    <w:name w:val="Light Grid Accent 2"/>
    <w:basedOn w:val="NormalTablo"/>
    <w:uiPriority w:val="62"/>
    <w:rsid w:val="00FD7DC6"/>
    <w:pPr>
      <w:spacing w:after="0" w:line="240" w:lineRule="auto"/>
    </w:pPr>
    <w:rPr>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AkKlavuz-Vurgu3">
    <w:name w:val="Light Grid Accent 3"/>
    <w:basedOn w:val="NormalTablo"/>
    <w:uiPriority w:val="62"/>
    <w:rsid w:val="00FD7DC6"/>
    <w:pPr>
      <w:spacing w:after="0" w:line="240" w:lineRule="auto"/>
    </w:pPr>
    <w:rPr>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AkKlavuz-Vurgu4">
    <w:name w:val="Light Grid Accent 4"/>
    <w:basedOn w:val="NormalTablo"/>
    <w:uiPriority w:val="62"/>
    <w:rsid w:val="00FD7DC6"/>
    <w:pPr>
      <w:spacing w:after="0" w:line="240" w:lineRule="auto"/>
    </w:pPr>
    <w:rPr>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AkKlavuz-Vurgu5">
    <w:name w:val="Light Grid Accent 5"/>
    <w:basedOn w:val="NormalTablo"/>
    <w:uiPriority w:val="62"/>
    <w:rsid w:val="00FD7DC6"/>
    <w:pPr>
      <w:spacing w:after="0" w:line="240" w:lineRule="auto"/>
    </w:pPr>
    <w:rPr>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AkKlavuz-Vurgu6">
    <w:name w:val="Light Grid Accent 6"/>
    <w:basedOn w:val="NormalTablo"/>
    <w:uiPriority w:val="62"/>
    <w:rsid w:val="00FD7DC6"/>
    <w:pPr>
      <w:spacing w:after="0" w:line="240" w:lineRule="auto"/>
    </w:pPr>
    <w:rPr>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OrtaGlgeleme1">
    <w:name w:val="Medium Shading 1"/>
    <w:basedOn w:val="NormalTablo"/>
    <w:uiPriority w:val="63"/>
    <w:rsid w:val="00FD7DC6"/>
    <w:pPr>
      <w:spacing w:after="0" w:line="240" w:lineRule="auto"/>
    </w:pPr>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FD7DC6"/>
    <w:pPr>
      <w:spacing w:after="0" w:line="240" w:lineRule="auto"/>
    </w:pPr>
    <w:rPr>
      <w:lang w:val="en-U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FD7DC6"/>
    <w:pPr>
      <w:spacing w:after="0" w:line="240" w:lineRule="auto"/>
    </w:pPr>
    <w:rPr>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FD7DC6"/>
    <w:pPr>
      <w:spacing w:after="0" w:line="240" w:lineRule="auto"/>
    </w:pPr>
    <w:rPr>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FD7DC6"/>
    <w:pPr>
      <w:spacing w:after="0" w:line="240" w:lineRule="auto"/>
    </w:pPr>
    <w:rPr>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FD7DC6"/>
    <w:pPr>
      <w:spacing w:after="0" w:line="240" w:lineRule="auto"/>
    </w:pPr>
    <w:rPr>
      <w:lang w:val="en-US"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FD7DC6"/>
    <w:pPr>
      <w:spacing w:after="0" w:line="240" w:lineRule="auto"/>
    </w:pPr>
    <w:rPr>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FD7DC6"/>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OrtaListe1-Vurgu2">
    <w:name w:val="Medium List 1 Accent 2"/>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OrtaListe1-Vurgu3">
    <w:name w:val="Medium List 1 Accent 3"/>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OrtaListe1-Vurgu4">
    <w:name w:val="Medium List 1 Accent 4"/>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OrtaListe1-Vurgu5">
    <w:name w:val="Medium List 1 Accent 5"/>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OrtaListe1-Vurgu6">
    <w:name w:val="Medium List 1 Accent 6"/>
    <w:basedOn w:val="NormalTablo"/>
    <w:uiPriority w:val="65"/>
    <w:rsid w:val="00FD7DC6"/>
    <w:pPr>
      <w:spacing w:after="0" w:line="240" w:lineRule="auto"/>
    </w:pPr>
    <w:rPr>
      <w:color w:val="000000" w:themeColor="text1"/>
      <w:lang w:val="en-US"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OrtaListe2">
    <w:name w:val="Medium List 2"/>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FD7DC6"/>
    <w:pPr>
      <w:spacing w:after="0" w:line="240" w:lineRule="auto"/>
    </w:pPr>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FD7DC6"/>
    <w:pPr>
      <w:spacing w:after="0" w:line="240" w:lineRule="auto"/>
    </w:pPr>
    <w:rPr>
      <w:lang w:val="en-U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OrtaKlavuz1-Vurgu2">
    <w:name w:val="Medium Grid 1 Accent 2"/>
    <w:basedOn w:val="NormalTablo"/>
    <w:uiPriority w:val="67"/>
    <w:rsid w:val="00FD7DC6"/>
    <w:pPr>
      <w:spacing w:after="0" w:line="240" w:lineRule="auto"/>
    </w:pPr>
    <w:rPr>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OrtaKlavuz1-Vurgu3">
    <w:name w:val="Medium Grid 1 Accent 3"/>
    <w:basedOn w:val="NormalTablo"/>
    <w:uiPriority w:val="67"/>
    <w:rsid w:val="00FD7DC6"/>
    <w:pPr>
      <w:spacing w:after="0" w:line="240" w:lineRule="auto"/>
    </w:pPr>
    <w:rPr>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OrtaKlavuz1-Vurgu4">
    <w:name w:val="Medium Grid 1 Accent 4"/>
    <w:basedOn w:val="NormalTablo"/>
    <w:uiPriority w:val="67"/>
    <w:rsid w:val="00FD7DC6"/>
    <w:pPr>
      <w:spacing w:after="0" w:line="240" w:lineRule="auto"/>
    </w:pPr>
    <w:rPr>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OrtaKlavuz1-Vurgu5">
    <w:name w:val="Medium Grid 1 Accent 5"/>
    <w:basedOn w:val="NormalTablo"/>
    <w:uiPriority w:val="67"/>
    <w:rsid w:val="00FD7DC6"/>
    <w:pPr>
      <w:spacing w:after="0" w:line="240" w:lineRule="auto"/>
    </w:pPr>
    <w:rPr>
      <w:lang w:val="en-US"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OrtaKlavuz1-Vurgu6">
    <w:name w:val="Medium Grid 1 Accent 6"/>
    <w:basedOn w:val="NormalTablo"/>
    <w:uiPriority w:val="67"/>
    <w:rsid w:val="00FD7DC6"/>
    <w:pPr>
      <w:spacing w:after="0" w:line="240" w:lineRule="auto"/>
    </w:pPr>
    <w:rPr>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OrtaKlavuz2">
    <w:name w:val="Medium Grid 2"/>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FD7DC6"/>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OrtaKlavuz3-Vurgu2">
    <w:name w:val="Medium Grid 3 Accent 2"/>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OrtaKlavuz3-Vurgu3">
    <w:name w:val="Medium Grid 3 Accent 3"/>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OrtaKlavuz3-Vurgu4">
    <w:name w:val="Medium Grid 3 Accent 4"/>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OrtaKlavuz3-Vurgu5">
    <w:name w:val="Medium Grid 3 Accent 5"/>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OrtaKlavuz3-Vurgu6">
    <w:name w:val="Medium Grid 3 Accent 6"/>
    <w:basedOn w:val="NormalTablo"/>
    <w:uiPriority w:val="69"/>
    <w:rsid w:val="00FD7DC6"/>
    <w:pPr>
      <w:spacing w:after="0" w:line="240" w:lineRule="auto"/>
    </w:pPr>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KoyuListe">
    <w:name w:val="Dark List"/>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KoyuListe-Vurgu2">
    <w:name w:val="Dark List Accent 2"/>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KoyuListe-Vurgu3">
    <w:name w:val="Dark List Accent 3"/>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KoyuListe-Vurgu4">
    <w:name w:val="Dark List Accent 4"/>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KoyuListe-Vurgu5">
    <w:name w:val="Dark List Accent 5"/>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KoyuListe-Vurgu6">
    <w:name w:val="Dark List Accent 6"/>
    <w:basedOn w:val="NormalTablo"/>
    <w:uiPriority w:val="70"/>
    <w:rsid w:val="00FD7DC6"/>
    <w:pPr>
      <w:spacing w:after="0" w:line="240" w:lineRule="auto"/>
    </w:pPr>
    <w:rPr>
      <w:color w:val="FFFFFF" w:themeColor="background1"/>
      <w:lang w:val="en-US"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RenkliGlgeleme">
    <w:name w:val="Colorful Shading"/>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RenkliGlgeleme-Vurgu4">
    <w:name w:val="Colorful Shading Accent 4"/>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FD7DC6"/>
    <w:pPr>
      <w:spacing w:after="0" w:line="240" w:lineRule="auto"/>
    </w:pPr>
    <w:rPr>
      <w:color w:val="000000" w:themeColor="text1"/>
      <w:lang w:val="en-US" w:eastAsia="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RenkliListe-Vurgu2">
    <w:name w:val="Colorful List Accent 2"/>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RenkliListe-Vurgu3">
    <w:name w:val="Colorful List Accent 3"/>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RenkliListe-Vurgu4">
    <w:name w:val="Colorful List Accent 4"/>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RenkliListe-Vurgu5">
    <w:name w:val="Colorful List Accent 5"/>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RenkliListe-Vurgu6">
    <w:name w:val="Colorful List Accent 6"/>
    <w:basedOn w:val="NormalTablo"/>
    <w:uiPriority w:val="72"/>
    <w:rsid w:val="00FD7DC6"/>
    <w:pPr>
      <w:spacing w:after="0" w:line="240" w:lineRule="auto"/>
    </w:pPr>
    <w:rPr>
      <w:color w:val="000000" w:themeColor="text1"/>
      <w:lang w:val="en-US"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RenkliKlavuz">
    <w:name w:val="Colorful Grid"/>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nkliKlavuz-Vurgu2">
    <w:name w:val="Colorful Grid Accent 2"/>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nkliKlavuz-Vurgu3">
    <w:name w:val="Colorful Grid Accent 3"/>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nkliKlavuz-Vurgu4">
    <w:name w:val="Colorful Grid Accent 4"/>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nkliKlavuz-Vurgu5">
    <w:name w:val="Colorful Grid Accent 5"/>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nkliKlavuz-Vurgu6">
    <w:name w:val="Colorful Grid Accent 6"/>
    <w:basedOn w:val="NormalTablo"/>
    <w:uiPriority w:val="73"/>
    <w:rsid w:val="00FD7DC6"/>
    <w:pPr>
      <w:spacing w:after="0" w:line="240" w:lineRule="auto"/>
    </w:pPr>
    <w:rPr>
      <w:color w:val="000000" w:themeColor="text1"/>
      <w:lang w:val="en-US"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msonormal0">
    <w:name w:val="msonormal"/>
    <w:basedOn w:val="Normal"/>
    <w:rsid w:val="00B80B2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intensequote">
    <w:name w:val="msointensequote"/>
    <w:basedOn w:val="Normal"/>
    <w:next w:val="Normal"/>
    <w:uiPriority w:val="30"/>
    <w:qFormat/>
    <w:rsid w:val="00B80B2E"/>
    <w:pPr>
      <w:pBdr>
        <w:bottom w:val="single" w:sz="4" w:space="4" w:color="5B9BD5" w:themeColor="accent1"/>
      </w:pBdr>
      <w:spacing w:before="200" w:after="280" w:line="276" w:lineRule="auto"/>
      <w:ind w:left="936" w:right="936"/>
    </w:pPr>
    <w:rPr>
      <w:rFonts w:ascii="Times New Roman" w:eastAsiaTheme="minorEastAsia" w:hAnsi="Times New Roman" w:cs="Times New Roman"/>
      <w:b/>
      <w:bCs/>
      <w:i/>
      <w:iCs/>
      <w:color w:val="5B9BD5" w:themeColor="accent1"/>
      <w:sz w:val="24"/>
    </w:rPr>
  </w:style>
  <w:style w:type="character" w:customStyle="1" w:styleId="msointenseemphasis">
    <w:name w:val="msointenseemphasis"/>
    <w:basedOn w:val="VarsaylanParagrafYazTipi"/>
    <w:uiPriority w:val="21"/>
    <w:qFormat/>
    <w:rsid w:val="00B80B2E"/>
    <w:rPr>
      <w:b/>
      <w:bCs/>
      <w:i/>
      <w:iCs/>
      <w:color w:val="5B9BD5" w:themeColor="accent1"/>
    </w:rPr>
  </w:style>
  <w:style w:type="character" w:customStyle="1" w:styleId="msointensereference">
    <w:name w:val="msointensereference"/>
    <w:basedOn w:val="VarsaylanParagrafYazTipi"/>
    <w:uiPriority w:val="32"/>
    <w:qFormat/>
    <w:rsid w:val="00B80B2E"/>
    <w:rPr>
      <w:b/>
      <w:bCs/>
      <w:smallCaps/>
      <w:color w:val="ED7D31" w:themeColor="accent2"/>
      <w:spacing w:val="5"/>
      <w:u w:val="single"/>
    </w:rPr>
  </w:style>
  <w:style w:type="character" w:customStyle="1" w:styleId="GlAlntChar1">
    <w:name w:val="Güçlü Alıntı Char1"/>
    <w:basedOn w:val="VarsaylanParagrafYazTipi"/>
    <w:uiPriority w:val="30"/>
    <w:rsid w:val="00B80B2E"/>
    <w:rPr>
      <w:rFonts w:ascii="Times New Roman" w:hAnsi="Times New Roman"/>
      <w:i/>
      <w:iCs/>
      <w:color w:val="2E74B5" w:themeColor="accent1" w:themeShade="BF"/>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1675">
      <w:bodyDiv w:val="1"/>
      <w:marLeft w:val="0"/>
      <w:marRight w:val="0"/>
      <w:marTop w:val="0"/>
      <w:marBottom w:val="0"/>
      <w:divBdr>
        <w:top w:val="none" w:sz="0" w:space="0" w:color="auto"/>
        <w:left w:val="none" w:sz="0" w:space="0" w:color="auto"/>
        <w:bottom w:val="none" w:sz="0" w:space="0" w:color="auto"/>
        <w:right w:val="none" w:sz="0" w:space="0" w:color="auto"/>
      </w:divBdr>
    </w:div>
    <w:div w:id="212234487">
      <w:bodyDiv w:val="1"/>
      <w:marLeft w:val="0"/>
      <w:marRight w:val="0"/>
      <w:marTop w:val="0"/>
      <w:marBottom w:val="0"/>
      <w:divBdr>
        <w:top w:val="none" w:sz="0" w:space="0" w:color="auto"/>
        <w:left w:val="none" w:sz="0" w:space="0" w:color="auto"/>
        <w:bottom w:val="none" w:sz="0" w:space="0" w:color="auto"/>
        <w:right w:val="none" w:sz="0" w:space="0" w:color="auto"/>
      </w:divBdr>
    </w:div>
    <w:div w:id="452943214">
      <w:bodyDiv w:val="1"/>
      <w:marLeft w:val="0"/>
      <w:marRight w:val="0"/>
      <w:marTop w:val="0"/>
      <w:marBottom w:val="0"/>
      <w:divBdr>
        <w:top w:val="none" w:sz="0" w:space="0" w:color="auto"/>
        <w:left w:val="none" w:sz="0" w:space="0" w:color="auto"/>
        <w:bottom w:val="none" w:sz="0" w:space="0" w:color="auto"/>
        <w:right w:val="none" w:sz="0" w:space="0" w:color="auto"/>
      </w:divBdr>
    </w:div>
    <w:div w:id="667901485">
      <w:bodyDiv w:val="1"/>
      <w:marLeft w:val="0"/>
      <w:marRight w:val="0"/>
      <w:marTop w:val="0"/>
      <w:marBottom w:val="0"/>
      <w:divBdr>
        <w:top w:val="none" w:sz="0" w:space="0" w:color="auto"/>
        <w:left w:val="none" w:sz="0" w:space="0" w:color="auto"/>
        <w:bottom w:val="none" w:sz="0" w:space="0" w:color="auto"/>
        <w:right w:val="none" w:sz="0" w:space="0" w:color="auto"/>
      </w:divBdr>
    </w:div>
    <w:div w:id="674458791">
      <w:bodyDiv w:val="1"/>
      <w:marLeft w:val="0"/>
      <w:marRight w:val="0"/>
      <w:marTop w:val="0"/>
      <w:marBottom w:val="0"/>
      <w:divBdr>
        <w:top w:val="none" w:sz="0" w:space="0" w:color="auto"/>
        <w:left w:val="none" w:sz="0" w:space="0" w:color="auto"/>
        <w:bottom w:val="none" w:sz="0" w:space="0" w:color="auto"/>
        <w:right w:val="none" w:sz="0" w:space="0" w:color="auto"/>
      </w:divBdr>
    </w:div>
    <w:div w:id="1157845524">
      <w:bodyDiv w:val="1"/>
      <w:marLeft w:val="0"/>
      <w:marRight w:val="0"/>
      <w:marTop w:val="0"/>
      <w:marBottom w:val="0"/>
      <w:divBdr>
        <w:top w:val="none" w:sz="0" w:space="0" w:color="auto"/>
        <w:left w:val="none" w:sz="0" w:space="0" w:color="auto"/>
        <w:bottom w:val="none" w:sz="0" w:space="0" w:color="auto"/>
        <w:right w:val="none" w:sz="0" w:space="0" w:color="auto"/>
      </w:divBdr>
    </w:div>
    <w:div w:id="1165902914">
      <w:bodyDiv w:val="1"/>
      <w:marLeft w:val="0"/>
      <w:marRight w:val="0"/>
      <w:marTop w:val="0"/>
      <w:marBottom w:val="0"/>
      <w:divBdr>
        <w:top w:val="none" w:sz="0" w:space="0" w:color="auto"/>
        <w:left w:val="none" w:sz="0" w:space="0" w:color="auto"/>
        <w:bottom w:val="none" w:sz="0" w:space="0" w:color="auto"/>
        <w:right w:val="none" w:sz="0" w:space="0" w:color="auto"/>
      </w:divBdr>
    </w:div>
    <w:div w:id="1417553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4EAAC-B4AE-4421-8BF7-C50F603F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2103</Words>
  <Characters>11990</Characters>
  <Application>Microsoft Office Word</Application>
  <DocSecurity>0</DocSecurity>
  <Lines>99</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cp:lastModifiedBy>fergana kocadoru özgör</cp:lastModifiedBy>
  <cp:revision>2</cp:revision>
  <dcterms:created xsi:type="dcterms:W3CDTF">2026-01-30T10:12:00Z</dcterms:created>
  <dcterms:modified xsi:type="dcterms:W3CDTF">2026-01-30T10:12:00Z</dcterms:modified>
</cp:coreProperties>
</file>