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CD2C" w14:textId="6A8AAECA" w:rsidR="00596770" w:rsidRDefault="00000000">
      <w:pPr>
        <w:spacing w:before="71" w:line="382" w:lineRule="exact"/>
        <w:ind w:left="6824"/>
        <w:rPr>
          <w:rFonts w:ascii="Verdana" w:hAnsi="Verdana"/>
          <w:sz w:val="35"/>
        </w:rPr>
      </w:pPr>
      <w:r>
        <w:rPr>
          <w:rFonts w:ascii="Verdana" w:hAnsi="Verdana"/>
          <w:noProof/>
          <w:sz w:val="35"/>
        </w:rPr>
        <mc:AlternateContent>
          <mc:Choice Requires="wpg">
            <w:drawing>
              <wp:anchor distT="0" distB="0" distL="0" distR="0" simplePos="0" relativeHeight="487556096" behindDoc="1" locked="0" layoutInCell="1" allowOverlap="1" wp14:anchorId="64323049" wp14:editId="3F01B0E0">
                <wp:simplePos x="0" y="0"/>
                <wp:positionH relativeFrom="page">
                  <wp:align>right</wp:align>
                </wp:positionH>
                <wp:positionV relativeFrom="page">
                  <wp:align>top</wp:align>
                </wp:positionV>
                <wp:extent cx="7747000" cy="10057765"/>
                <wp:effectExtent l="0" t="0" r="6350"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7000" cy="10057765"/>
                          <a:chOff x="0" y="0"/>
                          <a:chExt cx="7554595" cy="10057765"/>
                        </a:xfrm>
                      </wpg:grpSpPr>
                      <pic:pic xmlns:pic="http://schemas.openxmlformats.org/drawingml/2006/picture">
                        <pic:nvPicPr>
                          <pic:cNvPr id="2" name="Image 2"/>
                          <pic:cNvPicPr/>
                        </pic:nvPicPr>
                        <pic:blipFill>
                          <a:blip r:embed="rId5" cstate="print"/>
                          <a:stretch>
                            <a:fillRect/>
                          </a:stretch>
                        </pic:blipFill>
                        <pic:spPr>
                          <a:xfrm>
                            <a:off x="0" y="2129282"/>
                            <a:ext cx="3568572" cy="6430645"/>
                          </a:xfrm>
                          <a:prstGeom prst="rect">
                            <a:avLst/>
                          </a:prstGeom>
                        </pic:spPr>
                      </pic:pic>
                      <wps:wsp>
                        <wps:cNvPr id="3" name="Graphic 3"/>
                        <wps:cNvSpPr/>
                        <wps:spPr>
                          <a:xfrm>
                            <a:off x="0" y="0"/>
                            <a:ext cx="7554595" cy="10057765"/>
                          </a:xfrm>
                          <a:custGeom>
                            <a:avLst/>
                            <a:gdLst/>
                            <a:ahLst/>
                            <a:cxnLst/>
                            <a:rect l="l" t="t" r="r" b="b"/>
                            <a:pathLst>
                              <a:path w="7554595" h="10057765">
                                <a:moveTo>
                                  <a:pt x="7554468" y="8423161"/>
                                </a:moveTo>
                                <a:lnTo>
                                  <a:pt x="3784104" y="8423161"/>
                                </a:lnTo>
                                <a:lnTo>
                                  <a:pt x="2436114" y="7075043"/>
                                </a:lnTo>
                                <a:lnTo>
                                  <a:pt x="0" y="9511411"/>
                                </a:lnTo>
                                <a:lnTo>
                                  <a:pt x="0" y="10057765"/>
                                </a:lnTo>
                                <a:lnTo>
                                  <a:pt x="1421511" y="10057765"/>
                                </a:lnTo>
                                <a:lnTo>
                                  <a:pt x="3161030" y="10057765"/>
                                </a:lnTo>
                                <a:lnTo>
                                  <a:pt x="7554468" y="10057765"/>
                                </a:lnTo>
                                <a:lnTo>
                                  <a:pt x="7554468" y="8423161"/>
                                </a:lnTo>
                                <a:close/>
                              </a:path>
                              <a:path w="7554595" h="10057765">
                                <a:moveTo>
                                  <a:pt x="7554468" y="0"/>
                                </a:moveTo>
                                <a:lnTo>
                                  <a:pt x="4356862" y="0"/>
                                </a:lnTo>
                                <a:lnTo>
                                  <a:pt x="2797175" y="0"/>
                                </a:lnTo>
                                <a:lnTo>
                                  <a:pt x="2585212" y="0"/>
                                </a:lnTo>
                                <a:lnTo>
                                  <a:pt x="608812" y="1976501"/>
                                </a:lnTo>
                                <a:lnTo>
                                  <a:pt x="2260092" y="3627882"/>
                                </a:lnTo>
                                <a:lnTo>
                                  <a:pt x="4346003" y="1541780"/>
                                </a:lnTo>
                                <a:lnTo>
                                  <a:pt x="7554468" y="1541780"/>
                                </a:lnTo>
                                <a:lnTo>
                                  <a:pt x="7554468" y="0"/>
                                </a:lnTo>
                                <a:close/>
                              </a:path>
                            </a:pathLst>
                          </a:custGeom>
                          <a:solidFill>
                            <a:srgbClr val="21253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0" y="7078983"/>
                            <a:ext cx="2801111" cy="2977767"/>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608456" y="0"/>
                            <a:ext cx="2477516" cy="2267457"/>
                          </a:xfrm>
                          <a:prstGeom prst="rect">
                            <a:avLst/>
                          </a:prstGeom>
                        </pic:spPr>
                      </pic:pic>
                      <wps:wsp>
                        <wps:cNvPr id="6" name="Graphic 6"/>
                        <wps:cNvSpPr/>
                        <wps:spPr>
                          <a:xfrm>
                            <a:off x="2646426" y="5934202"/>
                            <a:ext cx="1844039" cy="1844039"/>
                          </a:xfrm>
                          <a:custGeom>
                            <a:avLst/>
                            <a:gdLst/>
                            <a:ahLst/>
                            <a:cxnLst/>
                            <a:rect l="l" t="t" r="r" b="b"/>
                            <a:pathLst>
                              <a:path w="1844039" h="1844039">
                                <a:moveTo>
                                  <a:pt x="921893" y="0"/>
                                </a:moveTo>
                                <a:lnTo>
                                  <a:pt x="0" y="921893"/>
                                </a:lnTo>
                                <a:lnTo>
                                  <a:pt x="921893" y="1843786"/>
                                </a:lnTo>
                                <a:lnTo>
                                  <a:pt x="1843532" y="921893"/>
                                </a:lnTo>
                                <a:lnTo>
                                  <a:pt x="921893" y="0"/>
                                </a:lnTo>
                                <a:close/>
                              </a:path>
                            </a:pathLst>
                          </a:custGeom>
                          <a:solidFill>
                            <a:srgbClr val="21253D"/>
                          </a:solidFill>
                        </wps:spPr>
                        <wps:bodyPr wrap="square" lIns="0" tIns="0" rIns="0" bIns="0" rtlCol="0">
                          <a:prstTxWarp prst="textNoShape">
                            <a:avLst/>
                          </a:prstTxWarp>
                          <a:noAutofit/>
                        </wps:bodyPr>
                      </wps:wsp>
                      <wps:wsp>
                        <wps:cNvPr id="7" name="Graphic 7"/>
                        <wps:cNvSpPr/>
                        <wps:spPr>
                          <a:xfrm>
                            <a:off x="6406769" y="6946138"/>
                            <a:ext cx="727710" cy="1270"/>
                          </a:xfrm>
                          <a:custGeom>
                            <a:avLst/>
                            <a:gdLst/>
                            <a:ahLst/>
                            <a:cxnLst/>
                            <a:rect l="l" t="t" r="r" b="b"/>
                            <a:pathLst>
                              <a:path w="727710">
                                <a:moveTo>
                                  <a:pt x="0" y="0"/>
                                </a:moveTo>
                                <a:lnTo>
                                  <a:pt x="727201" y="0"/>
                                </a:lnTo>
                              </a:path>
                            </a:pathLst>
                          </a:custGeom>
                          <a:ln w="76200">
                            <a:solidFill>
                              <a:srgbClr val="1F233C"/>
                            </a:solidFill>
                            <a:prstDash val="solid"/>
                          </a:ln>
                        </wps:spPr>
                        <wps:bodyPr wrap="square" lIns="0" tIns="0" rIns="0" bIns="0" rtlCol="0">
                          <a:prstTxWarp prst="textNoShape">
                            <a:avLst/>
                          </a:prstTxWarp>
                          <a:noAutofit/>
                        </wps:bodyPr>
                      </wps:wsp>
                      <wps:wsp>
                        <wps:cNvPr id="8" name="Graphic 8"/>
                        <wps:cNvSpPr/>
                        <wps:spPr>
                          <a:xfrm>
                            <a:off x="1947545" y="1546986"/>
                            <a:ext cx="1515745" cy="8408035"/>
                          </a:xfrm>
                          <a:custGeom>
                            <a:avLst/>
                            <a:gdLst/>
                            <a:ahLst/>
                            <a:cxnLst/>
                            <a:rect l="l" t="t" r="r" b="b"/>
                            <a:pathLst>
                              <a:path w="1515745" h="8408035">
                                <a:moveTo>
                                  <a:pt x="35052" y="8201698"/>
                                </a:moveTo>
                                <a:lnTo>
                                  <a:pt x="27178" y="8193887"/>
                                </a:lnTo>
                                <a:lnTo>
                                  <a:pt x="17526" y="8193849"/>
                                </a:lnTo>
                                <a:lnTo>
                                  <a:pt x="7874" y="8193849"/>
                                </a:lnTo>
                                <a:lnTo>
                                  <a:pt x="127" y="8201660"/>
                                </a:lnTo>
                                <a:lnTo>
                                  <a:pt x="0" y="8211286"/>
                                </a:lnTo>
                                <a:lnTo>
                                  <a:pt x="0" y="8220926"/>
                                </a:lnTo>
                                <a:lnTo>
                                  <a:pt x="7874" y="8228774"/>
                                </a:lnTo>
                                <a:lnTo>
                                  <a:pt x="27178" y="8228812"/>
                                </a:lnTo>
                                <a:lnTo>
                                  <a:pt x="35052" y="8221040"/>
                                </a:lnTo>
                                <a:lnTo>
                                  <a:pt x="35052" y="8201698"/>
                                </a:lnTo>
                                <a:close/>
                              </a:path>
                              <a:path w="1515745" h="8408035">
                                <a:moveTo>
                                  <a:pt x="35052" y="8023047"/>
                                </a:moveTo>
                                <a:lnTo>
                                  <a:pt x="27178" y="8015237"/>
                                </a:lnTo>
                                <a:lnTo>
                                  <a:pt x="17526" y="8015237"/>
                                </a:lnTo>
                                <a:lnTo>
                                  <a:pt x="7874" y="8015237"/>
                                </a:lnTo>
                                <a:lnTo>
                                  <a:pt x="0" y="8023047"/>
                                </a:lnTo>
                                <a:lnTo>
                                  <a:pt x="0" y="8042338"/>
                                </a:lnTo>
                                <a:lnTo>
                                  <a:pt x="7874" y="8050149"/>
                                </a:lnTo>
                                <a:lnTo>
                                  <a:pt x="27178" y="8050149"/>
                                </a:lnTo>
                                <a:lnTo>
                                  <a:pt x="35052" y="8042338"/>
                                </a:lnTo>
                                <a:lnTo>
                                  <a:pt x="35052" y="8023047"/>
                                </a:lnTo>
                                <a:close/>
                              </a:path>
                              <a:path w="1515745" h="8408035">
                                <a:moveTo>
                                  <a:pt x="35052" y="186563"/>
                                </a:moveTo>
                                <a:lnTo>
                                  <a:pt x="27178" y="178689"/>
                                </a:lnTo>
                                <a:lnTo>
                                  <a:pt x="17526" y="178689"/>
                                </a:lnTo>
                                <a:lnTo>
                                  <a:pt x="7874" y="178689"/>
                                </a:lnTo>
                                <a:lnTo>
                                  <a:pt x="127" y="186563"/>
                                </a:lnTo>
                                <a:lnTo>
                                  <a:pt x="0" y="196215"/>
                                </a:lnTo>
                                <a:lnTo>
                                  <a:pt x="0" y="205740"/>
                                </a:lnTo>
                                <a:lnTo>
                                  <a:pt x="7874" y="213614"/>
                                </a:lnTo>
                                <a:lnTo>
                                  <a:pt x="27178" y="213614"/>
                                </a:lnTo>
                                <a:lnTo>
                                  <a:pt x="35052" y="205867"/>
                                </a:lnTo>
                                <a:lnTo>
                                  <a:pt x="35052" y="186563"/>
                                </a:lnTo>
                                <a:close/>
                              </a:path>
                              <a:path w="1515745" h="8408035">
                                <a:moveTo>
                                  <a:pt x="35052" y="7874"/>
                                </a:moveTo>
                                <a:lnTo>
                                  <a:pt x="27178" y="127"/>
                                </a:lnTo>
                                <a:lnTo>
                                  <a:pt x="17526" y="127"/>
                                </a:lnTo>
                                <a:lnTo>
                                  <a:pt x="7874" y="127"/>
                                </a:lnTo>
                                <a:lnTo>
                                  <a:pt x="0" y="7874"/>
                                </a:lnTo>
                                <a:lnTo>
                                  <a:pt x="0" y="27178"/>
                                </a:lnTo>
                                <a:lnTo>
                                  <a:pt x="7874" y="35052"/>
                                </a:lnTo>
                                <a:lnTo>
                                  <a:pt x="27178" y="35052"/>
                                </a:lnTo>
                                <a:lnTo>
                                  <a:pt x="35052" y="27178"/>
                                </a:lnTo>
                                <a:lnTo>
                                  <a:pt x="35052" y="7874"/>
                                </a:lnTo>
                                <a:close/>
                              </a:path>
                              <a:path w="1515745" h="8408035">
                                <a:moveTo>
                                  <a:pt x="35179" y="8380717"/>
                                </a:moveTo>
                                <a:lnTo>
                                  <a:pt x="27432" y="8372843"/>
                                </a:lnTo>
                                <a:lnTo>
                                  <a:pt x="17526" y="8372729"/>
                                </a:lnTo>
                                <a:lnTo>
                                  <a:pt x="7874" y="8372729"/>
                                </a:lnTo>
                                <a:lnTo>
                                  <a:pt x="127" y="8380501"/>
                                </a:lnTo>
                                <a:lnTo>
                                  <a:pt x="0" y="8390179"/>
                                </a:lnTo>
                                <a:lnTo>
                                  <a:pt x="0" y="8399805"/>
                                </a:lnTo>
                                <a:lnTo>
                                  <a:pt x="7874" y="8407654"/>
                                </a:lnTo>
                                <a:lnTo>
                                  <a:pt x="27051" y="8407692"/>
                                </a:lnTo>
                                <a:lnTo>
                                  <a:pt x="34925" y="8399996"/>
                                </a:lnTo>
                                <a:lnTo>
                                  <a:pt x="35179" y="8380717"/>
                                </a:lnTo>
                                <a:close/>
                              </a:path>
                              <a:path w="1515745" h="8408035">
                                <a:moveTo>
                                  <a:pt x="35179" y="365633"/>
                                </a:moveTo>
                                <a:lnTo>
                                  <a:pt x="27432" y="357759"/>
                                </a:lnTo>
                                <a:lnTo>
                                  <a:pt x="17526" y="357632"/>
                                </a:lnTo>
                                <a:lnTo>
                                  <a:pt x="7874" y="357632"/>
                                </a:lnTo>
                                <a:lnTo>
                                  <a:pt x="127" y="365379"/>
                                </a:lnTo>
                                <a:lnTo>
                                  <a:pt x="0" y="375031"/>
                                </a:lnTo>
                                <a:lnTo>
                                  <a:pt x="0" y="384683"/>
                                </a:lnTo>
                                <a:lnTo>
                                  <a:pt x="7874" y="392557"/>
                                </a:lnTo>
                                <a:lnTo>
                                  <a:pt x="27051" y="392557"/>
                                </a:lnTo>
                                <a:lnTo>
                                  <a:pt x="34925" y="384810"/>
                                </a:lnTo>
                                <a:lnTo>
                                  <a:pt x="35179" y="365633"/>
                                </a:lnTo>
                                <a:close/>
                              </a:path>
                              <a:path w="1515745" h="8408035">
                                <a:moveTo>
                                  <a:pt x="220091" y="8380539"/>
                                </a:moveTo>
                                <a:lnTo>
                                  <a:pt x="212344" y="8372767"/>
                                </a:lnTo>
                                <a:lnTo>
                                  <a:pt x="202692" y="8372729"/>
                                </a:lnTo>
                                <a:lnTo>
                                  <a:pt x="193040" y="8372729"/>
                                </a:lnTo>
                                <a:lnTo>
                                  <a:pt x="185166" y="8380501"/>
                                </a:lnTo>
                                <a:lnTo>
                                  <a:pt x="185166" y="8390179"/>
                                </a:lnTo>
                                <a:lnTo>
                                  <a:pt x="185039" y="8399805"/>
                                </a:lnTo>
                                <a:lnTo>
                                  <a:pt x="192913" y="8407654"/>
                                </a:lnTo>
                                <a:lnTo>
                                  <a:pt x="212217" y="8407692"/>
                                </a:lnTo>
                                <a:lnTo>
                                  <a:pt x="220091" y="8399881"/>
                                </a:lnTo>
                                <a:lnTo>
                                  <a:pt x="220091" y="8380539"/>
                                </a:lnTo>
                                <a:close/>
                              </a:path>
                              <a:path w="1515745" h="8408035">
                                <a:moveTo>
                                  <a:pt x="220091" y="8201698"/>
                                </a:moveTo>
                                <a:lnTo>
                                  <a:pt x="212344" y="8193887"/>
                                </a:lnTo>
                                <a:lnTo>
                                  <a:pt x="202692" y="8193849"/>
                                </a:lnTo>
                                <a:lnTo>
                                  <a:pt x="193040" y="8193849"/>
                                </a:lnTo>
                                <a:lnTo>
                                  <a:pt x="185166" y="8201660"/>
                                </a:lnTo>
                                <a:lnTo>
                                  <a:pt x="185166" y="8211286"/>
                                </a:lnTo>
                                <a:lnTo>
                                  <a:pt x="185039" y="8220926"/>
                                </a:lnTo>
                                <a:lnTo>
                                  <a:pt x="192913" y="8228774"/>
                                </a:lnTo>
                                <a:lnTo>
                                  <a:pt x="212217" y="8228812"/>
                                </a:lnTo>
                                <a:lnTo>
                                  <a:pt x="220091" y="8221040"/>
                                </a:lnTo>
                                <a:lnTo>
                                  <a:pt x="220091" y="8201698"/>
                                </a:lnTo>
                                <a:close/>
                              </a:path>
                              <a:path w="1515745" h="8408035">
                                <a:moveTo>
                                  <a:pt x="220091" y="8023047"/>
                                </a:moveTo>
                                <a:lnTo>
                                  <a:pt x="212344" y="8015237"/>
                                </a:lnTo>
                                <a:lnTo>
                                  <a:pt x="202692" y="8015237"/>
                                </a:lnTo>
                                <a:lnTo>
                                  <a:pt x="193040" y="8015198"/>
                                </a:lnTo>
                                <a:lnTo>
                                  <a:pt x="185166" y="8023009"/>
                                </a:lnTo>
                                <a:lnTo>
                                  <a:pt x="185166" y="8032636"/>
                                </a:lnTo>
                                <a:lnTo>
                                  <a:pt x="185039" y="8042275"/>
                                </a:lnTo>
                                <a:lnTo>
                                  <a:pt x="192913" y="8050111"/>
                                </a:lnTo>
                                <a:lnTo>
                                  <a:pt x="212217" y="8050200"/>
                                </a:lnTo>
                                <a:lnTo>
                                  <a:pt x="220091" y="8042389"/>
                                </a:lnTo>
                                <a:lnTo>
                                  <a:pt x="220091" y="8023047"/>
                                </a:lnTo>
                                <a:close/>
                              </a:path>
                              <a:path w="1515745" h="8408035">
                                <a:moveTo>
                                  <a:pt x="220091" y="365379"/>
                                </a:moveTo>
                                <a:lnTo>
                                  <a:pt x="212344" y="357632"/>
                                </a:lnTo>
                                <a:lnTo>
                                  <a:pt x="202692" y="357632"/>
                                </a:lnTo>
                                <a:lnTo>
                                  <a:pt x="193040" y="357632"/>
                                </a:lnTo>
                                <a:lnTo>
                                  <a:pt x="185166" y="365379"/>
                                </a:lnTo>
                                <a:lnTo>
                                  <a:pt x="185166" y="375031"/>
                                </a:lnTo>
                                <a:lnTo>
                                  <a:pt x="185039" y="384683"/>
                                </a:lnTo>
                                <a:lnTo>
                                  <a:pt x="192913" y="392557"/>
                                </a:lnTo>
                                <a:lnTo>
                                  <a:pt x="212217" y="392557"/>
                                </a:lnTo>
                                <a:lnTo>
                                  <a:pt x="220091" y="384810"/>
                                </a:lnTo>
                                <a:lnTo>
                                  <a:pt x="220091" y="365379"/>
                                </a:lnTo>
                                <a:close/>
                              </a:path>
                              <a:path w="1515745" h="8408035">
                                <a:moveTo>
                                  <a:pt x="220091" y="186563"/>
                                </a:moveTo>
                                <a:lnTo>
                                  <a:pt x="212344" y="178689"/>
                                </a:lnTo>
                                <a:lnTo>
                                  <a:pt x="202692" y="178689"/>
                                </a:lnTo>
                                <a:lnTo>
                                  <a:pt x="193040" y="178689"/>
                                </a:lnTo>
                                <a:lnTo>
                                  <a:pt x="185166" y="186563"/>
                                </a:lnTo>
                                <a:lnTo>
                                  <a:pt x="185166" y="196215"/>
                                </a:lnTo>
                                <a:lnTo>
                                  <a:pt x="185039" y="205740"/>
                                </a:lnTo>
                                <a:lnTo>
                                  <a:pt x="192913" y="213614"/>
                                </a:lnTo>
                                <a:lnTo>
                                  <a:pt x="212217" y="213614"/>
                                </a:lnTo>
                                <a:lnTo>
                                  <a:pt x="220091" y="205867"/>
                                </a:lnTo>
                                <a:lnTo>
                                  <a:pt x="220091" y="186563"/>
                                </a:lnTo>
                                <a:close/>
                              </a:path>
                              <a:path w="1515745" h="8408035">
                                <a:moveTo>
                                  <a:pt x="220091" y="7874"/>
                                </a:moveTo>
                                <a:lnTo>
                                  <a:pt x="212344" y="127"/>
                                </a:lnTo>
                                <a:lnTo>
                                  <a:pt x="202692" y="127"/>
                                </a:lnTo>
                                <a:lnTo>
                                  <a:pt x="193040" y="0"/>
                                </a:lnTo>
                                <a:lnTo>
                                  <a:pt x="185166" y="7874"/>
                                </a:lnTo>
                                <a:lnTo>
                                  <a:pt x="185166" y="17526"/>
                                </a:lnTo>
                                <a:lnTo>
                                  <a:pt x="185039" y="27178"/>
                                </a:lnTo>
                                <a:lnTo>
                                  <a:pt x="192913" y="34925"/>
                                </a:lnTo>
                                <a:lnTo>
                                  <a:pt x="202565" y="35052"/>
                                </a:lnTo>
                                <a:lnTo>
                                  <a:pt x="212217" y="35052"/>
                                </a:lnTo>
                                <a:lnTo>
                                  <a:pt x="220091" y="27178"/>
                                </a:lnTo>
                                <a:lnTo>
                                  <a:pt x="220091" y="7874"/>
                                </a:lnTo>
                                <a:close/>
                              </a:path>
                              <a:path w="1515745" h="8408035">
                                <a:moveTo>
                                  <a:pt x="405130" y="8201698"/>
                                </a:moveTo>
                                <a:lnTo>
                                  <a:pt x="397383" y="8193849"/>
                                </a:lnTo>
                                <a:lnTo>
                                  <a:pt x="387731" y="8193849"/>
                                </a:lnTo>
                                <a:lnTo>
                                  <a:pt x="378079" y="8193849"/>
                                </a:lnTo>
                                <a:lnTo>
                                  <a:pt x="370205" y="8201698"/>
                                </a:lnTo>
                                <a:lnTo>
                                  <a:pt x="370205" y="8220964"/>
                                </a:lnTo>
                                <a:lnTo>
                                  <a:pt x="378079" y="8228812"/>
                                </a:lnTo>
                                <a:lnTo>
                                  <a:pt x="397383" y="8228812"/>
                                </a:lnTo>
                                <a:lnTo>
                                  <a:pt x="405130" y="8220964"/>
                                </a:lnTo>
                                <a:lnTo>
                                  <a:pt x="405130" y="8201698"/>
                                </a:lnTo>
                                <a:close/>
                              </a:path>
                              <a:path w="1515745" h="8408035">
                                <a:moveTo>
                                  <a:pt x="405130" y="8023047"/>
                                </a:moveTo>
                                <a:lnTo>
                                  <a:pt x="397383" y="8015237"/>
                                </a:lnTo>
                                <a:lnTo>
                                  <a:pt x="387731" y="8015237"/>
                                </a:lnTo>
                                <a:lnTo>
                                  <a:pt x="378079" y="8015237"/>
                                </a:lnTo>
                                <a:lnTo>
                                  <a:pt x="370205" y="8023047"/>
                                </a:lnTo>
                                <a:lnTo>
                                  <a:pt x="370205" y="8042338"/>
                                </a:lnTo>
                                <a:lnTo>
                                  <a:pt x="378079" y="8050149"/>
                                </a:lnTo>
                                <a:lnTo>
                                  <a:pt x="397383" y="8050149"/>
                                </a:lnTo>
                                <a:lnTo>
                                  <a:pt x="405130" y="8042338"/>
                                </a:lnTo>
                                <a:lnTo>
                                  <a:pt x="405130" y="8023047"/>
                                </a:lnTo>
                                <a:close/>
                              </a:path>
                              <a:path w="1515745" h="8408035">
                                <a:moveTo>
                                  <a:pt x="405130" y="186563"/>
                                </a:moveTo>
                                <a:lnTo>
                                  <a:pt x="397383" y="178689"/>
                                </a:lnTo>
                                <a:lnTo>
                                  <a:pt x="387731" y="178689"/>
                                </a:lnTo>
                                <a:lnTo>
                                  <a:pt x="378079" y="178689"/>
                                </a:lnTo>
                                <a:lnTo>
                                  <a:pt x="370205" y="186563"/>
                                </a:lnTo>
                                <a:lnTo>
                                  <a:pt x="370205" y="205867"/>
                                </a:lnTo>
                                <a:lnTo>
                                  <a:pt x="378079" y="213614"/>
                                </a:lnTo>
                                <a:lnTo>
                                  <a:pt x="397383" y="213614"/>
                                </a:lnTo>
                                <a:lnTo>
                                  <a:pt x="405130" y="205867"/>
                                </a:lnTo>
                                <a:lnTo>
                                  <a:pt x="405130" y="186563"/>
                                </a:lnTo>
                                <a:close/>
                              </a:path>
                              <a:path w="1515745" h="8408035">
                                <a:moveTo>
                                  <a:pt x="405130" y="7874"/>
                                </a:moveTo>
                                <a:lnTo>
                                  <a:pt x="397383" y="127"/>
                                </a:lnTo>
                                <a:lnTo>
                                  <a:pt x="387731" y="127"/>
                                </a:lnTo>
                                <a:lnTo>
                                  <a:pt x="378079" y="127"/>
                                </a:lnTo>
                                <a:lnTo>
                                  <a:pt x="370205" y="7874"/>
                                </a:lnTo>
                                <a:lnTo>
                                  <a:pt x="370205" y="27178"/>
                                </a:lnTo>
                                <a:lnTo>
                                  <a:pt x="378079" y="35052"/>
                                </a:lnTo>
                                <a:lnTo>
                                  <a:pt x="397383" y="35052"/>
                                </a:lnTo>
                                <a:lnTo>
                                  <a:pt x="405130" y="27178"/>
                                </a:lnTo>
                                <a:lnTo>
                                  <a:pt x="405130" y="7874"/>
                                </a:lnTo>
                                <a:close/>
                              </a:path>
                              <a:path w="1515745" h="8408035">
                                <a:moveTo>
                                  <a:pt x="405257" y="8380717"/>
                                </a:moveTo>
                                <a:lnTo>
                                  <a:pt x="397510" y="8372843"/>
                                </a:lnTo>
                                <a:lnTo>
                                  <a:pt x="377952" y="8372843"/>
                                </a:lnTo>
                                <a:lnTo>
                                  <a:pt x="370205" y="8380577"/>
                                </a:lnTo>
                                <a:lnTo>
                                  <a:pt x="370306" y="8399958"/>
                                </a:lnTo>
                                <a:lnTo>
                                  <a:pt x="378079" y="8407654"/>
                                </a:lnTo>
                                <a:lnTo>
                                  <a:pt x="397256" y="8407654"/>
                                </a:lnTo>
                                <a:lnTo>
                                  <a:pt x="405130" y="8399958"/>
                                </a:lnTo>
                                <a:lnTo>
                                  <a:pt x="405257" y="8380717"/>
                                </a:lnTo>
                                <a:close/>
                              </a:path>
                              <a:path w="1515745" h="8408035">
                                <a:moveTo>
                                  <a:pt x="405257" y="365633"/>
                                </a:moveTo>
                                <a:lnTo>
                                  <a:pt x="397510" y="357759"/>
                                </a:lnTo>
                                <a:lnTo>
                                  <a:pt x="377952" y="357759"/>
                                </a:lnTo>
                                <a:lnTo>
                                  <a:pt x="370205" y="365633"/>
                                </a:lnTo>
                                <a:lnTo>
                                  <a:pt x="370332" y="384810"/>
                                </a:lnTo>
                                <a:lnTo>
                                  <a:pt x="378079" y="392557"/>
                                </a:lnTo>
                                <a:lnTo>
                                  <a:pt x="397256" y="392557"/>
                                </a:lnTo>
                                <a:lnTo>
                                  <a:pt x="405130" y="384810"/>
                                </a:lnTo>
                                <a:lnTo>
                                  <a:pt x="405257" y="365633"/>
                                </a:lnTo>
                                <a:close/>
                              </a:path>
                              <a:path w="1515745" h="8408035">
                                <a:moveTo>
                                  <a:pt x="590296" y="8380577"/>
                                </a:moveTo>
                                <a:lnTo>
                                  <a:pt x="582422" y="8372805"/>
                                </a:lnTo>
                                <a:lnTo>
                                  <a:pt x="572770" y="8372729"/>
                                </a:lnTo>
                                <a:lnTo>
                                  <a:pt x="563118" y="8372729"/>
                                </a:lnTo>
                                <a:lnTo>
                                  <a:pt x="555244" y="8380577"/>
                                </a:lnTo>
                                <a:lnTo>
                                  <a:pt x="555244" y="8399843"/>
                                </a:lnTo>
                                <a:lnTo>
                                  <a:pt x="563118" y="8407654"/>
                                </a:lnTo>
                                <a:lnTo>
                                  <a:pt x="582422" y="8407654"/>
                                </a:lnTo>
                                <a:lnTo>
                                  <a:pt x="590296" y="8399843"/>
                                </a:lnTo>
                                <a:lnTo>
                                  <a:pt x="590296" y="8380577"/>
                                </a:lnTo>
                                <a:close/>
                              </a:path>
                              <a:path w="1515745" h="8408035">
                                <a:moveTo>
                                  <a:pt x="590296" y="365506"/>
                                </a:moveTo>
                                <a:lnTo>
                                  <a:pt x="582422" y="357632"/>
                                </a:lnTo>
                                <a:lnTo>
                                  <a:pt x="572770" y="357632"/>
                                </a:lnTo>
                                <a:lnTo>
                                  <a:pt x="563118" y="357632"/>
                                </a:lnTo>
                                <a:lnTo>
                                  <a:pt x="555244" y="365506"/>
                                </a:lnTo>
                                <a:lnTo>
                                  <a:pt x="555244" y="384683"/>
                                </a:lnTo>
                                <a:lnTo>
                                  <a:pt x="563118" y="392557"/>
                                </a:lnTo>
                                <a:lnTo>
                                  <a:pt x="582422" y="392557"/>
                                </a:lnTo>
                                <a:lnTo>
                                  <a:pt x="590296" y="384683"/>
                                </a:lnTo>
                                <a:lnTo>
                                  <a:pt x="590296" y="365506"/>
                                </a:lnTo>
                                <a:close/>
                              </a:path>
                              <a:path w="1515745" h="8408035">
                                <a:moveTo>
                                  <a:pt x="590423" y="8201698"/>
                                </a:moveTo>
                                <a:lnTo>
                                  <a:pt x="582549" y="8193849"/>
                                </a:lnTo>
                                <a:lnTo>
                                  <a:pt x="572897" y="8193849"/>
                                </a:lnTo>
                                <a:lnTo>
                                  <a:pt x="563245" y="8193849"/>
                                </a:lnTo>
                                <a:lnTo>
                                  <a:pt x="555371" y="8201698"/>
                                </a:lnTo>
                                <a:lnTo>
                                  <a:pt x="555371" y="8220964"/>
                                </a:lnTo>
                                <a:lnTo>
                                  <a:pt x="563245" y="8228812"/>
                                </a:lnTo>
                                <a:lnTo>
                                  <a:pt x="582549" y="8228812"/>
                                </a:lnTo>
                                <a:lnTo>
                                  <a:pt x="590423" y="8220964"/>
                                </a:lnTo>
                                <a:lnTo>
                                  <a:pt x="590423" y="8201698"/>
                                </a:lnTo>
                                <a:close/>
                              </a:path>
                              <a:path w="1515745" h="8408035">
                                <a:moveTo>
                                  <a:pt x="590423" y="8023047"/>
                                </a:moveTo>
                                <a:lnTo>
                                  <a:pt x="582549" y="8015237"/>
                                </a:lnTo>
                                <a:lnTo>
                                  <a:pt x="572897" y="8015237"/>
                                </a:lnTo>
                                <a:lnTo>
                                  <a:pt x="563245" y="8015237"/>
                                </a:lnTo>
                                <a:lnTo>
                                  <a:pt x="555371" y="8023047"/>
                                </a:lnTo>
                                <a:lnTo>
                                  <a:pt x="555371" y="8042338"/>
                                </a:lnTo>
                                <a:lnTo>
                                  <a:pt x="563245" y="8050149"/>
                                </a:lnTo>
                                <a:lnTo>
                                  <a:pt x="582549" y="8050149"/>
                                </a:lnTo>
                                <a:lnTo>
                                  <a:pt x="590423" y="8042338"/>
                                </a:lnTo>
                                <a:lnTo>
                                  <a:pt x="590423" y="8023047"/>
                                </a:lnTo>
                                <a:close/>
                              </a:path>
                              <a:path w="1515745" h="8408035">
                                <a:moveTo>
                                  <a:pt x="590423" y="186563"/>
                                </a:moveTo>
                                <a:lnTo>
                                  <a:pt x="582549" y="178689"/>
                                </a:lnTo>
                                <a:lnTo>
                                  <a:pt x="572897" y="178689"/>
                                </a:lnTo>
                                <a:lnTo>
                                  <a:pt x="563245" y="178689"/>
                                </a:lnTo>
                                <a:lnTo>
                                  <a:pt x="555371" y="186563"/>
                                </a:lnTo>
                                <a:lnTo>
                                  <a:pt x="555371" y="205867"/>
                                </a:lnTo>
                                <a:lnTo>
                                  <a:pt x="563245" y="213614"/>
                                </a:lnTo>
                                <a:lnTo>
                                  <a:pt x="582549" y="213614"/>
                                </a:lnTo>
                                <a:lnTo>
                                  <a:pt x="590423" y="205867"/>
                                </a:lnTo>
                                <a:lnTo>
                                  <a:pt x="590423" y="186563"/>
                                </a:lnTo>
                                <a:close/>
                              </a:path>
                              <a:path w="1515745" h="8408035">
                                <a:moveTo>
                                  <a:pt x="590423" y="7874"/>
                                </a:moveTo>
                                <a:lnTo>
                                  <a:pt x="582549" y="127"/>
                                </a:lnTo>
                                <a:lnTo>
                                  <a:pt x="572897" y="127"/>
                                </a:lnTo>
                                <a:lnTo>
                                  <a:pt x="563245" y="127"/>
                                </a:lnTo>
                                <a:lnTo>
                                  <a:pt x="555371" y="7874"/>
                                </a:lnTo>
                                <a:lnTo>
                                  <a:pt x="555371" y="27178"/>
                                </a:lnTo>
                                <a:lnTo>
                                  <a:pt x="563245" y="35052"/>
                                </a:lnTo>
                                <a:lnTo>
                                  <a:pt x="582549" y="35052"/>
                                </a:lnTo>
                                <a:lnTo>
                                  <a:pt x="590423" y="27178"/>
                                </a:lnTo>
                                <a:lnTo>
                                  <a:pt x="590423" y="7874"/>
                                </a:lnTo>
                                <a:close/>
                              </a:path>
                              <a:path w="1515745" h="8408035">
                                <a:moveTo>
                                  <a:pt x="775335" y="8380539"/>
                                </a:moveTo>
                                <a:lnTo>
                                  <a:pt x="767461" y="8372729"/>
                                </a:lnTo>
                                <a:lnTo>
                                  <a:pt x="757809" y="8372729"/>
                                </a:lnTo>
                                <a:lnTo>
                                  <a:pt x="748157" y="8372729"/>
                                </a:lnTo>
                                <a:lnTo>
                                  <a:pt x="740410" y="8380577"/>
                                </a:lnTo>
                                <a:lnTo>
                                  <a:pt x="740410" y="8399843"/>
                                </a:lnTo>
                                <a:lnTo>
                                  <a:pt x="748157" y="8407654"/>
                                </a:lnTo>
                                <a:lnTo>
                                  <a:pt x="767461" y="8407654"/>
                                </a:lnTo>
                                <a:lnTo>
                                  <a:pt x="775335" y="8399843"/>
                                </a:lnTo>
                                <a:lnTo>
                                  <a:pt x="775335" y="8380539"/>
                                </a:lnTo>
                                <a:close/>
                              </a:path>
                              <a:path w="1515745" h="8408035">
                                <a:moveTo>
                                  <a:pt x="775335" y="365379"/>
                                </a:moveTo>
                                <a:lnTo>
                                  <a:pt x="767461" y="357632"/>
                                </a:lnTo>
                                <a:lnTo>
                                  <a:pt x="757809" y="357632"/>
                                </a:lnTo>
                                <a:lnTo>
                                  <a:pt x="748157" y="357632"/>
                                </a:lnTo>
                                <a:lnTo>
                                  <a:pt x="740410" y="365506"/>
                                </a:lnTo>
                                <a:lnTo>
                                  <a:pt x="740410" y="384683"/>
                                </a:lnTo>
                                <a:lnTo>
                                  <a:pt x="748157" y="392557"/>
                                </a:lnTo>
                                <a:lnTo>
                                  <a:pt x="767461" y="392557"/>
                                </a:lnTo>
                                <a:lnTo>
                                  <a:pt x="775335" y="384683"/>
                                </a:lnTo>
                                <a:lnTo>
                                  <a:pt x="775335" y="365379"/>
                                </a:lnTo>
                                <a:close/>
                              </a:path>
                              <a:path w="1515745" h="8408035">
                                <a:moveTo>
                                  <a:pt x="775462" y="8201698"/>
                                </a:moveTo>
                                <a:lnTo>
                                  <a:pt x="767588" y="8193849"/>
                                </a:lnTo>
                                <a:lnTo>
                                  <a:pt x="757936" y="8193849"/>
                                </a:lnTo>
                                <a:lnTo>
                                  <a:pt x="748284" y="8193849"/>
                                </a:lnTo>
                                <a:lnTo>
                                  <a:pt x="740410" y="8201698"/>
                                </a:lnTo>
                                <a:lnTo>
                                  <a:pt x="740410" y="8220964"/>
                                </a:lnTo>
                                <a:lnTo>
                                  <a:pt x="748284" y="8228812"/>
                                </a:lnTo>
                                <a:lnTo>
                                  <a:pt x="767588" y="8228812"/>
                                </a:lnTo>
                                <a:lnTo>
                                  <a:pt x="775462" y="8220964"/>
                                </a:lnTo>
                                <a:lnTo>
                                  <a:pt x="775462" y="8201698"/>
                                </a:lnTo>
                                <a:close/>
                              </a:path>
                              <a:path w="1515745" h="8408035">
                                <a:moveTo>
                                  <a:pt x="775462" y="8023047"/>
                                </a:moveTo>
                                <a:lnTo>
                                  <a:pt x="767588" y="8015237"/>
                                </a:lnTo>
                                <a:lnTo>
                                  <a:pt x="757936" y="8015237"/>
                                </a:lnTo>
                                <a:lnTo>
                                  <a:pt x="748284" y="8015237"/>
                                </a:lnTo>
                                <a:lnTo>
                                  <a:pt x="740410" y="8023047"/>
                                </a:lnTo>
                                <a:lnTo>
                                  <a:pt x="740410" y="8042338"/>
                                </a:lnTo>
                                <a:lnTo>
                                  <a:pt x="748284" y="8050149"/>
                                </a:lnTo>
                                <a:lnTo>
                                  <a:pt x="767588" y="8050149"/>
                                </a:lnTo>
                                <a:lnTo>
                                  <a:pt x="775462" y="8042338"/>
                                </a:lnTo>
                                <a:lnTo>
                                  <a:pt x="775462" y="8023047"/>
                                </a:lnTo>
                                <a:close/>
                              </a:path>
                              <a:path w="1515745" h="8408035">
                                <a:moveTo>
                                  <a:pt x="775462" y="186563"/>
                                </a:moveTo>
                                <a:lnTo>
                                  <a:pt x="767588" y="178689"/>
                                </a:lnTo>
                                <a:lnTo>
                                  <a:pt x="757936" y="178689"/>
                                </a:lnTo>
                                <a:lnTo>
                                  <a:pt x="748284" y="178689"/>
                                </a:lnTo>
                                <a:lnTo>
                                  <a:pt x="740410" y="186563"/>
                                </a:lnTo>
                                <a:lnTo>
                                  <a:pt x="740410" y="205867"/>
                                </a:lnTo>
                                <a:lnTo>
                                  <a:pt x="748284" y="213614"/>
                                </a:lnTo>
                                <a:lnTo>
                                  <a:pt x="767588" y="213614"/>
                                </a:lnTo>
                                <a:lnTo>
                                  <a:pt x="775462" y="205867"/>
                                </a:lnTo>
                                <a:lnTo>
                                  <a:pt x="775462" y="186563"/>
                                </a:lnTo>
                                <a:close/>
                              </a:path>
                              <a:path w="1515745" h="8408035">
                                <a:moveTo>
                                  <a:pt x="775462" y="7874"/>
                                </a:moveTo>
                                <a:lnTo>
                                  <a:pt x="767588" y="127"/>
                                </a:lnTo>
                                <a:lnTo>
                                  <a:pt x="757936" y="127"/>
                                </a:lnTo>
                                <a:lnTo>
                                  <a:pt x="748284" y="127"/>
                                </a:lnTo>
                                <a:lnTo>
                                  <a:pt x="740410" y="7874"/>
                                </a:lnTo>
                                <a:lnTo>
                                  <a:pt x="740410" y="27178"/>
                                </a:lnTo>
                                <a:lnTo>
                                  <a:pt x="748284" y="35052"/>
                                </a:lnTo>
                                <a:lnTo>
                                  <a:pt x="767588" y="35052"/>
                                </a:lnTo>
                                <a:lnTo>
                                  <a:pt x="775462" y="27178"/>
                                </a:lnTo>
                                <a:lnTo>
                                  <a:pt x="775462" y="7874"/>
                                </a:lnTo>
                                <a:close/>
                              </a:path>
                              <a:path w="1515745" h="8408035">
                                <a:moveTo>
                                  <a:pt x="960374" y="8380539"/>
                                </a:moveTo>
                                <a:lnTo>
                                  <a:pt x="952500" y="8372767"/>
                                </a:lnTo>
                                <a:lnTo>
                                  <a:pt x="942975" y="8372729"/>
                                </a:lnTo>
                                <a:lnTo>
                                  <a:pt x="933323" y="8372729"/>
                                </a:lnTo>
                                <a:lnTo>
                                  <a:pt x="925449" y="8380501"/>
                                </a:lnTo>
                                <a:lnTo>
                                  <a:pt x="925449" y="8399805"/>
                                </a:lnTo>
                                <a:lnTo>
                                  <a:pt x="933196" y="8407654"/>
                                </a:lnTo>
                                <a:lnTo>
                                  <a:pt x="952500" y="8407692"/>
                                </a:lnTo>
                                <a:lnTo>
                                  <a:pt x="960374" y="8399881"/>
                                </a:lnTo>
                                <a:lnTo>
                                  <a:pt x="960374" y="8380539"/>
                                </a:lnTo>
                                <a:close/>
                              </a:path>
                              <a:path w="1515745" h="8408035">
                                <a:moveTo>
                                  <a:pt x="960374" y="8023047"/>
                                </a:moveTo>
                                <a:lnTo>
                                  <a:pt x="952627" y="8015237"/>
                                </a:lnTo>
                                <a:lnTo>
                                  <a:pt x="942975" y="8015237"/>
                                </a:lnTo>
                                <a:lnTo>
                                  <a:pt x="933323" y="8015198"/>
                                </a:lnTo>
                                <a:lnTo>
                                  <a:pt x="925449" y="8023009"/>
                                </a:lnTo>
                                <a:lnTo>
                                  <a:pt x="925449" y="8042275"/>
                                </a:lnTo>
                                <a:lnTo>
                                  <a:pt x="933196" y="8050111"/>
                                </a:lnTo>
                                <a:lnTo>
                                  <a:pt x="952500" y="8050200"/>
                                </a:lnTo>
                                <a:lnTo>
                                  <a:pt x="960374" y="8042389"/>
                                </a:lnTo>
                                <a:lnTo>
                                  <a:pt x="960374" y="8023047"/>
                                </a:lnTo>
                                <a:close/>
                              </a:path>
                              <a:path w="1515745" h="8408035">
                                <a:moveTo>
                                  <a:pt x="960374" y="365379"/>
                                </a:moveTo>
                                <a:lnTo>
                                  <a:pt x="952500" y="357632"/>
                                </a:lnTo>
                                <a:lnTo>
                                  <a:pt x="942975" y="357632"/>
                                </a:lnTo>
                                <a:lnTo>
                                  <a:pt x="933323" y="357632"/>
                                </a:lnTo>
                                <a:lnTo>
                                  <a:pt x="925449" y="365379"/>
                                </a:lnTo>
                                <a:lnTo>
                                  <a:pt x="925449" y="384683"/>
                                </a:lnTo>
                                <a:lnTo>
                                  <a:pt x="933196" y="392557"/>
                                </a:lnTo>
                                <a:lnTo>
                                  <a:pt x="952500" y="392557"/>
                                </a:lnTo>
                                <a:lnTo>
                                  <a:pt x="960374" y="384810"/>
                                </a:lnTo>
                                <a:lnTo>
                                  <a:pt x="960374" y="365379"/>
                                </a:lnTo>
                                <a:close/>
                              </a:path>
                              <a:path w="1515745" h="8408035">
                                <a:moveTo>
                                  <a:pt x="960374" y="7874"/>
                                </a:moveTo>
                                <a:lnTo>
                                  <a:pt x="952627" y="127"/>
                                </a:lnTo>
                                <a:lnTo>
                                  <a:pt x="942975" y="127"/>
                                </a:lnTo>
                                <a:lnTo>
                                  <a:pt x="933323" y="0"/>
                                </a:lnTo>
                                <a:lnTo>
                                  <a:pt x="925449" y="7874"/>
                                </a:lnTo>
                                <a:lnTo>
                                  <a:pt x="925449" y="27178"/>
                                </a:lnTo>
                                <a:lnTo>
                                  <a:pt x="933196" y="34925"/>
                                </a:lnTo>
                                <a:lnTo>
                                  <a:pt x="942848" y="35052"/>
                                </a:lnTo>
                                <a:lnTo>
                                  <a:pt x="952500" y="35052"/>
                                </a:lnTo>
                                <a:lnTo>
                                  <a:pt x="960374" y="27178"/>
                                </a:lnTo>
                                <a:lnTo>
                                  <a:pt x="960374" y="7874"/>
                                </a:lnTo>
                                <a:close/>
                              </a:path>
                              <a:path w="1515745" h="8408035">
                                <a:moveTo>
                                  <a:pt x="960501" y="8206511"/>
                                </a:moveTo>
                                <a:lnTo>
                                  <a:pt x="958469" y="8202142"/>
                                </a:lnTo>
                                <a:lnTo>
                                  <a:pt x="955421" y="8198980"/>
                                </a:lnTo>
                                <a:lnTo>
                                  <a:pt x="942975" y="8193862"/>
                                </a:lnTo>
                                <a:lnTo>
                                  <a:pt x="930656" y="8198955"/>
                                </a:lnTo>
                                <a:lnTo>
                                  <a:pt x="927481" y="8202117"/>
                                </a:lnTo>
                                <a:lnTo>
                                  <a:pt x="925449" y="8206473"/>
                                </a:lnTo>
                                <a:lnTo>
                                  <a:pt x="925449" y="8220926"/>
                                </a:lnTo>
                                <a:lnTo>
                                  <a:pt x="933323" y="8228774"/>
                                </a:lnTo>
                                <a:lnTo>
                                  <a:pt x="952627" y="8228812"/>
                                </a:lnTo>
                                <a:lnTo>
                                  <a:pt x="960501" y="8221040"/>
                                </a:lnTo>
                                <a:lnTo>
                                  <a:pt x="960501" y="8206511"/>
                                </a:lnTo>
                                <a:close/>
                              </a:path>
                              <a:path w="1515745" h="8408035">
                                <a:moveTo>
                                  <a:pt x="960501" y="191389"/>
                                </a:moveTo>
                                <a:lnTo>
                                  <a:pt x="958469" y="187071"/>
                                </a:lnTo>
                                <a:lnTo>
                                  <a:pt x="955421" y="183896"/>
                                </a:lnTo>
                                <a:lnTo>
                                  <a:pt x="942975" y="178689"/>
                                </a:lnTo>
                                <a:lnTo>
                                  <a:pt x="930656" y="183769"/>
                                </a:lnTo>
                                <a:lnTo>
                                  <a:pt x="927481" y="186944"/>
                                </a:lnTo>
                                <a:lnTo>
                                  <a:pt x="925449" y="191389"/>
                                </a:lnTo>
                                <a:lnTo>
                                  <a:pt x="925449" y="205740"/>
                                </a:lnTo>
                                <a:lnTo>
                                  <a:pt x="933323" y="213614"/>
                                </a:lnTo>
                                <a:lnTo>
                                  <a:pt x="952627" y="213614"/>
                                </a:lnTo>
                                <a:lnTo>
                                  <a:pt x="960501" y="205867"/>
                                </a:lnTo>
                                <a:lnTo>
                                  <a:pt x="960501" y="191389"/>
                                </a:lnTo>
                                <a:close/>
                              </a:path>
                              <a:path w="1515745" h="8408035">
                                <a:moveTo>
                                  <a:pt x="1128141" y="8193849"/>
                                </a:moveTo>
                                <a:lnTo>
                                  <a:pt x="1128014" y="8193849"/>
                                </a:lnTo>
                                <a:lnTo>
                                  <a:pt x="1128141" y="8193862"/>
                                </a:lnTo>
                                <a:close/>
                              </a:path>
                              <a:path w="1515745" h="8408035">
                                <a:moveTo>
                                  <a:pt x="1145540" y="8206511"/>
                                </a:moveTo>
                                <a:lnTo>
                                  <a:pt x="1143635" y="8202142"/>
                                </a:lnTo>
                                <a:lnTo>
                                  <a:pt x="1140460" y="8198980"/>
                                </a:lnTo>
                                <a:lnTo>
                                  <a:pt x="1128141" y="8193862"/>
                                </a:lnTo>
                                <a:lnTo>
                                  <a:pt x="1115695" y="8198955"/>
                                </a:lnTo>
                                <a:lnTo>
                                  <a:pt x="1112520" y="8202117"/>
                                </a:lnTo>
                                <a:lnTo>
                                  <a:pt x="1110615" y="8206473"/>
                                </a:lnTo>
                                <a:lnTo>
                                  <a:pt x="1110615" y="8211299"/>
                                </a:lnTo>
                                <a:lnTo>
                                  <a:pt x="1110488" y="8220926"/>
                                </a:lnTo>
                                <a:lnTo>
                                  <a:pt x="1118362" y="8228774"/>
                                </a:lnTo>
                                <a:lnTo>
                                  <a:pt x="1137666" y="8228812"/>
                                </a:lnTo>
                                <a:lnTo>
                                  <a:pt x="1145540" y="8221040"/>
                                </a:lnTo>
                                <a:lnTo>
                                  <a:pt x="1145540" y="8206511"/>
                                </a:lnTo>
                                <a:close/>
                              </a:path>
                              <a:path w="1515745" h="8408035">
                                <a:moveTo>
                                  <a:pt x="1145540" y="191389"/>
                                </a:moveTo>
                                <a:lnTo>
                                  <a:pt x="1143635" y="187071"/>
                                </a:lnTo>
                                <a:lnTo>
                                  <a:pt x="1140460" y="183896"/>
                                </a:lnTo>
                                <a:lnTo>
                                  <a:pt x="1128141" y="178689"/>
                                </a:lnTo>
                                <a:lnTo>
                                  <a:pt x="1115695" y="183769"/>
                                </a:lnTo>
                                <a:lnTo>
                                  <a:pt x="1112520" y="186944"/>
                                </a:lnTo>
                                <a:lnTo>
                                  <a:pt x="1110615" y="191389"/>
                                </a:lnTo>
                                <a:lnTo>
                                  <a:pt x="1110615" y="196215"/>
                                </a:lnTo>
                                <a:lnTo>
                                  <a:pt x="1110488" y="205740"/>
                                </a:lnTo>
                                <a:lnTo>
                                  <a:pt x="1118362" y="213614"/>
                                </a:lnTo>
                                <a:lnTo>
                                  <a:pt x="1137666" y="213614"/>
                                </a:lnTo>
                                <a:lnTo>
                                  <a:pt x="1145540" y="205867"/>
                                </a:lnTo>
                                <a:lnTo>
                                  <a:pt x="1145540" y="191389"/>
                                </a:lnTo>
                                <a:close/>
                              </a:path>
                              <a:path w="1515745" h="8408035">
                                <a:moveTo>
                                  <a:pt x="1145667" y="8023047"/>
                                </a:moveTo>
                                <a:lnTo>
                                  <a:pt x="1137793" y="8015237"/>
                                </a:lnTo>
                                <a:lnTo>
                                  <a:pt x="1128014" y="8015237"/>
                                </a:lnTo>
                                <a:lnTo>
                                  <a:pt x="1118362" y="8015313"/>
                                </a:lnTo>
                                <a:lnTo>
                                  <a:pt x="1110615" y="8023187"/>
                                </a:lnTo>
                                <a:lnTo>
                                  <a:pt x="1110615" y="8032826"/>
                                </a:lnTo>
                                <a:lnTo>
                                  <a:pt x="1110742" y="8042440"/>
                                </a:lnTo>
                                <a:lnTo>
                                  <a:pt x="1118616" y="8050225"/>
                                </a:lnTo>
                                <a:lnTo>
                                  <a:pt x="1137920" y="8050073"/>
                                </a:lnTo>
                                <a:lnTo>
                                  <a:pt x="1145667" y="8042275"/>
                                </a:lnTo>
                                <a:lnTo>
                                  <a:pt x="1145667" y="8023047"/>
                                </a:lnTo>
                                <a:close/>
                              </a:path>
                              <a:path w="1515745" h="8408035">
                                <a:moveTo>
                                  <a:pt x="1145667" y="7874"/>
                                </a:moveTo>
                                <a:lnTo>
                                  <a:pt x="1137793" y="127"/>
                                </a:lnTo>
                                <a:lnTo>
                                  <a:pt x="1128014" y="127"/>
                                </a:lnTo>
                                <a:lnTo>
                                  <a:pt x="1118362" y="127"/>
                                </a:lnTo>
                                <a:lnTo>
                                  <a:pt x="1110615" y="8001"/>
                                </a:lnTo>
                                <a:lnTo>
                                  <a:pt x="1110615" y="17653"/>
                                </a:lnTo>
                                <a:lnTo>
                                  <a:pt x="1110742" y="27305"/>
                                </a:lnTo>
                                <a:lnTo>
                                  <a:pt x="1118616" y="35052"/>
                                </a:lnTo>
                                <a:lnTo>
                                  <a:pt x="1128268" y="35052"/>
                                </a:lnTo>
                                <a:lnTo>
                                  <a:pt x="1137920" y="34925"/>
                                </a:lnTo>
                                <a:lnTo>
                                  <a:pt x="1145667" y="27178"/>
                                </a:lnTo>
                                <a:lnTo>
                                  <a:pt x="1145667" y="7874"/>
                                </a:lnTo>
                                <a:close/>
                              </a:path>
                              <a:path w="1515745" h="8408035">
                                <a:moveTo>
                                  <a:pt x="1145794" y="8380717"/>
                                </a:moveTo>
                                <a:lnTo>
                                  <a:pt x="1138047" y="8372843"/>
                                </a:lnTo>
                                <a:lnTo>
                                  <a:pt x="1128014" y="8372729"/>
                                </a:lnTo>
                                <a:lnTo>
                                  <a:pt x="1118362" y="8372805"/>
                                </a:lnTo>
                                <a:lnTo>
                                  <a:pt x="1110615" y="8380679"/>
                                </a:lnTo>
                                <a:lnTo>
                                  <a:pt x="1110615" y="8390318"/>
                                </a:lnTo>
                                <a:lnTo>
                                  <a:pt x="1110742" y="8399996"/>
                                </a:lnTo>
                                <a:lnTo>
                                  <a:pt x="1118616" y="8407730"/>
                                </a:lnTo>
                                <a:lnTo>
                                  <a:pt x="1137793" y="8407578"/>
                                </a:lnTo>
                                <a:lnTo>
                                  <a:pt x="1145540" y="8399920"/>
                                </a:lnTo>
                                <a:lnTo>
                                  <a:pt x="1145794" y="8380717"/>
                                </a:lnTo>
                                <a:close/>
                              </a:path>
                              <a:path w="1515745" h="8408035">
                                <a:moveTo>
                                  <a:pt x="1145794" y="365633"/>
                                </a:moveTo>
                                <a:lnTo>
                                  <a:pt x="1138047" y="357759"/>
                                </a:lnTo>
                                <a:lnTo>
                                  <a:pt x="1128014" y="357632"/>
                                </a:lnTo>
                                <a:lnTo>
                                  <a:pt x="1118362" y="357632"/>
                                </a:lnTo>
                                <a:lnTo>
                                  <a:pt x="1110615" y="365506"/>
                                </a:lnTo>
                                <a:lnTo>
                                  <a:pt x="1110615" y="375158"/>
                                </a:lnTo>
                                <a:lnTo>
                                  <a:pt x="1110742" y="384810"/>
                                </a:lnTo>
                                <a:lnTo>
                                  <a:pt x="1118616" y="392557"/>
                                </a:lnTo>
                                <a:lnTo>
                                  <a:pt x="1128268" y="392557"/>
                                </a:lnTo>
                                <a:lnTo>
                                  <a:pt x="1137793" y="392430"/>
                                </a:lnTo>
                                <a:lnTo>
                                  <a:pt x="1145540" y="384810"/>
                                </a:lnTo>
                                <a:lnTo>
                                  <a:pt x="1145794" y="365633"/>
                                </a:lnTo>
                                <a:close/>
                              </a:path>
                              <a:path w="1515745" h="8408035">
                                <a:moveTo>
                                  <a:pt x="1330579" y="8380539"/>
                                </a:moveTo>
                                <a:lnTo>
                                  <a:pt x="1322705" y="8372729"/>
                                </a:lnTo>
                                <a:lnTo>
                                  <a:pt x="1313053" y="8372729"/>
                                </a:lnTo>
                                <a:lnTo>
                                  <a:pt x="1303401" y="8372729"/>
                                </a:lnTo>
                                <a:lnTo>
                                  <a:pt x="1295527" y="8380577"/>
                                </a:lnTo>
                                <a:lnTo>
                                  <a:pt x="1295527" y="8399843"/>
                                </a:lnTo>
                                <a:lnTo>
                                  <a:pt x="1303401" y="8407654"/>
                                </a:lnTo>
                                <a:lnTo>
                                  <a:pt x="1322705" y="8407654"/>
                                </a:lnTo>
                                <a:lnTo>
                                  <a:pt x="1330579" y="8399843"/>
                                </a:lnTo>
                                <a:lnTo>
                                  <a:pt x="1330579" y="8380539"/>
                                </a:lnTo>
                                <a:close/>
                              </a:path>
                              <a:path w="1515745" h="8408035">
                                <a:moveTo>
                                  <a:pt x="1330579" y="8201698"/>
                                </a:moveTo>
                                <a:lnTo>
                                  <a:pt x="1322832" y="8193849"/>
                                </a:lnTo>
                                <a:lnTo>
                                  <a:pt x="1313180" y="8193849"/>
                                </a:lnTo>
                                <a:lnTo>
                                  <a:pt x="1303528" y="8193849"/>
                                </a:lnTo>
                                <a:lnTo>
                                  <a:pt x="1295654" y="8201698"/>
                                </a:lnTo>
                                <a:lnTo>
                                  <a:pt x="1295654" y="8220964"/>
                                </a:lnTo>
                                <a:lnTo>
                                  <a:pt x="1303528" y="8228812"/>
                                </a:lnTo>
                                <a:lnTo>
                                  <a:pt x="1322832" y="8228812"/>
                                </a:lnTo>
                                <a:lnTo>
                                  <a:pt x="1330579" y="8220964"/>
                                </a:lnTo>
                                <a:lnTo>
                                  <a:pt x="1330579" y="8201698"/>
                                </a:lnTo>
                                <a:close/>
                              </a:path>
                              <a:path w="1515745" h="8408035">
                                <a:moveTo>
                                  <a:pt x="1330579" y="8023047"/>
                                </a:moveTo>
                                <a:lnTo>
                                  <a:pt x="1322705" y="8015237"/>
                                </a:lnTo>
                                <a:lnTo>
                                  <a:pt x="1313053" y="8015237"/>
                                </a:lnTo>
                                <a:lnTo>
                                  <a:pt x="1303401" y="8015237"/>
                                </a:lnTo>
                                <a:lnTo>
                                  <a:pt x="1295527" y="8023047"/>
                                </a:lnTo>
                                <a:lnTo>
                                  <a:pt x="1295527" y="8042338"/>
                                </a:lnTo>
                                <a:lnTo>
                                  <a:pt x="1303401" y="8050149"/>
                                </a:lnTo>
                                <a:lnTo>
                                  <a:pt x="1322705" y="8050149"/>
                                </a:lnTo>
                                <a:lnTo>
                                  <a:pt x="1330579" y="8042338"/>
                                </a:lnTo>
                                <a:lnTo>
                                  <a:pt x="1330579" y="8023047"/>
                                </a:lnTo>
                                <a:close/>
                              </a:path>
                              <a:path w="1515745" h="8408035">
                                <a:moveTo>
                                  <a:pt x="1330579" y="365379"/>
                                </a:moveTo>
                                <a:lnTo>
                                  <a:pt x="1322705" y="357632"/>
                                </a:lnTo>
                                <a:lnTo>
                                  <a:pt x="1313053" y="357632"/>
                                </a:lnTo>
                                <a:lnTo>
                                  <a:pt x="1303401" y="357632"/>
                                </a:lnTo>
                                <a:lnTo>
                                  <a:pt x="1295527" y="365506"/>
                                </a:lnTo>
                                <a:lnTo>
                                  <a:pt x="1295527" y="384683"/>
                                </a:lnTo>
                                <a:lnTo>
                                  <a:pt x="1303401" y="392557"/>
                                </a:lnTo>
                                <a:lnTo>
                                  <a:pt x="1322705" y="392557"/>
                                </a:lnTo>
                                <a:lnTo>
                                  <a:pt x="1330579" y="384683"/>
                                </a:lnTo>
                                <a:lnTo>
                                  <a:pt x="1330579" y="365379"/>
                                </a:lnTo>
                                <a:close/>
                              </a:path>
                              <a:path w="1515745" h="8408035">
                                <a:moveTo>
                                  <a:pt x="1330579" y="186563"/>
                                </a:moveTo>
                                <a:lnTo>
                                  <a:pt x="1322832" y="178689"/>
                                </a:lnTo>
                                <a:lnTo>
                                  <a:pt x="1313180" y="178689"/>
                                </a:lnTo>
                                <a:lnTo>
                                  <a:pt x="1303528" y="178689"/>
                                </a:lnTo>
                                <a:lnTo>
                                  <a:pt x="1295654" y="186563"/>
                                </a:lnTo>
                                <a:lnTo>
                                  <a:pt x="1295654" y="205867"/>
                                </a:lnTo>
                                <a:lnTo>
                                  <a:pt x="1303528" y="213614"/>
                                </a:lnTo>
                                <a:lnTo>
                                  <a:pt x="1322832" y="213614"/>
                                </a:lnTo>
                                <a:lnTo>
                                  <a:pt x="1330579" y="205867"/>
                                </a:lnTo>
                                <a:lnTo>
                                  <a:pt x="1330579" y="186563"/>
                                </a:lnTo>
                                <a:close/>
                              </a:path>
                              <a:path w="1515745" h="8408035">
                                <a:moveTo>
                                  <a:pt x="1330579" y="7874"/>
                                </a:moveTo>
                                <a:lnTo>
                                  <a:pt x="1322705" y="127"/>
                                </a:lnTo>
                                <a:lnTo>
                                  <a:pt x="1313053" y="127"/>
                                </a:lnTo>
                                <a:lnTo>
                                  <a:pt x="1303401" y="127"/>
                                </a:lnTo>
                                <a:lnTo>
                                  <a:pt x="1295527" y="7874"/>
                                </a:lnTo>
                                <a:lnTo>
                                  <a:pt x="1295527" y="27178"/>
                                </a:lnTo>
                                <a:lnTo>
                                  <a:pt x="1303401" y="35052"/>
                                </a:lnTo>
                                <a:lnTo>
                                  <a:pt x="1322705" y="35052"/>
                                </a:lnTo>
                                <a:lnTo>
                                  <a:pt x="1330579" y="27178"/>
                                </a:lnTo>
                                <a:lnTo>
                                  <a:pt x="1330579" y="7874"/>
                                </a:lnTo>
                                <a:close/>
                              </a:path>
                              <a:path w="1515745" h="8408035">
                                <a:moveTo>
                                  <a:pt x="1515618" y="8380539"/>
                                </a:moveTo>
                                <a:lnTo>
                                  <a:pt x="1507744" y="8372729"/>
                                </a:lnTo>
                                <a:lnTo>
                                  <a:pt x="1498092" y="8372729"/>
                                </a:lnTo>
                                <a:lnTo>
                                  <a:pt x="1488440" y="8372729"/>
                                </a:lnTo>
                                <a:lnTo>
                                  <a:pt x="1480693" y="8380577"/>
                                </a:lnTo>
                                <a:lnTo>
                                  <a:pt x="1480693" y="8399843"/>
                                </a:lnTo>
                                <a:lnTo>
                                  <a:pt x="1488440" y="8407654"/>
                                </a:lnTo>
                                <a:lnTo>
                                  <a:pt x="1507744" y="8407654"/>
                                </a:lnTo>
                                <a:lnTo>
                                  <a:pt x="1515618" y="8399843"/>
                                </a:lnTo>
                                <a:lnTo>
                                  <a:pt x="1515618" y="8380539"/>
                                </a:lnTo>
                                <a:close/>
                              </a:path>
                              <a:path w="1515745" h="8408035">
                                <a:moveTo>
                                  <a:pt x="1515618" y="8023047"/>
                                </a:moveTo>
                                <a:lnTo>
                                  <a:pt x="1507744" y="8015237"/>
                                </a:lnTo>
                                <a:lnTo>
                                  <a:pt x="1498092" y="8015237"/>
                                </a:lnTo>
                                <a:lnTo>
                                  <a:pt x="1488440" y="8015237"/>
                                </a:lnTo>
                                <a:lnTo>
                                  <a:pt x="1480693" y="8023047"/>
                                </a:lnTo>
                                <a:lnTo>
                                  <a:pt x="1480693" y="8042338"/>
                                </a:lnTo>
                                <a:lnTo>
                                  <a:pt x="1488440" y="8050149"/>
                                </a:lnTo>
                                <a:lnTo>
                                  <a:pt x="1507744" y="8050149"/>
                                </a:lnTo>
                                <a:lnTo>
                                  <a:pt x="1515618" y="8042338"/>
                                </a:lnTo>
                                <a:lnTo>
                                  <a:pt x="1515618" y="8023047"/>
                                </a:lnTo>
                                <a:close/>
                              </a:path>
                              <a:path w="1515745" h="8408035">
                                <a:moveTo>
                                  <a:pt x="1515618" y="365379"/>
                                </a:moveTo>
                                <a:lnTo>
                                  <a:pt x="1507744" y="357632"/>
                                </a:lnTo>
                                <a:lnTo>
                                  <a:pt x="1498092" y="357632"/>
                                </a:lnTo>
                                <a:lnTo>
                                  <a:pt x="1488440" y="357632"/>
                                </a:lnTo>
                                <a:lnTo>
                                  <a:pt x="1480693" y="365506"/>
                                </a:lnTo>
                                <a:lnTo>
                                  <a:pt x="1480693" y="384683"/>
                                </a:lnTo>
                                <a:lnTo>
                                  <a:pt x="1488440" y="392557"/>
                                </a:lnTo>
                                <a:lnTo>
                                  <a:pt x="1507744" y="392557"/>
                                </a:lnTo>
                                <a:lnTo>
                                  <a:pt x="1515618" y="384683"/>
                                </a:lnTo>
                                <a:lnTo>
                                  <a:pt x="1515618" y="365379"/>
                                </a:lnTo>
                                <a:close/>
                              </a:path>
                              <a:path w="1515745" h="8408035">
                                <a:moveTo>
                                  <a:pt x="1515618" y="7874"/>
                                </a:moveTo>
                                <a:lnTo>
                                  <a:pt x="1507744" y="127"/>
                                </a:lnTo>
                                <a:lnTo>
                                  <a:pt x="1498092" y="127"/>
                                </a:lnTo>
                                <a:lnTo>
                                  <a:pt x="1488440" y="127"/>
                                </a:lnTo>
                                <a:lnTo>
                                  <a:pt x="1480693" y="7874"/>
                                </a:lnTo>
                                <a:lnTo>
                                  <a:pt x="1480693" y="27178"/>
                                </a:lnTo>
                                <a:lnTo>
                                  <a:pt x="1488440" y="35052"/>
                                </a:lnTo>
                                <a:lnTo>
                                  <a:pt x="1507744" y="35052"/>
                                </a:lnTo>
                                <a:lnTo>
                                  <a:pt x="1515618" y="27178"/>
                                </a:lnTo>
                                <a:lnTo>
                                  <a:pt x="1515618" y="7874"/>
                                </a:lnTo>
                                <a:close/>
                              </a:path>
                              <a:path w="1515745" h="8408035">
                                <a:moveTo>
                                  <a:pt x="1515745" y="8201698"/>
                                </a:moveTo>
                                <a:lnTo>
                                  <a:pt x="1507871" y="8193849"/>
                                </a:lnTo>
                                <a:lnTo>
                                  <a:pt x="1498219" y="8193849"/>
                                </a:lnTo>
                                <a:lnTo>
                                  <a:pt x="1488567" y="8193849"/>
                                </a:lnTo>
                                <a:lnTo>
                                  <a:pt x="1480693" y="8201698"/>
                                </a:lnTo>
                                <a:lnTo>
                                  <a:pt x="1480693" y="8220964"/>
                                </a:lnTo>
                                <a:lnTo>
                                  <a:pt x="1488567" y="8228812"/>
                                </a:lnTo>
                                <a:lnTo>
                                  <a:pt x="1507871" y="8228812"/>
                                </a:lnTo>
                                <a:lnTo>
                                  <a:pt x="1515745" y="8220964"/>
                                </a:lnTo>
                                <a:lnTo>
                                  <a:pt x="1515745" y="8201698"/>
                                </a:lnTo>
                                <a:close/>
                              </a:path>
                              <a:path w="1515745" h="8408035">
                                <a:moveTo>
                                  <a:pt x="1515745" y="186563"/>
                                </a:moveTo>
                                <a:lnTo>
                                  <a:pt x="1507871" y="178689"/>
                                </a:lnTo>
                                <a:lnTo>
                                  <a:pt x="1498219" y="178689"/>
                                </a:lnTo>
                                <a:lnTo>
                                  <a:pt x="1488567" y="178689"/>
                                </a:lnTo>
                                <a:lnTo>
                                  <a:pt x="1480693" y="186563"/>
                                </a:lnTo>
                                <a:lnTo>
                                  <a:pt x="1480693" y="205867"/>
                                </a:lnTo>
                                <a:lnTo>
                                  <a:pt x="1488567" y="213614"/>
                                </a:lnTo>
                                <a:lnTo>
                                  <a:pt x="1507871" y="213614"/>
                                </a:lnTo>
                                <a:lnTo>
                                  <a:pt x="1515745" y="205867"/>
                                </a:lnTo>
                                <a:lnTo>
                                  <a:pt x="1515745" y="18656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4667630" y="361061"/>
                            <a:ext cx="717753" cy="717803"/>
                          </a:xfrm>
                          <a:prstGeom prst="rect">
                            <a:avLst/>
                          </a:prstGeom>
                        </pic:spPr>
                      </pic:pic>
                      <wps:wsp>
                        <wps:cNvPr id="10" name="Graphic 10"/>
                        <wps:cNvSpPr/>
                        <wps:spPr>
                          <a:xfrm>
                            <a:off x="3333750" y="4939792"/>
                            <a:ext cx="3800729" cy="45719"/>
                          </a:xfrm>
                          <a:custGeom>
                            <a:avLst/>
                            <a:gdLst/>
                            <a:ahLst/>
                            <a:cxnLst/>
                            <a:rect l="l" t="t" r="r" b="b"/>
                            <a:pathLst>
                              <a:path w="727710">
                                <a:moveTo>
                                  <a:pt x="0" y="0"/>
                                </a:moveTo>
                                <a:lnTo>
                                  <a:pt x="727201" y="0"/>
                                </a:lnTo>
                              </a:path>
                            </a:pathLst>
                          </a:custGeom>
                          <a:ln w="76200">
                            <a:solidFill>
                              <a:srgbClr val="1F233C"/>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FCBA67E" id="Group 1" o:spid="_x0000_s1026" style="position:absolute;margin-left:558.8pt;margin-top:0;width:610pt;height:791.95pt;z-index:-15760384;mso-wrap-distance-left:0;mso-wrap-distance-right:0;mso-position-horizontal:right;mso-position-horizontal-relative:page;mso-position-vertical:top;mso-position-vertical-relative:page;mso-width-relative:margin" coordsize="75545,100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1292;width:35685;height:64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">
                  <v:imagedata r:id="rId9" o:title=""/>
                </v:shape>
                <v:shape id="Graphic 3" o:spid="_x0000_s1028" style="position:absolute;width:75545;height:100577;visibility:visible;mso-wrap-style:square;v-text-anchor:top" coordsize="7554595,1005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" path="m7554468,8423161r-3770364,l2436114,7075043,,9511411r,546354l1421511,10057765r1739519,l7554468,10057765r,-1634604xem7554468,l4356862,,2797175,,2585212,,608812,1976501,2260092,3627882,4346003,1541780r3208465,l7554468,xe" fillcolor="#21253d" stroked="f">
                  <v:path arrowok="t"/>
                </v:shape>
                <v:shape id="Image 4" o:spid="_x0000_s1029" type="#_x0000_t75" style="position:absolute;top:70789;width:28011;height:29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">
                  <v:imagedata r:id="rId10" o:title=""/>
                </v:shape>
                <v:shape id="Image 5" o:spid="_x0000_s1030" type="#_x0000_t75" style="position:absolute;left:6084;width:24775;height:2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">
                  <v:imagedata r:id="rId11" o:title=""/>
                </v:shape>
                <v:shape id="Graphic 6" o:spid="_x0000_s1031" style="position:absolute;left:26464;top:59342;width:18440;height:18440;visibility:visible;mso-wrap-style:square;v-text-anchor:top" coordsize="1844039,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" path="m921893,l,921893r921893,921893l1843532,921893,921893,xe" fillcolor="#21253d" stroked="f">
                  <v:path arrowok="t"/>
                </v:shape>
                <v:shape id="Graphic 7" o:spid="_x0000_s1032" style="position:absolute;left:64067;top:69461;width:7277;height:13;visibility:visible;mso-wrap-style:square;v-text-anchor:top" coordsize="727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" path="m,l727201,e" filled="f" strokecolor="#1f233c" strokeweight="6pt">
                  <v:path arrowok="t"/>
                </v:shape>
                <v:shape id="Graphic 8" o:spid="_x0000_s1033" style="position:absolute;left:19475;top:15469;width:15157;height:84081;visibility:visible;mso-wrap-style:square;v-text-anchor:top" coordsize="1515745,840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" path="m35052,8201698r-7874,-7811l17526,8193849r-9652,l127,8201660,,8211286r,9640l7874,8228774r19304,38l35052,8221040r,-19342xem35052,8023047r-7874,-7810l17526,8015237r-9652,l,8023047r,19291l7874,8050149r19304,l35052,8042338r,-19291xem35052,186563r-7874,-7874l17526,178689r-9652,l127,186563,,196215r,9525l7874,213614r19304,l35052,205867r,-19304xem35052,7874l27178,127r-9652,l7874,127,,7874,,27178r7874,7874l27178,35052r7874,-7874l35052,7874xem35179,8380717r-7747,-7874l17526,8372729r-9652,l127,8380501,,8390179r,9626l7874,8407654r19177,38l34925,8399996r254,-19279xem35179,365633r-7747,-7874l17526,357632r-9652,l127,365379,,375031r,9652l7874,392557r19177,l34925,384810r254,-19177xem220091,8380539r-7747,-7772l202692,8372729r-9652,l185166,8380501r,9678l185039,8399805r7874,7849l212217,8407692r7874,-7811l220091,8380539xem220091,8201698r-7747,-7811l202692,8193849r-9652,l185166,8201660r,9626l185039,8220926r7874,7848l212217,8228812r7874,-7772l220091,8201698xem220091,8023047r-7747,-7810l202692,8015237r-9652,-39l185166,8023009r,9627l185039,8042275r7874,7836l212217,8050200r7874,-7811l220091,8023047xem220091,365379r-7747,-7747l202692,357632r-9652,l185166,365379r,9652l185039,384683r7874,7874l212217,392557r7874,-7747l220091,365379xem220091,186563r-7747,-7874l202692,178689r-9652,l185166,186563r,9652l185039,205740r7874,7874l212217,213614r7874,-7747l220091,186563xem220091,7874l212344,127r-9652,l193040,r-7874,7874l185166,17526r-127,9652l192913,34925r9652,127l212217,35052r7874,-7874l220091,7874xem405130,8201698r-7747,-7849l387731,8193849r-9652,l370205,8201698r,19266l378079,8228812r19304,l405130,8220964r,-19266xem405130,8023047r-7747,-7810l387731,8015237r-9652,l370205,8023047r,19291l378079,8050149r19304,l405130,8042338r,-19291xem405130,186563r-7747,-7874l387731,178689r-9652,l370205,186563r,19304l378079,213614r19304,l405130,205867r,-19304xem405130,7874l397383,127r-9652,l378079,127r-7874,7747l370205,27178r7874,7874l397383,35052r7747,-7874l405130,7874xem405257,8380717r-7747,-7874l377952,8372843r-7747,7734l370306,8399958r7773,7696l397256,8407654r7874,-7696l405257,8380717xem405257,365633r-7747,-7874l377952,357759r-7747,7874l370332,384810r7747,7747l397256,392557r7874,-7747l405257,365633xem590296,8380577r-7874,-7772l572770,8372729r-9652,l555244,8380577r,19266l563118,8407654r19304,l590296,8399843r,-19266xem590296,365506r-7874,-7874l572770,357632r-9652,l555244,365506r,19177l563118,392557r19304,l590296,384683r,-19177xem590423,8201698r-7874,-7849l572897,8193849r-9652,l555371,8201698r,19266l563245,8228812r19304,l590423,8220964r,-19266xem590423,8023047r-7874,-7810l572897,8015237r-9652,l555371,8023047r,19291l563245,8050149r19304,l590423,8042338r,-19291xem590423,186563r-7874,-7874l572897,178689r-9652,l555371,186563r,19304l563245,213614r19304,l590423,205867r,-19304xem590423,7874l582549,127r-9652,l563245,127r-7874,7747l555371,27178r7874,7874l582549,35052r7874,-7874l590423,7874xem775335,8380539r-7874,-7810l757809,8372729r-9652,l740410,8380577r,19266l748157,8407654r19304,l775335,8399843r,-19304xem775335,365379r-7874,-7747l757809,357632r-9652,l740410,365506r,19177l748157,392557r19304,l775335,384683r,-19304xem775462,8201698r-7874,-7849l757936,8193849r-9652,l740410,8201698r,19266l748284,8228812r19304,l775462,8220964r,-19266xem775462,8023047r-7874,-7810l757936,8015237r-9652,l740410,8023047r,19291l748284,8050149r19304,l775462,8042338r,-19291xem775462,186563r-7874,-7874l757936,178689r-9652,l740410,186563r,19304l748284,213614r19304,l775462,205867r,-19304xem775462,7874l767588,127r-9652,l748284,127r-7874,7747l740410,27178r7874,7874l767588,35052r7874,-7874l775462,7874xem960374,8380539r-7874,-7772l942975,8372729r-9652,l925449,8380501r,19304l933196,8407654r19304,38l960374,8399881r,-19342xem960374,8023047r-7747,-7810l942975,8015237r-9652,-39l925449,8023009r,19266l933196,8050111r19304,89l960374,8042389r,-19342xem960374,365379r-7874,-7747l942975,357632r-9652,l925449,365379r,19304l933196,392557r19304,l960374,384810r,-19431xem960374,7874l952627,127r-9652,l933323,r-7874,7874l925449,27178r7747,7747l942848,35052r9652,l960374,27178r,-19304xem960501,8206511r-2032,-4369l955421,8198980r-12446,-5118l930656,8198955r-3175,3162l925449,8206473r,14453l933323,8228774r19304,38l960501,8221040r,-14529xem960501,191389r-2032,-4318l955421,183896r-12446,-5207l930656,183769r-3175,3175l925449,191389r,14351l933323,213614r19304,l960501,205867r,-14478xem1128141,8193849r-127,l1128141,8193862r,-13xem1145540,8206511r-1905,-4369l1140460,8198980r-12319,-5118l1115695,8198955r-3175,3162l1110615,8206473r,4826l1110488,8220926r7874,7848l1137666,8228812r7874,-7772l1145540,8206511xem1145540,191389r-1905,-4318l1140460,183896r-12319,-5207l1115695,183769r-3175,3175l1110615,191389r,4826l1110488,205740r7874,7874l1137666,213614r7874,-7747l1145540,191389xem1145667,8023047r-7874,-7810l1128014,8015237r-9652,76l1110615,8023187r,9639l1110742,8042440r7874,7785l1137920,8050073r7747,-7798l1145667,8023047xem1145667,7874l1137793,127r-9779,l1118362,127r-7747,7874l1110615,17653r127,9652l1118616,35052r9652,l1137920,34925r7747,-7747l1145667,7874xem1145794,8380717r-7747,-7874l1128014,8372729r-9652,76l1110615,8380679r,9639l1110742,8399996r7874,7734l1137793,8407578r7747,-7658l1145794,8380717xem1145794,365633r-7747,-7874l1128014,357632r-9652,l1110615,365506r,9652l1110742,384810r7874,7747l1128268,392557r9525,-127l1145540,384810r254,-19177xem1330579,8380539r-7874,-7810l1313053,8372729r-9652,l1295527,8380577r,19266l1303401,8407654r19304,l1330579,8399843r,-19304xem1330579,8201698r-7747,-7849l1313180,8193849r-9652,l1295654,8201698r,19266l1303528,8228812r19304,l1330579,8220964r,-19266xem1330579,8023047r-7874,-7810l1313053,8015237r-9652,l1295527,8023047r,19291l1303401,8050149r19304,l1330579,8042338r,-19291xem1330579,365379r-7874,-7747l1313053,357632r-9652,l1295527,365506r,19177l1303401,392557r19304,l1330579,384683r,-19304xem1330579,186563r-7747,-7874l1313180,178689r-9652,l1295654,186563r,19304l1303528,213614r19304,l1330579,205867r,-19304xem1330579,7874l1322705,127r-9652,l1303401,127r-7874,7747l1295527,27178r7874,7874l1322705,35052r7874,-7874l1330579,7874xem1515618,8380539r-7874,-7810l1498092,8372729r-9652,l1480693,8380577r,19266l1488440,8407654r19304,l1515618,8399843r,-19304xem1515618,8023047r-7874,-7810l1498092,8015237r-9652,l1480693,8023047r,19291l1488440,8050149r19304,l1515618,8042338r,-19291xem1515618,365379r-7874,-7747l1498092,357632r-9652,l1480693,365506r,19177l1488440,392557r19304,l1515618,384683r,-19304xem1515618,7874l1507744,127r-9652,l1488440,127r-7747,7747l1480693,27178r7747,7874l1507744,35052r7874,-7874l1515618,7874xem1515745,8201698r-7874,-7849l1498219,8193849r-9652,l1480693,8201698r,19266l1488567,8228812r19304,l1515745,8220964r,-19266xem1515745,186563r-7874,-7874l1498219,178689r-9652,l1480693,186563r,19304l1488567,213614r19304,l1515745,205867r,-19304xe" stroked="f">
                  <v:path arrowok="t"/>
                </v:shape>
                <v:shape id="Image 9" o:spid="_x0000_s1034" type="#_x0000_t75" style="position:absolute;left:46676;top:3610;width:7177;height: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">
                  <v:imagedata r:id="rId12" o:title=""/>
                </v:shape>
                <v:shape id="Graphic 10" o:spid="_x0000_s1035" style="position:absolute;left:33337;top:49397;width:38007;height:458;visibility:visible;mso-wrap-style:square;v-text-anchor:top" coordsize="72771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" path="m,l727201,e" filled="f" strokecolor="#1f233c" strokeweight="6pt">
                  <v:path arrowok="t"/>
                </v:shape>
                <w10:wrap anchorx="page" anchory="page"/>
              </v:group>
            </w:pict>
          </mc:Fallback>
        </mc:AlternateContent>
      </w:r>
      <w:r w:rsidR="002B7CB6">
        <w:rPr>
          <w:rFonts w:ascii="Verdana" w:hAnsi="Verdana"/>
          <w:color w:val="FFF8F3"/>
          <w:spacing w:val="-2"/>
          <w:sz w:val="35"/>
        </w:rPr>
        <w:t xml:space="preserve">         </w:t>
      </w:r>
      <w:r>
        <w:rPr>
          <w:rFonts w:ascii="Verdana" w:hAnsi="Verdana"/>
          <w:color w:val="FFF8F3"/>
          <w:spacing w:val="-2"/>
          <w:sz w:val="35"/>
        </w:rPr>
        <w:t>Balıkesir</w:t>
      </w:r>
    </w:p>
    <w:p w14:paraId="0AB0C2D1" w14:textId="561212B9" w:rsidR="00596770" w:rsidRDefault="002B7CB6">
      <w:pPr>
        <w:spacing w:line="382" w:lineRule="exact"/>
        <w:ind w:left="6824"/>
        <w:rPr>
          <w:rFonts w:ascii="Verdana" w:hAnsi="Verdana"/>
          <w:sz w:val="35"/>
        </w:rPr>
      </w:pPr>
      <w:r>
        <w:rPr>
          <w:rFonts w:ascii="Verdana" w:hAnsi="Verdana"/>
          <w:color w:val="FFF8F3"/>
          <w:spacing w:val="-2"/>
          <w:sz w:val="35"/>
        </w:rPr>
        <w:t xml:space="preserve">         Üniversitesi</w:t>
      </w:r>
    </w:p>
    <w:p w14:paraId="3A2E7763" w14:textId="77777777" w:rsidR="00596770" w:rsidRDefault="00596770">
      <w:pPr>
        <w:pStyle w:val="GvdeMetni"/>
        <w:spacing w:before="385"/>
        <w:rPr>
          <w:rFonts w:ascii="Verdana"/>
          <w:b w:val="0"/>
          <w:sz w:val="72"/>
        </w:rPr>
      </w:pPr>
    </w:p>
    <w:p w14:paraId="23A6D1EE" w14:textId="70AA1AAB" w:rsidR="00596770" w:rsidRDefault="00933A00">
      <w:pPr>
        <w:pStyle w:val="KonuBal"/>
      </w:pPr>
      <w:r>
        <w:rPr>
          <w:color w:val="201C1C"/>
          <w:w w:val="90"/>
        </w:rPr>
        <w:t xml:space="preserve">      202</w:t>
      </w:r>
      <w:r w:rsidR="00F01D5A">
        <w:rPr>
          <w:color w:val="201C1C"/>
          <w:w w:val="90"/>
        </w:rPr>
        <w:t>5</w:t>
      </w:r>
      <w:r>
        <w:rPr>
          <w:color w:val="201C1C"/>
          <w:w w:val="90"/>
        </w:rPr>
        <w:t>-</w:t>
      </w:r>
      <w:r>
        <w:rPr>
          <w:color w:val="201C1C"/>
          <w:spacing w:val="-4"/>
        </w:rPr>
        <w:t>202</w:t>
      </w:r>
      <w:r w:rsidR="00F01D5A">
        <w:rPr>
          <w:color w:val="201C1C"/>
          <w:spacing w:val="-4"/>
        </w:rPr>
        <w:t xml:space="preserve">6 </w:t>
      </w:r>
    </w:p>
    <w:p w14:paraId="51D05D71" w14:textId="77777777" w:rsidR="00596770" w:rsidRDefault="00596770">
      <w:pPr>
        <w:pStyle w:val="GvdeMetni"/>
        <w:spacing w:before="47"/>
        <w:rPr>
          <w:rFonts w:ascii="Verdana"/>
          <w:b w:val="0"/>
          <w:sz w:val="36"/>
        </w:rPr>
      </w:pPr>
    </w:p>
    <w:p w14:paraId="419DAAEB" w14:textId="77777777" w:rsidR="00596770" w:rsidRDefault="00000000">
      <w:pPr>
        <w:ind w:left="4967"/>
        <w:rPr>
          <w:b/>
          <w:sz w:val="36"/>
        </w:rPr>
      </w:pPr>
      <w:r>
        <w:rPr>
          <w:b/>
          <w:w w:val="105"/>
          <w:sz w:val="36"/>
        </w:rPr>
        <w:t>GÜZEL</w:t>
      </w:r>
      <w:r>
        <w:rPr>
          <w:b/>
          <w:spacing w:val="2"/>
          <w:w w:val="105"/>
          <w:sz w:val="36"/>
        </w:rPr>
        <w:t xml:space="preserve"> </w:t>
      </w:r>
      <w:r>
        <w:rPr>
          <w:b/>
          <w:spacing w:val="-2"/>
          <w:w w:val="105"/>
          <w:sz w:val="36"/>
        </w:rPr>
        <w:t>SANATLAR</w:t>
      </w:r>
    </w:p>
    <w:p w14:paraId="7CF043F3" w14:textId="77777777" w:rsidR="00D163A7" w:rsidRDefault="00000000">
      <w:pPr>
        <w:spacing w:before="70" w:line="604" w:lineRule="auto"/>
        <w:ind w:left="4988" w:right="1563" w:hanging="22"/>
        <w:rPr>
          <w:b/>
          <w:sz w:val="36"/>
        </w:rPr>
      </w:pPr>
      <w:r>
        <w:rPr>
          <w:b/>
          <w:spacing w:val="-2"/>
          <w:sz w:val="36"/>
        </w:rPr>
        <w:t xml:space="preserve">FAKÜLTESİ </w:t>
      </w:r>
    </w:p>
    <w:p w14:paraId="58B2BE4E" w14:textId="12059EF8" w:rsidR="00596770" w:rsidRDefault="0095289E" w:rsidP="00D163A7">
      <w:pPr>
        <w:spacing w:before="70" w:line="604" w:lineRule="auto"/>
        <w:ind w:left="4678" w:right="1563" w:hanging="22"/>
        <w:jc w:val="center"/>
        <w:rPr>
          <w:b/>
          <w:sz w:val="36"/>
        </w:rPr>
      </w:pPr>
      <w:r>
        <w:rPr>
          <w:b/>
          <w:sz w:val="36"/>
        </w:rPr>
        <w:t>GRAFİK SANATLAR</w:t>
      </w:r>
      <w:r w:rsidR="00D163A7">
        <w:rPr>
          <w:b/>
          <w:sz w:val="36"/>
        </w:rPr>
        <w:t xml:space="preserve">          BÖLÜMÜ</w:t>
      </w:r>
    </w:p>
    <w:p w14:paraId="5C3B945F" w14:textId="77777777" w:rsidR="00596770" w:rsidRDefault="00596770">
      <w:pPr>
        <w:pStyle w:val="GvdeMetni"/>
      </w:pPr>
    </w:p>
    <w:p w14:paraId="74B7D8C6" w14:textId="77777777" w:rsidR="00596770" w:rsidRDefault="00596770">
      <w:pPr>
        <w:pStyle w:val="GvdeMetni"/>
        <w:spacing w:before="203"/>
      </w:pPr>
    </w:p>
    <w:p w14:paraId="2B491AF9" w14:textId="09020851" w:rsidR="00596770" w:rsidRPr="00F01D5A" w:rsidRDefault="00321D8B">
      <w:pPr>
        <w:pStyle w:val="GvdeMetni"/>
        <w:spacing w:before="74"/>
        <w:ind w:right="141"/>
        <w:jc w:val="right"/>
        <w:rPr>
          <w:sz w:val="32"/>
          <w:szCs w:val="32"/>
        </w:rPr>
      </w:pPr>
      <w:r>
        <w:rPr>
          <w:spacing w:val="-8"/>
          <w:sz w:val="32"/>
          <w:szCs w:val="32"/>
        </w:rPr>
        <w:t xml:space="preserve">SEÇMELİ DERS </w:t>
      </w:r>
      <w:r w:rsidR="000A12C0" w:rsidRPr="000A12C0">
        <w:rPr>
          <w:spacing w:val="-8"/>
          <w:sz w:val="32"/>
          <w:szCs w:val="32"/>
        </w:rPr>
        <w:t>MEMNUNİYET</w:t>
      </w:r>
      <w:r w:rsidR="000A12C0">
        <w:rPr>
          <w:spacing w:val="-8"/>
          <w:sz w:val="32"/>
          <w:szCs w:val="32"/>
        </w:rPr>
        <w:br/>
      </w:r>
      <w:r w:rsidR="000A12C0" w:rsidRPr="000A12C0">
        <w:rPr>
          <w:spacing w:val="-8"/>
          <w:sz w:val="32"/>
          <w:szCs w:val="32"/>
        </w:rPr>
        <w:t xml:space="preserve"> ANKETİ DEĞERLENDİRME </w:t>
      </w:r>
      <w:r w:rsidR="000A12C0">
        <w:rPr>
          <w:spacing w:val="-8"/>
          <w:sz w:val="32"/>
          <w:szCs w:val="32"/>
        </w:rPr>
        <w:br/>
      </w:r>
      <w:r w:rsidR="000A12C0" w:rsidRPr="000A12C0">
        <w:rPr>
          <w:spacing w:val="-8"/>
          <w:sz w:val="32"/>
          <w:szCs w:val="32"/>
        </w:rPr>
        <w:t>VE İYİLEŞTİRME RAPORU</w:t>
      </w:r>
    </w:p>
    <w:p w14:paraId="2E9C8751" w14:textId="77777777" w:rsidR="00596770" w:rsidRDefault="00596770">
      <w:pPr>
        <w:pStyle w:val="GvdeMetni"/>
        <w:rPr>
          <w:sz w:val="34"/>
        </w:rPr>
      </w:pPr>
    </w:p>
    <w:p w14:paraId="4600057E" w14:textId="77777777" w:rsidR="00596770" w:rsidRDefault="00596770">
      <w:pPr>
        <w:pStyle w:val="GvdeMetni"/>
        <w:rPr>
          <w:sz w:val="34"/>
        </w:rPr>
      </w:pPr>
    </w:p>
    <w:p w14:paraId="09DF8F2A" w14:textId="77777777" w:rsidR="00596770" w:rsidRDefault="00596770">
      <w:pPr>
        <w:pStyle w:val="GvdeMetni"/>
        <w:rPr>
          <w:sz w:val="34"/>
        </w:rPr>
      </w:pPr>
    </w:p>
    <w:p w14:paraId="6083F04F" w14:textId="77777777" w:rsidR="00596770" w:rsidRDefault="00596770">
      <w:pPr>
        <w:pStyle w:val="GvdeMetni"/>
        <w:rPr>
          <w:sz w:val="34"/>
        </w:rPr>
      </w:pPr>
    </w:p>
    <w:p w14:paraId="40A6ED6D" w14:textId="77777777" w:rsidR="00596770" w:rsidRDefault="00596770">
      <w:pPr>
        <w:pStyle w:val="GvdeMetni"/>
        <w:rPr>
          <w:sz w:val="34"/>
        </w:rPr>
      </w:pPr>
    </w:p>
    <w:p w14:paraId="7FE0C194" w14:textId="77777777" w:rsidR="007D339A" w:rsidRDefault="007D339A">
      <w:pPr>
        <w:pStyle w:val="GvdeMetni"/>
        <w:rPr>
          <w:sz w:val="34"/>
        </w:rPr>
      </w:pPr>
    </w:p>
    <w:p w14:paraId="5EEF498F" w14:textId="77777777" w:rsidR="00596770" w:rsidRDefault="00596770">
      <w:pPr>
        <w:pStyle w:val="GvdeMetni"/>
        <w:rPr>
          <w:sz w:val="34"/>
        </w:rPr>
      </w:pPr>
    </w:p>
    <w:p w14:paraId="1CE5E06C" w14:textId="77777777" w:rsidR="00596770" w:rsidRDefault="00596770">
      <w:pPr>
        <w:pStyle w:val="GvdeMetni"/>
        <w:rPr>
          <w:sz w:val="34"/>
        </w:rPr>
      </w:pPr>
    </w:p>
    <w:p w14:paraId="39DF512C" w14:textId="77777777" w:rsidR="00596770" w:rsidRDefault="00596770">
      <w:pPr>
        <w:pStyle w:val="GvdeMetni"/>
        <w:spacing w:before="394"/>
        <w:rPr>
          <w:sz w:val="34"/>
        </w:rPr>
      </w:pPr>
    </w:p>
    <w:p w14:paraId="0B9EB3AC" w14:textId="7419AB9A" w:rsidR="00D163A7" w:rsidRDefault="00D163A7" w:rsidP="007D339A">
      <w:pPr>
        <w:ind w:right="753"/>
        <w:jc w:val="right"/>
        <w:rPr>
          <w:rFonts w:ascii="Cambria" w:hAnsi="Cambria"/>
          <w:color w:val="FFFFFF"/>
          <w:spacing w:val="-2"/>
          <w:sz w:val="34"/>
        </w:rPr>
      </w:pPr>
      <w:r>
        <w:rPr>
          <w:rFonts w:ascii="Cambria" w:hAnsi="Cambria"/>
          <w:color w:val="FFFFFF"/>
          <w:sz w:val="34"/>
        </w:rPr>
        <w:t>Grafik Sanatlar</w:t>
      </w:r>
      <w:r>
        <w:rPr>
          <w:rFonts w:ascii="Cambria" w:hAnsi="Cambria"/>
          <w:color w:val="FFFFFF"/>
          <w:spacing w:val="-6"/>
          <w:sz w:val="34"/>
        </w:rPr>
        <w:t xml:space="preserve"> </w:t>
      </w:r>
      <w:r>
        <w:rPr>
          <w:rFonts w:ascii="Cambria" w:hAnsi="Cambria"/>
          <w:color w:val="FFFFFF"/>
          <w:spacing w:val="-2"/>
          <w:sz w:val="34"/>
        </w:rPr>
        <w:t>Bölümü</w:t>
      </w:r>
    </w:p>
    <w:p w14:paraId="5C793660" w14:textId="77777777" w:rsidR="0095289E" w:rsidRDefault="0095289E" w:rsidP="007D339A">
      <w:pPr>
        <w:ind w:right="753"/>
        <w:jc w:val="right"/>
        <w:rPr>
          <w:rFonts w:ascii="Cambria" w:hAnsi="Cambria"/>
          <w:color w:val="FFFFFF"/>
          <w:spacing w:val="-2"/>
          <w:sz w:val="34"/>
        </w:rPr>
      </w:pPr>
    </w:p>
    <w:p w14:paraId="783BE5BA" w14:textId="77777777" w:rsidR="00F76293" w:rsidRPr="00F76293" w:rsidRDefault="00F76293" w:rsidP="00C32509">
      <w:pPr>
        <w:spacing w:before="100" w:beforeAutospacing="1" w:after="100" w:afterAutospacing="1"/>
        <w:ind w:right="180"/>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lastRenderedPageBreak/>
        <w:t>Giriş</w:t>
      </w:r>
    </w:p>
    <w:p w14:paraId="2CE909CE"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 xml:space="preserve">Bu rapor, 2025–2026 Güz Dönemi’nde Grafik Sanatları Bölümü öğrencilerinin seçmeli derslere yönelik memnuniyet düzeylerini, beklentilerini ve önerilerini değerlendirmek amacıyla gerçekleştirilen anket çalışmasının bulgularını sunmaktadır. </w:t>
      </w:r>
      <w:r w:rsidRPr="00CB5942">
        <w:rPr>
          <w:rFonts w:ascii="Times New Roman" w:eastAsia="Times New Roman" w:hAnsi="Times New Roman" w:cs="Times New Roman"/>
          <w:b/>
          <w:bCs/>
          <w:sz w:val="24"/>
          <w:szCs w:val="24"/>
        </w:rPr>
        <w:t>Toplam 26 öğrencinin katılımıyla</w:t>
      </w:r>
      <w:r w:rsidRPr="00F76293">
        <w:rPr>
          <w:rFonts w:ascii="Times New Roman" w:eastAsia="Times New Roman" w:hAnsi="Times New Roman" w:cs="Times New Roman"/>
          <w:sz w:val="24"/>
          <w:szCs w:val="24"/>
        </w:rPr>
        <w:t xml:space="preserve"> yürütülen anket çalışmasına bölümdeki tüm sınıf düzeylerinden öğrenciler katkı sağlamıştır.</w:t>
      </w:r>
    </w:p>
    <w:p w14:paraId="0329F9C8" w14:textId="3BD97BDE"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 xml:space="preserve">Elde edilen bulgular, öğrencilerin %61,5’inin mevcut seçmeli derslerden memnun veya kısmen memnun olduğunu, %27,3’lük bir kesimin ise memnuniyet düzeyini düşük olarak ifade ettiğini göstermektedir. Bu sonuçlar, seçmeli ders programının geliştirilmesine yönelik bazı iyileştirme alanlarının bulunduğuna işaret etmektedir. Özellikle program planlaması, kontenjan dağılımı, dijital alanlara yönelik dersler, animasyon ve </w:t>
      </w:r>
      <w:r w:rsidR="00293778" w:rsidRPr="00F76293">
        <w:rPr>
          <w:rFonts w:ascii="Times New Roman" w:eastAsia="Times New Roman" w:hAnsi="Times New Roman" w:cs="Times New Roman"/>
          <w:sz w:val="24"/>
          <w:szCs w:val="24"/>
        </w:rPr>
        <w:t>disiplinler arası</w:t>
      </w:r>
      <w:r w:rsidRPr="00F76293">
        <w:rPr>
          <w:rFonts w:ascii="Times New Roman" w:eastAsia="Times New Roman" w:hAnsi="Times New Roman" w:cs="Times New Roman"/>
          <w:sz w:val="24"/>
          <w:szCs w:val="24"/>
        </w:rPr>
        <w:t xml:space="preserve"> ders seçeneklerine ilişkin taleplerin öne çıktığı görülmektedir.</w:t>
      </w:r>
    </w:p>
    <w:p w14:paraId="10DAF066" w14:textId="1E8934F4"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Rapor, elde edilen veriler doğrultusunda bölüm yönetimine geliştirici nitelikte öneriler sunmayı ve seçmeli ders yapısının öğrenci beklentileri doğrultusunda güçlendirilmesine katkı sağlamayı amaçlamaktadır.</w:t>
      </w:r>
    </w:p>
    <w:p w14:paraId="3A452470"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Amaç ve Kapsam</w:t>
      </w:r>
    </w:p>
    <w:p w14:paraId="0993BD0D"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Grafik Sanatları Bölümü, değişen ve gelişen tasarım alanının gereksinimlerine uyum sağlayan bir eğitim yapısını sürdürebilmek amacıyla seçmeli ders programını periyodik olarak değerlendirmektedir. Bu kapsamda dönem sonunda uygulanan memnuniyet anketi ile:</w:t>
      </w:r>
    </w:p>
    <w:p w14:paraId="03C83F78" w14:textId="77777777" w:rsidR="00F76293" w:rsidRPr="00F76293" w:rsidRDefault="00F76293" w:rsidP="00F76293">
      <w:pPr>
        <w:widowControl/>
        <w:numPr>
          <w:ilvl w:val="0"/>
          <w:numId w:val="22"/>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Öğrencilerin mevcut seçmeli derslerden memnuniyet düzeylerinin belirlenmesi,</w:t>
      </w:r>
    </w:p>
    <w:p w14:paraId="3437845C" w14:textId="77777777" w:rsidR="00F76293" w:rsidRPr="00F76293" w:rsidRDefault="00F76293" w:rsidP="00F76293">
      <w:pPr>
        <w:widowControl/>
        <w:numPr>
          <w:ilvl w:val="0"/>
          <w:numId w:val="22"/>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Ders havuzunu zenginleştirebilecek yeni ders önerilerinin toplanması,</w:t>
      </w:r>
    </w:p>
    <w:p w14:paraId="50DD85E0" w14:textId="77777777" w:rsidR="00F76293" w:rsidRPr="00F76293" w:rsidRDefault="00F76293" w:rsidP="00F76293">
      <w:pPr>
        <w:widowControl/>
        <w:numPr>
          <w:ilvl w:val="0"/>
          <w:numId w:val="22"/>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Kariyer hedefleri doğrultusunda öne çıkan ders alanlarının saptanması,</w:t>
      </w:r>
    </w:p>
    <w:p w14:paraId="5D65D504" w14:textId="77777777" w:rsidR="00F76293" w:rsidRPr="00F76293" w:rsidRDefault="00F76293" w:rsidP="00F76293">
      <w:pPr>
        <w:widowControl/>
        <w:numPr>
          <w:ilvl w:val="0"/>
          <w:numId w:val="22"/>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Ders seçim ve uygulama süreçlerine ilişkin geri bildirimlerin alınması</w:t>
      </w:r>
    </w:p>
    <w:p w14:paraId="5BBDD8DE" w14:textId="12DB02E1"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proofErr w:type="gramStart"/>
      <w:r w:rsidRPr="00F76293">
        <w:rPr>
          <w:rFonts w:ascii="Times New Roman" w:eastAsia="Times New Roman" w:hAnsi="Times New Roman" w:cs="Times New Roman"/>
          <w:sz w:val="24"/>
          <w:szCs w:val="24"/>
        </w:rPr>
        <w:t>hedeflenmiştir</w:t>
      </w:r>
      <w:proofErr w:type="gramEnd"/>
      <w:r w:rsidRPr="00F76293">
        <w:rPr>
          <w:rFonts w:ascii="Times New Roman" w:eastAsia="Times New Roman" w:hAnsi="Times New Roman" w:cs="Times New Roman"/>
          <w:sz w:val="24"/>
          <w:szCs w:val="24"/>
        </w:rPr>
        <w:t>. Elde edilen veriler, program geliştirme çalışmalarına girdi oluşturacak niteliktedir.</w:t>
      </w:r>
    </w:p>
    <w:p w14:paraId="1D3593CB"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Metodoloji</w:t>
      </w:r>
    </w:p>
    <w:p w14:paraId="2B738FBD"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Anket, çevrimiçi form aracılığıyla uygulanmış ve 26 öğrencinin katılımı sağlanmıştır. Anket formu:</w:t>
      </w:r>
    </w:p>
    <w:p w14:paraId="0B5E19F5" w14:textId="77777777" w:rsidR="00F76293" w:rsidRPr="00F76293" w:rsidRDefault="00F76293" w:rsidP="00F76293">
      <w:pPr>
        <w:widowControl/>
        <w:numPr>
          <w:ilvl w:val="0"/>
          <w:numId w:val="23"/>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Demografik bilgi (sınıf düzeyi),</w:t>
      </w:r>
    </w:p>
    <w:p w14:paraId="34168CBE" w14:textId="77777777" w:rsidR="00F76293" w:rsidRPr="00F76293" w:rsidRDefault="00F76293" w:rsidP="00F76293">
      <w:pPr>
        <w:widowControl/>
        <w:numPr>
          <w:ilvl w:val="0"/>
          <w:numId w:val="23"/>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 xml:space="preserve">Genel memnuniyet düzeyini ölçen </w:t>
      </w:r>
      <w:proofErr w:type="spellStart"/>
      <w:r w:rsidRPr="00F76293">
        <w:rPr>
          <w:rFonts w:ascii="Times New Roman" w:eastAsia="Times New Roman" w:hAnsi="Times New Roman" w:cs="Times New Roman"/>
          <w:sz w:val="24"/>
          <w:szCs w:val="24"/>
        </w:rPr>
        <w:t>Likert</w:t>
      </w:r>
      <w:proofErr w:type="spellEnd"/>
      <w:r w:rsidRPr="00F76293">
        <w:rPr>
          <w:rFonts w:ascii="Times New Roman" w:eastAsia="Times New Roman" w:hAnsi="Times New Roman" w:cs="Times New Roman"/>
          <w:sz w:val="24"/>
          <w:szCs w:val="24"/>
        </w:rPr>
        <w:t xml:space="preserve"> tipi soru,</w:t>
      </w:r>
    </w:p>
    <w:p w14:paraId="1A10AA19" w14:textId="5567C747" w:rsidR="00F76293" w:rsidRPr="0007546A" w:rsidRDefault="00F76293" w:rsidP="00F76293">
      <w:pPr>
        <w:widowControl/>
        <w:numPr>
          <w:ilvl w:val="0"/>
          <w:numId w:val="23"/>
        </w:numPr>
        <w:autoSpaceDE/>
        <w:autoSpaceDN/>
        <w:spacing w:before="100" w:beforeAutospacing="1" w:after="100" w:afterAutospacing="1"/>
        <w:jc w:val="both"/>
        <w:rPr>
          <w:rFonts w:ascii="Times New Roman" w:eastAsia="Times New Roman" w:hAnsi="Times New Roman" w:cs="Times New Roman"/>
          <w:sz w:val="24"/>
          <w:szCs w:val="24"/>
        </w:rPr>
      </w:pPr>
      <w:r w:rsidRPr="0007546A">
        <w:rPr>
          <w:rFonts w:ascii="Times New Roman" w:eastAsia="Times New Roman" w:hAnsi="Times New Roman" w:cs="Times New Roman"/>
          <w:sz w:val="24"/>
          <w:szCs w:val="24"/>
        </w:rPr>
        <w:t>Görüş, öneri ve taleplerin ayrıntılı biçimde ifade edilmesine olanak tanıyan üç açık uçlu soru</w:t>
      </w:r>
      <w:r w:rsidR="0007546A">
        <w:rPr>
          <w:rFonts w:ascii="Times New Roman" w:eastAsia="Times New Roman" w:hAnsi="Times New Roman" w:cs="Times New Roman"/>
          <w:sz w:val="24"/>
          <w:szCs w:val="24"/>
        </w:rPr>
        <w:t xml:space="preserve"> </w:t>
      </w:r>
      <w:r w:rsidRPr="0007546A">
        <w:rPr>
          <w:rFonts w:ascii="Times New Roman" w:eastAsia="Times New Roman" w:hAnsi="Times New Roman" w:cs="Times New Roman"/>
          <w:sz w:val="24"/>
          <w:szCs w:val="24"/>
        </w:rPr>
        <w:t>içermektedir.</w:t>
      </w:r>
    </w:p>
    <w:p w14:paraId="7E11C76D" w14:textId="5EBD988F"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Veriler, nicel (frekans ve yüzde dağılımları) ve nitel (tematik içerik analizi) yöntemler birlikte kullanılarak analiz edilmiştir. Açık uçlu sorulara verilen yanıtlar tematik olarak gruplandırılmıştır.</w:t>
      </w:r>
    </w:p>
    <w:p w14:paraId="0B1C9052"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Katılımcı Profili</w:t>
      </w:r>
    </w:p>
    <w:p w14:paraId="61D946AB" w14:textId="77777777" w:rsid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Ankete katılan 26 öğrencinin sınıf düzeylerine göre dağılımı, tüm sınıflardan katılım olduğunu göstermektedir. Özellikle 4. sınıf öğrencilerinin katılım oranının (%34,6) görece yüksek olması, programın ileri aşamalarındaki öğrencilerin deneyim ve değerlendirmelerinin rapora yansıması açısından anlamlıdır.</w:t>
      </w:r>
    </w:p>
    <w:p w14:paraId="58FBFE83" w14:textId="77777777" w:rsidR="009463C9" w:rsidRDefault="009463C9" w:rsidP="00F76293">
      <w:pPr>
        <w:spacing w:before="100" w:beforeAutospacing="1" w:after="100" w:afterAutospacing="1"/>
        <w:jc w:val="both"/>
        <w:rPr>
          <w:rFonts w:ascii="Times New Roman" w:eastAsia="Times New Roman" w:hAnsi="Times New Roman" w:cs="Times New Roman"/>
          <w:sz w:val="24"/>
          <w:szCs w:val="24"/>
        </w:rPr>
      </w:pPr>
    </w:p>
    <w:p w14:paraId="184AD65E" w14:textId="77777777" w:rsidR="0007546A" w:rsidRDefault="0007546A" w:rsidP="00F76293">
      <w:pPr>
        <w:spacing w:before="100" w:beforeAutospacing="1" w:after="100" w:afterAutospacing="1"/>
        <w:jc w:val="both"/>
        <w:rPr>
          <w:rFonts w:ascii="Times New Roman" w:eastAsia="Times New Roman" w:hAnsi="Times New Roman" w:cs="Times New Roman"/>
          <w:sz w:val="24"/>
          <w:szCs w:val="24"/>
        </w:rPr>
      </w:pPr>
    </w:p>
    <w:p w14:paraId="2361230E" w14:textId="77777777" w:rsidR="00293778" w:rsidRPr="00F76293" w:rsidRDefault="00293778" w:rsidP="00F76293">
      <w:pPr>
        <w:spacing w:before="100" w:beforeAutospacing="1" w:after="100" w:afterAutospacing="1"/>
        <w:jc w:val="both"/>
        <w:rPr>
          <w:rFonts w:ascii="Times New Roman" w:eastAsia="Times New Roman" w:hAnsi="Times New Roman" w:cs="Times New Roman"/>
          <w:sz w:val="24"/>
          <w:szCs w:val="24"/>
        </w:rPr>
      </w:pPr>
    </w:p>
    <w:p w14:paraId="290504E3" w14:textId="21D77E89" w:rsidR="00F76293" w:rsidRPr="00F76293" w:rsidRDefault="00F76293" w:rsidP="009463C9">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b/>
          <w:bCs/>
          <w:sz w:val="24"/>
          <w:szCs w:val="24"/>
        </w:rPr>
        <w:lastRenderedPageBreak/>
        <w:t>Katılımcıların Sınıf Seviyesine Göre Dağılımı</w:t>
      </w:r>
    </w:p>
    <w:p w14:paraId="5408B6BE" w14:textId="40316689" w:rsidR="00F76293" w:rsidRPr="009463C9" w:rsidRDefault="00F76293" w:rsidP="009463C9">
      <w:pPr>
        <w:widowControl/>
        <w:numPr>
          <w:ilvl w:val="1"/>
          <w:numId w:val="24"/>
        </w:numPr>
        <w:autoSpaceDE/>
        <w:autoSpaceDN/>
        <w:spacing w:before="100" w:beforeAutospacing="1" w:after="100" w:afterAutospacing="1"/>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Sınıf — 5 kişi — %19,2</w:t>
      </w:r>
    </w:p>
    <w:p w14:paraId="4E04C64B" w14:textId="3C449797" w:rsidR="00F76293" w:rsidRPr="009463C9" w:rsidRDefault="00F76293" w:rsidP="009463C9">
      <w:pPr>
        <w:widowControl/>
        <w:numPr>
          <w:ilvl w:val="1"/>
          <w:numId w:val="25"/>
        </w:numPr>
        <w:autoSpaceDE/>
        <w:autoSpaceDN/>
        <w:spacing w:before="100" w:beforeAutospacing="1" w:after="100" w:afterAutospacing="1"/>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Sınıf — 8 kişi — %30,8</w:t>
      </w:r>
    </w:p>
    <w:p w14:paraId="099D9DDB" w14:textId="02F23B3E" w:rsidR="00F76293" w:rsidRPr="009463C9" w:rsidRDefault="00F76293" w:rsidP="009463C9">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Sınıf — 4 kişi — %15,4</w:t>
      </w:r>
    </w:p>
    <w:p w14:paraId="49213F64" w14:textId="45406185" w:rsidR="00F76293" w:rsidRPr="00F76293" w:rsidRDefault="00F76293" w:rsidP="009463C9">
      <w:pPr>
        <w:widowControl/>
        <w:numPr>
          <w:ilvl w:val="1"/>
          <w:numId w:val="27"/>
        </w:numPr>
        <w:autoSpaceDE/>
        <w:autoSpaceDN/>
        <w:spacing w:before="100" w:beforeAutospacing="1" w:after="100" w:afterAutospacing="1"/>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Sınıf — 9 kişi — %34,6</w:t>
      </w:r>
    </w:p>
    <w:p w14:paraId="1B89ADC8"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Genel Memnuniyet Analizi</w:t>
      </w:r>
    </w:p>
    <w:p w14:paraId="0BDC8BF4"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Genel memnuniyet düzeyi bulguları, öğrencilerin seçmeli ders deneyimlerine ilişkin önemli göstergeler sunmaktadır.</w:t>
      </w:r>
    </w:p>
    <w:p w14:paraId="26F1CF42" w14:textId="0A0E866E"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b/>
          <w:bCs/>
          <w:sz w:val="24"/>
          <w:szCs w:val="24"/>
        </w:rPr>
        <w:t>Seçmeli Derslerden Genel Memnuniyet Düzeyi</w:t>
      </w:r>
    </w:p>
    <w:tbl>
      <w:tblPr>
        <w:tblStyle w:val="TabloKlavuzu"/>
        <w:tblW w:w="0" w:type="auto"/>
        <w:tblLook w:val="04A0" w:firstRow="1" w:lastRow="0" w:firstColumn="1" w:lastColumn="0" w:noHBand="0" w:noVBand="1"/>
      </w:tblPr>
      <w:tblGrid>
        <w:gridCol w:w="3398"/>
        <w:gridCol w:w="3399"/>
        <w:gridCol w:w="3399"/>
      </w:tblGrid>
      <w:tr w:rsidR="00CB5942" w14:paraId="5F63ACE5" w14:textId="77777777" w:rsidTr="00CB5942">
        <w:tc>
          <w:tcPr>
            <w:tcW w:w="3398" w:type="dxa"/>
          </w:tcPr>
          <w:p w14:paraId="0E82816F" w14:textId="555C9417" w:rsidR="00CB5942" w:rsidRPr="00CB5942" w:rsidRDefault="00CB5942" w:rsidP="00CB5942">
            <w:pPr>
              <w:spacing w:before="100" w:beforeAutospacing="1" w:after="100" w:afterAutospacing="1"/>
              <w:jc w:val="both"/>
              <w:rPr>
                <w:rFonts w:ascii="Times New Roman" w:eastAsia="Times New Roman" w:hAnsi="Times New Roman" w:cs="Times New Roman"/>
                <w:b/>
                <w:bCs/>
                <w:sz w:val="24"/>
                <w:szCs w:val="24"/>
              </w:rPr>
            </w:pPr>
            <w:r w:rsidRPr="00CB5942">
              <w:rPr>
                <w:rFonts w:ascii="Times New Roman" w:eastAsia="Times New Roman" w:hAnsi="Times New Roman" w:cs="Times New Roman"/>
                <w:b/>
                <w:bCs/>
                <w:sz w:val="24"/>
                <w:szCs w:val="24"/>
              </w:rPr>
              <w:t>Memnuniyet Düzey</w:t>
            </w:r>
            <w:r>
              <w:rPr>
                <w:rFonts w:ascii="Times New Roman" w:eastAsia="Times New Roman" w:hAnsi="Times New Roman" w:cs="Times New Roman"/>
                <w:b/>
                <w:bCs/>
                <w:sz w:val="24"/>
                <w:szCs w:val="24"/>
              </w:rPr>
              <w:t>i</w:t>
            </w:r>
          </w:p>
        </w:tc>
        <w:tc>
          <w:tcPr>
            <w:tcW w:w="3399" w:type="dxa"/>
          </w:tcPr>
          <w:p w14:paraId="3FAC357F" w14:textId="6C9A5D45" w:rsidR="00CB5942" w:rsidRPr="00CB5942" w:rsidRDefault="00CB5942" w:rsidP="00CB5942">
            <w:pPr>
              <w:spacing w:before="100" w:beforeAutospacing="1" w:after="100" w:afterAutospacing="1"/>
              <w:jc w:val="both"/>
              <w:rPr>
                <w:rFonts w:ascii="Times New Roman" w:eastAsia="Times New Roman" w:hAnsi="Times New Roman" w:cs="Times New Roman"/>
                <w:b/>
                <w:bCs/>
                <w:sz w:val="24"/>
                <w:szCs w:val="24"/>
              </w:rPr>
            </w:pPr>
            <w:r w:rsidRPr="00CB5942">
              <w:rPr>
                <w:rFonts w:ascii="Times New Roman" w:eastAsia="Times New Roman" w:hAnsi="Times New Roman" w:cs="Times New Roman"/>
                <w:b/>
                <w:bCs/>
                <w:sz w:val="24"/>
                <w:szCs w:val="24"/>
              </w:rPr>
              <w:t>Katılımcı Sayısı</w:t>
            </w:r>
          </w:p>
        </w:tc>
        <w:tc>
          <w:tcPr>
            <w:tcW w:w="3399" w:type="dxa"/>
          </w:tcPr>
          <w:p w14:paraId="4C8D2F7D" w14:textId="6EFAB723" w:rsidR="00CB5942" w:rsidRPr="00CB5942" w:rsidRDefault="00CB5942" w:rsidP="00CB5942">
            <w:pPr>
              <w:spacing w:before="100" w:beforeAutospacing="1" w:after="100" w:afterAutospacing="1"/>
              <w:jc w:val="both"/>
              <w:rPr>
                <w:rFonts w:ascii="Times New Roman" w:eastAsia="Times New Roman" w:hAnsi="Times New Roman" w:cs="Times New Roman"/>
                <w:b/>
                <w:bCs/>
                <w:sz w:val="24"/>
                <w:szCs w:val="24"/>
              </w:rPr>
            </w:pPr>
            <w:r w:rsidRPr="00CB5942">
              <w:rPr>
                <w:rFonts w:ascii="Times New Roman" w:eastAsia="Times New Roman" w:hAnsi="Times New Roman" w:cs="Times New Roman"/>
                <w:b/>
                <w:bCs/>
                <w:sz w:val="24"/>
                <w:szCs w:val="24"/>
              </w:rPr>
              <w:t>Yüzdelik Dağılım</w:t>
            </w:r>
          </w:p>
        </w:tc>
      </w:tr>
      <w:tr w:rsidR="00CB5942" w14:paraId="5C5693D3" w14:textId="77777777" w:rsidTr="00CB5942">
        <w:tc>
          <w:tcPr>
            <w:tcW w:w="3398" w:type="dxa"/>
          </w:tcPr>
          <w:p w14:paraId="0DECA8E8" w14:textId="7FDDE78C"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Kesinlikle memnunum</w:t>
            </w:r>
          </w:p>
        </w:tc>
        <w:tc>
          <w:tcPr>
            <w:tcW w:w="3399" w:type="dxa"/>
          </w:tcPr>
          <w:p w14:paraId="4B188C58" w14:textId="7F08EEAD"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399" w:type="dxa"/>
          </w:tcPr>
          <w:p w14:paraId="07CCF16D" w14:textId="1A8159C5"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%26,9</w:t>
            </w:r>
          </w:p>
        </w:tc>
      </w:tr>
      <w:tr w:rsidR="00CB5942" w14:paraId="266D47A5" w14:textId="77777777" w:rsidTr="00CB5942">
        <w:tc>
          <w:tcPr>
            <w:tcW w:w="3398" w:type="dxa"/>
          </w:tcPr>
          <w:p w14:paraId="0071EC75" w14:textId="14C58B0C"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Biraz memnunum</w:t>
            </w:r>
          </w:p>
        </w:tc>
        <w:tc>
          <w:tcPr>
            <w:tcW w:w="3399" w:type="dxa"/>
          </w:tcPr>
          <w:p w14:paraId="2D890013" w14:textId="7974056D"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399" w:type="dxa"/>
          </w:tcPr>
          <w:p w14:paraId="7BD49BE3" w14:textId="092BB771"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%34,6</w:t>
            </w:r>
          </w:p>
        </w:tc>
      </w:tr>
      <w:tr w:rsidR="00CB5942" w14:paraId="6C3ADBE2" w14:textId="77777777" w:rsidTr="00CB5942">
        <w:tc>
          <w:tcPr>
            <w:tcW w:w="3398" w:type="dxa"/>
          </w:tcPr>
          <w:p w14:paraId="49623DA9" w14:textId="1412D7C1"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Kararsızım</w:t>
            </w:r>
          </w:p>
        </w:tc>
        <w:tc>
          <w:tcPr>
            <w:tcW w:w="3399" w:type="dxa"/>
          </w:tcPr>
          <w:p w14:paraId="58E4697D" w14:textId="31EBCD3F"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399" w:type="dxa"/>
          </w:tcPr>
          <w:p w14:paraId="4DAFCC3B" w14:textId="0D3CDB0B"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%11,5</w:t>
            </w:r>
          </w:p>
        </w:tc>
      </w:tr>
      <w:tr w:rsidR="00CB5942" w14:paraId="7B7785B0" w14:textId="77777777" w:rsidTr="00CB5942">
        <w:tc>
          <w:tcPr>
            <w:tcW w:w="3398" w:type="dxa"/>
          </w:tcPr>
          <w:p w14:paraId="29124EE2" w14:textId="7D5B4157"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Çok memnun değilim</w:t>
            </w:r>
          </w:p>
        </w:tc>
        <w:tc>
          <w:tcPr>
            <w:tcW w:w="3399" w:type="dxa"/>
          </w:tcPr>
          <w:p w14:paraId="3E690F97" w14:textId="42F4FD6E"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6</w:t>
            </w:r>
          </w:p>
        </w:tc>
        <w:tc>
          <w:tcPr>
            <w:tcW w:w="3399" w:type="dxa"/>
          </w:tcPr>
          <w:p w14:paraId="5F87E560" w14:textId="45426A4F" w:rsidR="00CB5942"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%23,1</w:t>
            </w:r>
          </w:p>
        </w:tc>
      </w:tr>
      <w:tr w:rsidR="00CB5942" w14:paraId="1A7340B6" w14:textId="77777777" w:rsidTr="00CB5942">
        <w:tc>
          <w:tcPr>
            <w:tcW w:w="3398" w:type="dxa"/>
          </w:tcPr>
          <w:p w14:paraId="39C65A15" w14:textId="4D59EF39" w:rsidR="00CB5942" w:rsidRPr="00F76293"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Kesinlikle memnun değilim</w:t>
            </w:r>
          </w:p>
        </w:tc>
        <w:tc>
          <w:tcPr>
            <w:tcW w:w="3399" w:type="dxa"/>
          </w:tcPr>
          <w:p w14:paraId="097ABD63" w14:textId="0E3B3587" w:rsidR="00CB5942" w:rsidRPr="00F76293" w:rsidRDefault="00CB5942" w:rsidP="00CB594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99" w:type="dxa"/>
          </w:tcPr>
          <w:p w14:paraId="44C025B4" w14:textId="31582324" w:rsidR="00CB5942" w:rsidRPr="00F76293" w:rsidRDefault="00CB5942" w:rsidP="00CB5942">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 xml:space="preserve"> %3,8</w:t>
            </w:r>
          </w:p>
        </w:tc>
      </w:tr>
    </w:tbl>
    <w:p w14:paraId="11AF0F33"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Toplamda öğrencilerin %61,5’i derslerden memnun veya kısmen memnun olduğunu belirtmiştir. %27,3’lük kesim memnuniyet düzeyinin düşük olduğunu ifade ederken, %11,5’lik kesim kararsız kalmıştır.</w:t>
      </w:r>
    </w:p>
    <w:p w14:paraId="4AEF358A" w14:textId="172E3FBA"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“Biraz memnunum” seçeneğinin en yüksek orana sahip olması, mevcut yapının belirli ölçüde beklentileri karşıladığını ancak geliştirmeye açık yönler bulunduğunu düşündürmektedir. Önceki dönem verileriyle karşılaştırıldığında memnuniyet oranında sınırlı bir düşüş eğilimi olabileceği değerlendirilmektedir.</w:t>
      </w:r>
    </w:p>
    <w:p w14:paraId="55E5CF57"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Ders Önerileri ve İlgi Alanları Analizi</w:t>
      </w:r>
    </w:p>
    <w:p w14:paraId="6C501F22"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Açık uçlu sorulara verilen yanıtlar, öğrencilerin beklenti ve yönelimlerini ayrıntılı biçimde ortaya koymaktadır. Katılımcıların %61,5’i yeni ders önerisi sunmuştur.</w:t>
      </w:r>
    </w:p>
    <w:p w14:paraId="58C75615" w14:textId="7E495262" w:rsidR="00F76293" w:rsidRPr="00F76293" w:rsidRDefault="00F76293" w:rsidP="00F76293">
      <w:pPr>
        <w:spacing w:before="100" w:beforeAutospacing="1" w:after="100" w:afterAutospacing="1"/>
        <w:jc w:val="both"/>
        <w:outlineLvl w:val="2"/>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Yeni Ders Önerileri</w:t>
      </w:r>
    </w:p>
    <w:p w14:paraId="723E51D8" w14:textId="51D45B58" w:rsidR="00F76293" w:rsidRPr="009463C9" w:rsidRDefault="00293778" w:rsidP="009463C9">
      <w:pPr>
        <w:spacing w:before="100" w:beforeAutospacing="1" w:after="100" w:afterAutospacing="1"/>
        <w:rPr>
          <w:rFonts w:ascii="Times New Roman" w:eastAsia="Times New Roman" w:hAnsi="Times New Roman" w:cs="Times New Roman"/>
          <w:sz w:val="24"/>
          <w:szCs w:val="24"/>
        </w:rPr>
      </w:pPr>
      <w:proofErr w:type="spellStart"/>
      <w:r w:rsidRPr="009463C9">
        <w:rPr>
          <w:rFonts w:ascii="Times New Roman" w:eastAsia="Times New Roman" w:hAnsi="Times New Roman" w:cs="Times New Roman"/>
          <w:sz w:val="24"/>
          <w:szCs w:val="24"/>
        </w:rPr>
        <w:t>Disiplinlerarası</w:t>
      </w:r>
      <w:proofErr w:type="spellEnd"/>
      <w:r w:rsidR="00F76293" w:rsidRPr="009463C9">
        <w:rPr>
          <w:rFonts w:ascii="Times New Roman" w:eastAsia="Times New Roman" w:hAnsi="Times New Roman" w:cs="Times New Roman"/>
          <w:sz w:val="24"/>
          <w:szCs w:val="24"/>
        </w:rPr>
        <w:t xml:space="preserve"> Dersler:</w:t>
      </w:r>
      <w:r w:rsidR="00F76293" w:rsidRPr="009463C9">
        <w:rPr>
          <w:rFonts w:ascii="Times New Roman" w:eastAsia="Times New Roman" w:hAnsi="Times New Roman" w:cs="Times New Roman"/>
          <w:sz w:val="24"/>
          <w:szCs w:val="24"/>
        </w:rPr>
        <w:br/>
        <w:t xml:space="preserve">Öğrenciler, farklı bölümler arasında ortak ders havuzu oluşturulmasının yararlı olacağını ve </w:t>
      </w:r>
      <w:r w:rsidRPr="009463C9">
        <w:rPr>
          <w:rFonts w:ascii="Times New Roman" w:eastAsia="Times New Roman" w:hAnsi="Times New Roman" w:cs="Times New Roman"/>
          <w:sz w:val="24"/>
          <w:szCs w:val="24"/>
        </w:rPr>
        <w:t>disiplinler arası</w:t>
      </w:r>
      <w:r w:rsidR="00F76293" w:rsidRPr="009463C9">
        <w:rPr>
          <w:rFonts w:ascii="Times New Roman" w:eastAsia="Times New Roman" w:hAnsi="Times New Roman" w:cs="Times New Roman"/>
          <w:sz w:val="24"/>
          <w:szCs w:val="24"/>
        </w:rPr>
        <w:t xml:space="preserve"> etkileşimin artırılmasının eğitsel katkı sağlayacağını ifade etmiştir.</w:t>
      </w:r>
    </w:p>
    <w:p w14:paraId="5BD6D316" w14:textId="77777777" w:rsidR="00F76293" w:rsidRPr="009463C9" w:rsidRDefault="00F76293" w:rsidP="009463C9">
      <w:pPr>
        <w:spacing w:before="100" w:beforeAutospacing="1" w:after="100" w:afterAutospacing="1"/>
        <w:rPr>
          <w:rFonts w:ascii="Times New Roman" w:eastAsia="Times New Roman" w:hAnsi="Times New Roman" w:cs="Times New Roman"/>
          <w:sz w:val="24"/>
          <w:szCs w:val="24"/>
        </w:rPr>
      </w:pPr>
      <w:r w:rsidRPr="009463C9">
        <w:rPr>
          <w:rFonts w:ascii="Times New Roman" w:eastAsia="Times New Roman" w:hAnsi="Times New Roman" w:cs="Times New Roman"/>
          <w:sz w:val="24"/>
          <w:szCs w:val="24"/>
        </w:rPr>
        <w:t>Tipografi ve Yapay Zekâ Odaklı Dersler:</w:t>
      </w:r>
      <w:r w:rsidRPr="009463C9">
        <w:rPr>
          <w:rFonts w:ascii="Times New Roman" w:eastAsia="Times New Roman" w:hAnsi="Times New Roman" w:cs="Times New Roman"/>
          <w:sz w:val="24"/>
          <w:szCs w:val="24"/>
        </w:rPr>
        <w:br/>
        <w:t>Tipografi alanında seçmeli ders sayısının artırılması ve yapay zekâ temelli araçların bilinçli kullanımına yönelik derslerin programa eklenmesi yönünde talepler bulunmaktadır.</w:t>
      </w:r>
    </w:p>
    <w:p w14:paraId="5B6CEA80" w14:textId="77777777" w:rsidR="00F76293" w:rsidRPr="009463C9" w:rsidRDefault="00F76293" w:rsidP="009463C9">
      <w:pPr>
        <w:spacing w:before="100" w:beforeAutospacing="1" w:after="100" w:afterAutospacing="1"/>
        <w:rPr>
          <w:rFonts w:ascii="Times New Roman" w:eastAsia="Times New Roman" w:hAnsi="Times New Roman" w:cs="Times New Roman"/>
          <w:sz w:val="24"/>
          <w:szCs w:val="24"/>
        </w:rPr>
      </w:pPr>
      <w:r w:rsidRPr="009463C9">
        <w:rPr>
          <w:rFonts w:ascii="Times New Roman" w:eastAsia="Times New Roman" w:hAnsi="Times New Roman" w:cs="Times New Roman"/>
          <w:sz w:val="24"/>
          <w:szCs w:val="24"/>
        </w:rPr>
        <w:t>Mesleki ve Sektörel İçerikli Dersler:</w:t>
      </w:r>
      <w:r w:rsidRPr="009463C9">
        <w:rPr>
          <w:rFonts w:ascii="Times New Roman" w:eastAsia="Times New Roman" w:hAnsi="Times New Roman" w:cs="Times New Roman"/>
          <w:sz w:val="24"/>
          <w:szCs w:val="24"/>
        </w:rPr>
        <w:br/>
      </w:r>
      <w:proofErr w:type="spellStart"/>
      <w:r w:rsidRPr="009463C9">
        <w:rPr>
          <w:rFonts w:ascii="Times New Roman" w:eastAsia="Times New Roman" w:hAnsi="Times New Roman" w:cs="Times New Roman"/>
          <w:sz w:val="24"/>
          <w:szCs w:val="24"/>
        </w:rPr>
        <w:t>Freelance</w:t>
      </w:r>
      <w:proofErr w:type="spellEnd"/>
      <w:r w:rsidRPr="009463C9">
        <w:rPr>
          <w:rFonts w:ascii="Times New Roman" w:eastAsia="Times New Roman" w:hAnsi="Times New Roman" w:cs="Times New Roman"/>
          <w:sz w:val="24"/>
          <w:szCs w:val="24"/>
        </w:rPr>
        <w:t xml:space="preserve"> çalışma süreçleri, marka yönetimi, reklam stratejisi ve portföy geliştirme gibi uygulama ve sektör bağlantılı derslere yönelik ilgi dikkat çekmektedir.</w:t>
      </w:r>
    </w:p>
    <w:p w14:paraId="7C6D25D6" w14:textId="77777777" w:rsidR="00F76293" w:rsidRPr="009463C9" w:rsidRDefault="00F76293" w:rsidP="009463C9">
      <w:pPr>
        <w:spacing w:before="100" w:beforeAutospacing="1" w:after="100" w:afterAutospacing="1"/>
        <w:rPr>
          <w:rFonts w:ascii="Times New Roman" w:eastAsia="Times New Roman" w:hAnsi="Times New Roman" w:cs="Times New Roman"/>
          <w:sz w:val="24"/>
          <w:szCs w:val="24"/>
        </w:rPr>
      </w:pPr>
      <w:r w:rsidRPr="009463C9">
        <w:rPr>
          <w:rFonts w:ascii="Times New Roman" w:eastAsia="Times New Roman" w:hAnsi="Times New Roman" w:cs="Times New Roman"/>
          <w:sz w:val="24"/>
          <w:szCs w:val="24"/>
        </w:rPr>
        <w:t>Animasyon ve Görsel Tasarım Alanları:</w:t>
      </w:r>
      <w:r w:rsidRPr="009463C9">
        <w:rPr>
          <w:rFonts w:ascii="Times New Roman" w:eastAsia="Times New Roman" w:hAnsi="Times New Roman" w:cs="Times New Roman"/>
          <w:sz w:val="24"/>
          <w:szCs w:val="24"/>
        </w:rPr>
        <w:br/>
        <w:t>Kısa film, animasyon ve görsel–işitsel tasarım konularında ders açılmasına yönelik talepler öne çıkmaktadır.</w:t>
      </w:r>
    </w:p>
    <w:p w14:paraId="08EEB422" w14:textId="5964A587" w:rsidR="00F76293" w:rsidRPr="009463C9" w:rsidRDefault="00F76293" w:rsidP="009463C9">
      <w:pPr>
        <w:spacing w:before="100" w:beforeAutospacing="1" w:after="100" w:afterAutospacing="1"/>
        <w:rPr>
          <w:rFonts w:ascii="Times New Roman" w:eastAsia="Times New Roman" w:hAnsi="Times New Roman" w:cs="Times New Roman"/>
          <w:sz w:val="24"/>
          <w:szCs w:val="24"/>
        </w:rPr>
      </w:pPr>
      <w:r w:rsidRPr="009463C9">
        <w:rPr>
          <w:rFonts w:ascii="Times New Roman" w:eastAsia="Times New Roman" w:hAnsi="Times New Roman" w:cs="Times New Roman"/>
          <w:sz w:val="24"/>
          <w:szCs w:val="24"/>
        </w:rPr>
        <w:lastRenderedPageBreak/>
        <w:t>Endüstriyel Tasarım ve Tasarım Çeşitliliği:</w:t>
      </w:r>
      <w:r w:rsidRPr="009463C9">
        <w:rPr>
          <w:rFonts w:ascii="Times New Roman" w:eastAsia="Times New Roman" w:hAnsi="Times New Roman" w:cs="Times New Roman"/>
          <w:sz w:val="24"/>
          <w:szCs w:val="24"/>
        </w:rPr>
        <w:br/>
        <w:t>Tasarım alanının farklı alt başlıklarını kapsayan derslerin eklenmesi yönünde öneriler yer almaktadır.</w:t>
      </w:r>
    </w:p>
    <w:p w14:paraId="48814196"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İlgi Duyulan Alanlar</w:t>
      </w:r>
    </w:p>
    <w:p w14:paraId="21BE0208"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Katılımcıların tamamı (%100) ilgi duydukları alanları belirtmiştir. Yanıtlar incelendiğinde şu alanların öne çıktığı görülmektedir:</w:t>
      </w:r>
    </w:p>
    <w:p w14:paraId="1160C2B4" w14:textId="77777777" w:rsidR="00F76293" w:rsidRPr="00F76293" w:rsidRDefault="00F76293" w:rsidP="00F76293">
      <w:pPr>
        <w:widowControl/>
        <w:numPr>
          <w:ilvl w:val="0"/>
          <w:numId w:val="29"/>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Dijital çizim, dijital tasarım, 3D modelleme</w:t>
      </w:r>
    </w:p>
    <w:p w14:paraId="481A260B" w14:textId="77777777" w:rsidR="00F76293" w:rsidRPr="00F76293" w:rsidRDefault="00F76293" w:rsidP="00F76293">
      <w:pPr>
        <w:widowControl/>
        <w:numPr>
          <w:ilvl w:val="0"/>
          <w:numId w:val="29"/>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Animasyon ve oyun tasarımı</w:t>
      </w:r>
    </w:p>
    <w:p w14:paraId="2E3245BF" w14:textId="77777777" w:rsidR="00F76293" w:rsidRPr="00F76293" w:rsidRDefault="00F76293" w:rsidP="00F76293">
      <w:pPr>
        <w:widowControl/>
        <w:numPr>
          <w:ilvl w:val="0"/>
          <w:numId w:val="29"/>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Görsel ve işitsel tasarım, reklam ve marka iletişimi</w:t>
      </w:r>
    </w:p>
    <w:p w14:paraId="59AA6A61" w14:textId="77777777" w:rsidR="00F76293" w:rsidRPr="00F76293" w:rsidRDefault="00F76293" w:rsidP="00F76293">
      <w:pPr>
        <w:widowControl/>
        <w:numPr>
          <w:ilvl w:val="0"/>
          <w:numId w:val="29"/>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Baskı sanatları, illüstrasyon ve geleneksel grafik alanları</w:t>
      </w:r>
    </w:p>
    <w:p w14:paraId="79BFFBB4" w14:textId="77777777" w:rsidR="00F76293" w:rsidRPr="00F76293" w:rsidRDefault="00F76293" w:rsidP="00F76293">
      <w:pPr>
        <w:widowControl/>
        <w:numPr>
          <w:ilvl w:val="0"/>
          <w:numId w:val="29"/>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Fotoğraf ve alternatif tasarım yaklaşımları</w:t>
      </w:r>
    </w:p>
    <w:p w14:paraId="7E9C188E" w14:textId="79B66D1D"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Bu çeşitlilik, ders havuzunun hem dijital hem geleneksel alanları kapsayacak biçimde dengeli geliştirilmesinin yararlı olacağını göstermektedir.</w:t>
      </w:r>
    </w:p>
    <w:p w14:paraId="4566F23A"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Genel Görüş ve Öneriler Analizi</w:t>
      </w:r>
    </w:p>
    <w:p w14:paraId="1967719D"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Bu bölüme katılımcıların yaklaşık %50’si görüş bildirmiştir. Yanıtlar belirli başlıklar altında toplanmaktadır.</w:t>
      </w:r>
    </w:p>
    <w:p w14:paraId="307E6602" w14:textId="1400708D" w:rsidR="00F76293" w:rsidRPr="00F76293" w:rsidRDefault="00D0305C" w:rsidP="00F76293">
      <w:pPr>
        <w:spacing w:before="100" w:beforeAutospacing="1" w:after="100" w:afterAutospacing="1"/>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Belirlenen Temel Sorunlar ve Olumlu Görüşler</w:t>
      </w:r>
    </w:p>
    <w:p w14:paraId="58166421" w14:textId="27AD9CFA" w:rsidR="00D0305C" w:rsidRDefault="00D0305C" w:rsidP="009463C9">
      <w:pPr>
        <w:spacing w:before="100" w:beforeAutospacing="1" w:after="100" w:afterAutospacing="1"/>
        <w:rPr>
          <w:rFonts w:ascii="Times New Roman" w:eastAsia="Times New Roman" w:hAnsi="Times New Roman" w:cs="Times New Roman"/>
          <w:sz w:val="24"/>
          <w:szCs w:val="24"/>
        </w:rPr>
      </w:pPr>
      <w:r w:rsidRPr="00D0305C">
        <w:rPr>
          <w:rFonts w:ascii="Times New Roman" w:eastAsia="Times New Roman" w:hAnsi="Times New Roman" w:cs="Times New Roman"/>
          <w:sz w:val="24"/>
          <w:szCs w:val="24"/>
        </w:rPr>
        <w:t xml:space="preserve">Program planlaması ve ders seçim süreçlerine yönelik öğrenci geri bildirimleri incelendiğinde; müfredatta sunulan ders havuzu ile mezuniyet için gerekli ders yükü arasındaki dengenin, öğrenci </w:t>
      </w:r>
      <w:r w:rsidR="00293778">
        <w:rPr>
          <w:rFonts w:ascii="Times New Roman" w:eastAsia="Times New Roman" w:hAnsi="Times New Roman" w:cs="Times New Roman"/>
          <w:sz w:val="24"/>
          <w:szCs w:val="24"/>
        </w:rPr>
        <w:t>için</w:t>
      </w:r>
      <w:r w:rsidRPr="00D0305C">
        <w:rPr>
          <w:rFonts w:ascii="Times New Roman" w:eastAsia="Times New Roman" w:hAnsi="Times New Roman" w:cs="Times New Roman"/>
          <w:sz w:val="24"/>
          <w:szCs w:val="24"/>
        </w:rPr>
        <w:t xml:space="preserve"> tercih esnekliği sağlayacak biçimde geliştirilmesine ihtiyaç duyulduğu gözlemlenmektedir. Bu bağlamda, ders çeşitliliğinin artırılmasının ve bazı derslerde karşılaşılan kontenjan sınırlılıklarının </w:t>
      </w:r>
      <w:r w:rsidR="00293778">
        <w:rPr>
          <w:rFonts w:ascii="Times New Roman" w:eastAsia="Times New Roman" w:hAnsi="Times New Roman" w:cs="Times New Roman"/>
          <w:sz w:val="24"/>
          <w:szCs w:val="24"/>
        </w:rPr>
        <w:t>yeniden değerlendiril</w:t>
      </w:r>
      <w:r w:rsidRPr="00D0305C">
        <w:rPr>
          <w:rFonts w:ascii="Times New Roman" w:eastAsia="Times New Roman" w:hAnsi="Times New Roman" w:cs="Times New Roman"/>
          <w:sz w:val="24"/>
          <w:szCs w:val="24"/>
        </w:rPr>
        <w:t>mesinin, seçim süreçlerini daha verimli hale ge</w:t>
      </w:r>
      <w:r w:rsidR="00293778">
        <w:rPr>
          <w:rFonts w:ascii="Times New Roman" w:eastAsia="Times New Roman" w:hAnsi="Times New Roman" w:cs="Times New Roman"/>
          <w:sz w:val="24"/>
          <w:szCs w:val="24"/>
        </w:rPr>
        <w:t>lmesini sağalacaktır</w:t>
      </w:r>
      <w:r w:rsidRPr="00D0305C">
        <w:rPr>
          <w:rFonts w:ascii="Times New Roman" w:eastAsia="Times New Roman" w:hAnsi="Times New Roman" w:cs="Times New Roman"/>
          <w:sz w:val="24"/>
          <w:szCs w:val="24"/>
        </w:rPr>
        <w:t xml:space="preserve">. Ayrıca, ders programlarındaki saat çakışmalarının minimize edilmesi ve </w:t>
      </w:r>
      <w:proofErr w:type="spellStart"/>
      <w:r w:rsidRPr="00D0305C">
        <w:rPr>
          <w:rFonts w:ascii="Times New Roman" w:eastAsia="Times New Roman" w:hAnsi="Times New Roman" w:cs="Times New Roman"/>
          <w:sz w:val="24"/>
          <w:szCs w:val="24"/>
        </w:rPr>
        <w:t>disiplinlerarası</w:t>
      </w:r>
      <w:proofErr w:type="spellEnd"/>
      <w:r w:rsidRPr="00D0305C">
        <w:rPr>
          <w:rFonts w:ascii="Times New Roman" w:eastAsia="Times New Roman" w:hAnsi="Times New Roman" w:cs="Times New Roman"/>
          <w:sz w:val="24"/>
          <w:szCs w:val="24"/>
        </w:rPr>
        <w:t xml:space="preserve"> etkileşimi destekleyen bölüm dışı ders alma olanaklarının </w:t>
      </w:r>
      <w:r w:rsidR="00293778">
        <w:rPr>
          <w:rFonts w:ascii="Times New Roman" w:eastAsia="Times New Roman" w:hAnsi="Times New Roman" w:cs="Times New Roman"/>
          <w:sz w:val="24"/>
          <w:szCs w:val="24"/>
        </w:rPr>
        <w:t xml:space="preserve">artması </w:t>
      </w:r>
      <w:r w:rsidRPr="00D0305C">
        <w:rPr>
          <w:rFonts w:ascii="Times New Roman" w:eastAsia="Times New Roman" w:hAnsi="Times New Roman" w:cs="Times New Roman"/>
          <w:sz w:val="24"/>
          <w:szCs w:val="24"/>
        </w:rPr>
        <w:t>yönünde beklentiler bulunmaktadır. Diğer yandan, mevcut ders içeriklerinin ve program yapısının belirli bir öğrenci grubu tarafından memnuniyetle karşılanması, yürütülen akademik sistemin niteliğinin belli ölçüde korunduğunu ve olumlu karşılık bulduğunu göstermektedir.</w:t>
      </w:r>
    </w:p>
    <w:p w14:paraId="5EC963DA"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t>Temel Bulgular</w:t>
      </w:r>
    </w:p>
    <w:p w14:paraId="6F089D86" w14:textId="77777777" w:rsidR="00F76293" w:rsidRPr="00F76293" w:rsidRDefault="00F76293" w:rsidP="00F76293">
      <w:pPr>
        <w:widowControl/>
        <w:numPr>
          <w:ilvl w:val="0"/>
          <w:numId w:val="30"/>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Öğrencilerin %61,5’i seçmeli derslerden memnun veya kısmen memnundur.</w:t>
      </w:r>
    </w:p>
    <w:p w14:paraId="38901D22" w14:textId="77777777" w:rsidR="00F76293" w:rsidRPr="00F76293" w:rsidRDefault="00F76293" w:rsidP="00F76293">
      <w:pPr>
        <w:widowControl/>
        <w:numPr>
          <w:ilvl w:val="0"/>
          <w:numId w:val="30"/>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%27,3’lük kesim memnuniyet düzeyini düşük olarak belirtmiştir.</w:t>
      </w:r>
    </w:p>
    <w:p w14:paraId="0BBA7A25" w14:textId="77777777" w:rsidR="00F76293" w:rsidRPr="00F76293" w:rsidRDefault="00F76293" w:rsidP="00F76293">
      <w:pPr>
        <w:widowControl/>
        <w:numPr>
          <w:ilvl w:val="0"/>
          <w:numId w:val="30"/>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Tüm katılımcılar ilgi alanlarını net biçimde ifade etmiştir.</w:t>
      </w:r>
    </w:p>
    <w:p w14:paraId="0BEC9A49" w14:textId="77777777" w:rsidR="00F76293" w:rsidRPr="00F76293" w:rsidRDefault="00F76293" w:rsidP="00F76293">
      <w:pPr>
        <w:widowControl/>
        <w:numPr>
          <w:ilvl w:val="0"/>
          <w:numId w:val="30"/>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 xml:space="preserve">Ders önerileri teknoloji odaklı, mesleki ve </w:t>
      </w:r>
      <w:proofErr w:type="spellStart"/>
      <w:r w:rsidRPr="00F76293">
        <w:rPr>
          <w:rFonts w:ascii="Times New Roman" w:eastAsia="Times New Roman" w:hAnsi="Times New Roman" w:cs="Times New Roman"/>
          <w:sz w:val="24"/>
          <w:szCs w:val="24"/>
        </w:rPr>
        <w:t>disiplinlerarası</w:t>
      </w:r>
      <w:proofErr w:type="spellEnd"/>
      <w:r w:rsidRPr="00F76293">
        <w:rPr>
          <w:rFonts w:ascii="Times New Roman" w:eastAsia="Times New Roman" w:hAnsi="Times New Roman" w:cs="Times New Roman"/>
          <w:sz w:val="24"/>
          <w:szCs w:val="24"/>
        </w:rPr>
        <w:t xml:space="preserve"> alanlarda yoğunlaşmaktadır.</w:t>
      </w:r>
    </w:p>
    <w:p w14:paraId="0EE7A8E1" w14:textId="77777777" w:rsidR="00F76293" w:rsidRPr="00F76293" w:rsidRDefault="00F76293" w:rsidP="00F76293">
      <w:pPr>
        <w:widowControl/>
        <w:numPr>
          <w:ilvl w:val="0"/>
          <w:numId w:val="30"/>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Program planlaması, kontenjan ve ders saatleri konusunda geliştirme alanları bulunmaktadır.</w:t>
      </w:r>
    </w:p>
    <w:p w14:paraId="74F7D188" w14:textId="5A04C31B" w:rsidR="00F76293" w:rsidRDefault="00F76293" w:rsidP="00F76293">
      <w:pPr>
        <w:widowControl/>
        <w:numPr>
          <w:ilvl w:val="0"/>
          <w:numId w:val="30"/>
        </w:numPr>
        <w:autoSpaceDE/>
        <w:autoSpaceDN/>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Ders çeşitliliğinin artırılmasına yönelik güçlü bir beklenti vardır.</w:t>
      </w:r>
    </w:p>
    <w:p w14:paraId="63B2AFD6" w14:textId="77777777" w:rsidR="00023DD0" w:rsidRDefault="00023DD0" w:rsidP="00023DD0">
      <w:pPr>
        <w:widowControl/>
        <w:autoSpaceDE/>
        <w:autoSpaceDN/>
        <w:spacing w:before="100" w:beforeAutospacing="1" w:after="100" w:afterAutospacing="1"/>
        <w:jc w:val="both"/>
        <w:rPr>
          <w:rFonts w:ascii="Times New Roman" w:eastAsia="Times New Roman" w:hAnsi="Times New Roman" w:cs="Times New Roman"/>
          <w:sz w:val="24"/>
          <w:szCs w:val="24"/>
        </w:rPr>
      </w:pPr>
    </w:p>
    <w:p w14:paraId="6A1C9D0E" w14:textId="77777777" w:rsidR="00023DD0" w:rsidRDefault="00023DD0" w:rsidP="00023DD0">
      <w:pPr>
        <w:widowControl/>
        <w:autoSpaceDE/>
        <w:autoSpaceDN/>
        <w:spacing w:before="100" w:beforeAutospacing="1" w:after="100" w:afterAutospacing="1"/>
        <w:jc w:val="both"/>
        <w:rPr>
          <w:rFonts w:ascii="Times New Roman" w:eastAsia="Times New Roman" w:hAnsi="Times New Roman" w:cs="Times New Roman"/>
          <w:sz w:val="24"/>
          <w:szCs w:val="24"/>
        </w:rPr>
      </w:pPr>
    </w:p>
    <w:p w14:paraId="3F2ED3A0" w14:textId="77777777" w:rsidR="00023DD0" w:rsidRDefault="00023DD0" w:rsidP="00023DD0">
      <w:pPr>
        <w:widowControl/>
        <w:autoSpaceDE/>
        <w:autoSpaceDN/>
        <w:spacing w:before="100" w:beforeAutospacing="1" w:after="100" w:afterAutospacing="1"/>
        <w:jc w:val="both"/>
        <w:rPr>
          <w:rFonts w:ascii="Times New Roman" w:eastAsia="Times New Roman" w:hAnsi="Times New Roman" w:cs="Times New Roman"/>
          <w:sz w:val="24"/>
          <w:szCs w:val="24"/>
        </w:rPr>
      </w:pPr>
    </w:p>
    <w:p w14:paraId="0A665C49" w14:textId="77777777" w:rsidR="00023DD0" w:rsidRDefault="00023DD0" w:rsidP="00023DD0">
      <w:pPr>
        <w:widowControl/>
        <w:autoSpaceDE/>
        <w:autoSpaceDN/>
        <w:spacing w:before="100" w:beforeAutospacing="1" w:after="100" w:afterAutospacing="1"/>
        <w:jc w:val="both"/>
        <w:rPr>
          <w:rFonts w:ascii="Times New Roman" w:eastAsia="Times New Roman" w:hAnsi="Times New Roman" w:cs="Times New Roman"/>
          <w:sz w:val="24"/>
          <w:szCs w:val="24"/>
        </w:rPr>
      </w:pPr>
    </w:p>
    <w:p w14:paraId="53D5A2DB" w14:textId="77777777" w:rsidR="00023DD0" w:rsidRPr="00F76293" w:rsidRDefault="00023DD0" w:rsidP="00023DD0">
      <w:pPr>
        <w:widowControl/>
        <w:autoSpaceDE/>
        <w:autoSpaceDN/>
        <w:spacing w:before="100" w:beforeAutospacing="1" w:after="100" w:afterAutospacing="1"/>
        <w:jc w:val="both"/>
        <w:rPr>
          <w:rFonts w:ascii="Times New Roman" w:eastAsia="Times New Roman" w:hAnsi="Times New Roman" w:cs="Times New Roman"/>
          <w:sz w:val="24"/>
          <w:szCs w:val="24"/>
        </w:rPr>
      </w:pPr>
    </w:p>
    <w:p w14:paraId="622E54AD" w14:textId="77777777" w:rsidR="00F76293" w:rsidRPr="00F76293" w:rsidRDefault="00F76293" w:rsidP="00F76293">
      <w:pPr>
        <w:spacing w:before="100" w:beforeAutospacing="1" w:after="100" w:afterAutospacing="1"/>
        <w:jc w:val="both"/>
        <w:outlineLvl w:val="1"/>
        <w:rPr>
          <w:rFonts w:ascii="Times New Roman" w:eastAsia="Times New Roman" w:hAnsi="Times New Roman" w:cs="Times New Roman"/>
          <w:b/>
          <w:bCs/>
          <w:sz w:val="24"/>
          <w:szCs w:val="24"/>
        </w:rPr>
      </w:pPr>
      <w:r w:rsidRPr="00F76293">
        <w:rPr>
          <w:rFonts w:ascii="Times New Roman" w:eastAsia="Times New Roman" w:hAnsi="Times New Roman" w:cs="Times New Roman"/>
          <w:b/>
          <w:bCs/>
          <w:sz w:val="24"/>
          <w:szCs w:val="24"/>
        </w:rPr>
        <w:lastRenderedPageBreak/>
        <w:t>Sonuç ve Öneriler</w:t>
      </w:r>
    </w:p>
    <w:p w14:paraId="26735DDF"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Anket bulguları, seçmeli ders programının öğrenciler tarafından genel olarak olumlu karşılandığını, bununla birlikte bazı alanlarda iyileştirme fırsatları bulunduğunu göstermektedir. Aşağıdaki geliştirme önerileri değerlendirilebilir:</w:t>
      </w:r>
    </w:p>
    <w:p w14:paraId="32E4F281" w14:textId="77777777" w:rsidR="00F76293" w:rsidRPr="0007546A" w:rsidRDefault="00F76293" w:rsidP="00F76293">
      <w:pPr>
        <w:widowControl/>
        <w:numPr>
          <w:ilvl w:val="0"/>
          <w:numId w:val="31"/>
        </w:numPr>
        <w:autoSpaceDE/>
        <w:autoSpaceDN/>
        <w:spacing w:before="100" w:beforeAutospacing="1" w:after="100" w:afterAutospacing="1"/>
        <w:jc w:val="both"/>
        <w:rPr>
          <w:rFonts w:ascii="Times New Roman" w:eastAsia="Times New Roman" w:hAnsi="Times New Roman" w:cs="Times New Roman"/>
          <w:sz w:val="24"/>
          <w:szCs w:val="24"/>
        </w:rPr>
      </w:pPr>
      <w:r w:rsidRPr="0007546A">
        <w:rPr>
          <w:rFonts w:ascii="Times New Roman" w:eastAsia="Times New Roman" w:hAnsi="Times New Roman" w:cs="Times New Roman"/>
          <w:sz w:val="24"/>
          <w:szCs w:val="24"/>
        </w:rPr>
        <w:t>Program planlaması ve kontenjan dağılımının gözden geçirilmesi, ders tercih esnekliğini artırabilir.</w:t>
      </w:r>
    </w:p>
    <w:p w14:paraId="14380513" w14:textId="77777777" w:rsidR="00F76293" w:rsidRPr="0007546A" w:rsidRDefault="00F76293" w:rsidP="00F76293">
      <w:pPr>
        <w:widowControl/>
        <w:numPr>
          <w:ilvl w:val="0"/>
          <w:numId w:val="31"/>
        </w:numPr>
        <w:autoSpaceDE/>
        <w:autoSpaceDN/>
        <w:spacing w:before="100" w:beforeAutospacing="1" w:after="100" w:afterAutospacing="1"/>
        <w:jc w:val="both"/>
        <w:rPr>
          <w:rFonts w:ascii="Times New Roman" w:eastAsia="Times New Roman" w:hAnsi="Times New Roman" w:cs="Times New Roman"/>
          <w:sz w:val="24"/>
          <w:szCs w:val="24"/>
        </w:rPr>
      </w:pPr>
      <w:proofErr w:type="spellStart"/>
      <w:r w:rsidRPr="0007546A">
        <w:rPr>
          <w:rFonts w:ascii="Times New Roman" w:eastAsia="Times New Roman" w:hAnsi="Times New Roman" w:cs="Times New Roman"/>
          <w:sz w:val="24"/>
          <w:szCs w:val="24"/>
        </w:rPr>
        <w:t>Disiplinlerarası</w:t>
      </w:r>
      <w:proofErr w:type="spellEnd"/>
      <w:r w:rsidRPr="0007546A">
        <w:rPr>
          <w:rFonts w:ascii="Times New Roman" w:eastAsia="Times New Roman" w:hAnsi="Times New Roman" w:cs="Times New Roman"/>
          <w:sz w:val="24"/>
          <w:szCs w:val="24"/>
        </w:rPr>
        <w:t xml:space="preserve"> ders olanaklarının genişletilmesi, öğrencilerin çok yönlü gelişimine katkı sağlayabilir.</w:t>
      </w:r>
    </w:p>
    <w:p w14:paraId="442764F2" w14:textId="77777777" w:rsidR="00F76293" w:rsidRPr="0007546A" w:rsidRDefault="00F76293" w:rsidP="00F76293">
      <w:pPr>
        <w:widowControl/>
        <w:numPr>
          <w:ilvl w:val="0"/>
          <w:numId w:val="31"/>
        </w:numPr>
        <w:autoSpaceDE/>
        <w:autoSpaceDN/>
        <w:spacing w:before="100" w:beforeAutospacing="1" w:after="100" w:afterAutospacing="1"/>
        <w:jc w:val="both"/>
        <w:rPr>
          <w:rFonts w:ascii="Times New Roman" w:eastAsia="Times New Roman" w:hAnsi="Times New Roman" w:cs="Times New Roman"/>
          <w:sz w:val="24"/>
          <w:szCs w:val="24"/>
        </w:rPr>
      </w:pPr>
      <w:r w:rsidRPr="0007546A">
        <w:rPr>
          <w:rFonts w:ascii="Times New Roman" w:eastAsia="Times New Roman" w:hAnsi="Times New Roman" w:cs="Times New Roman"/>
          <w:sz w:val="24"/>
          <w:szCs w:val="24"/>
        </w:rPr>
        <w:t>Dijital tasarım, yapay zekâ ve 3D alanlarında yeni derslerin açılması, güncel sektör gereksinimleriyle uyumu güçlendirebilir.</w:t>
      </w:r>
    </w:p>
    <w:p w14:paraId="365876D9" w14:textId="77777777" w:rsidR="00F76293" w:rsidRPr="0007546A" w:rsidRDefault="00F76293" w:rsidP="00F76293">
      <w:pPr>
        <w:widowControl/>
        <w:numPr>
          <w:ilvl w:val="0"/>
          <w:numId w:val="31"/>
        </w:numPr>
        <w:autoSpaceDE/>
        <w:autoSpaceDN/>
        <w:spacing w:before="100" w:beforeAutospacing="1" w:after="100" w:afterAutospacing="1"/>
        <w:jc w:val="both"/>
        <w:rPr>
          <w:rFonts w:ascii="Times New Roman" w:eastAsia="Times New Roman" w:hAnsi="Times New Roman" w:cs="Times New Roman"/>
          <w:sz w:val="24"/>
          <w:szCs w:val="24"/>
        </w:rPr>
      </w:pPr>
      <w:r w:rsidRPr="0007546A">
        <w:rPr>
          <w:rFonts w:ascii="Times New Roman" w:eastAsia="Times New Roman" w:hAnsi="Times New Roman" w:cs="Times New Roman"/>
          <w:sz w:val="24"/>
          <w:szCs w:val="24"/>
        </w:rPr>
        <w:t>Mesleki ve sektörel içerikli derslerin artırılması, mezuniyet sonrası hazırlığı destekleyebilir.</w:t>
      </w:r>
    </w:p>
    <w:p w14:paraId="7AD441FD" w14:textId="77777777" w:rsidR="00F76293" w:rsidRPr="0007546A" w:rsidRDefault="00F76293" w:rsidP="00F76293">
      <w:pPr>
        <w:widowControl/>
        <w:numPr>
          <w:ilvl w:val="0"/>
          <w:numId w:val="31"/>
        </w:numPr>
        <w:autoSpaceDE/>
        <w:autoSpaceDN/>
        <w:spacing w:before="100" w:beforeAutospacing="1" w:after="100" w:afterAutospacing="1"/>
        <w:jc w:val="both"/>
        <w:rPr>
          <w:rFonts w:ascii="Times New Roman" w:eastAsia="Times New Roman" w:hAnsi="Times New Roman" w:cs="Times New Roman"/>
          <w:sz w:val="24"/>
          <w:szCs w:val="24"/>
        </w:rPr>
      </w:pPr>
      <w:r w:rsidRPr="0007546A">
        <w:rPr>
          <w:rFonts w:ascii="Times New Roman" w:eastAsia="Times New Roman" w:hAnsi="Times New Roman" w:cs="Times New Roman"/>
          <w:sz w:val="24"/>
          <w:szCs w:val="24"/>
        </w:rPr>
        <w:t>Animasyon, kısa film ve görsel tasarım derslerinin çeşitlendirilmesi öğrenci talebiyle örtüşmektedir.</w:t>
      </w:r>
    </w:p>
    <w:p w14:paraId="3BF47AFA" w14:textId="77777777" w:rsidR="00F76293" w:rsidRPr="0007546A" w:rsidRDefault="00F76293" w:rsidP="00F76293">
      <w:pPr>
        <w:widowControl/>
        <w:numPr>
          <w:ilvl w:val="0"/>
          <w:numId w:val="31"/>
        </w:numPr>
        <w:autoSpaceDE/>
        <w:autoSpaceDN/>
        <w:spacing w:before="100" w:beforeAutospacing="1" w:after="100" w:afterAutospacing="1"/>
        <w:jc w:val="both"/>
        <w:rPr>
          <w:rFonts w:ascii="Times New Roman" w:eastAsia="Times New Roman" w:hAnsi="Times New Roman" w:cs="Times New Roman"/>
          <w:sz w:val="24"/>
          <w:szCs w:val="24"/>
        </w:rPr>
      </w:pPr>
      <w:r w:rsidRPr="0007546A">
        <w:rPr>
          <w:rFonts w:ascii="Times New Roman" w:eastAsia="Times New Roman" w:hAnsi="Times New Roman" w:cs="Times New Roman"/>
          <w:sz w:val="24"/>
          <w:szCs w:val="24"/>
        </w:rPr>
        <w:t>Tipografi alanında seçmeli derslerin artırılması önerilmektedir.</w:t>
      </w:r>
    </w:p>
    <w:p w14:paraId="2D1E8A3C" w14:textId="77777777" w:rsidR="00F76293" w:rsidRPr="00F76293" w:rsidRDefault="00F76293" w:rsidP="00F76293">
      <w:pPr>
        <w:spacing w:before="100" w:beforeAutospacing="1" w:after="100" w:afterAutospacing="1"/>
        <w:jc w:val="both"/>
        <w:rPr>
          <w:rFonts w:ascii="Times New Roman" w:eastAsia="Times New Roman" w:hAnsi="Times New Roman" w:cs="Times New Roman"/>
          <w:sz w:val="24"/>
          <w:szCs w:val="24"/>
        </w:rPr>
      </w:pPr>
      <w:r w:rsidRPr="00F76293">
        <w:rPr>
          <w:rFonts w:ascii="Times New Roman" w:eastAsia="Times New Roman" w:hAnsi="Times New Roman" w:cs="Times New Roman"/>
          <w:sz w:val="24"/>
          <w:szCs w:val="24"/>
        </w:rPr>
        <w:t>Genel olarak, bu raporun bölümün stratejik ders planlaması çalışmalarına veri temelli katkı sunması ve öğrenci odaklı iyileştirme süreçlerini desteklemesi beklenmektedir.</w:t>
      </w:r>
    </w:p>
    <w:p w14:paraId="54FA58CE" w14:textId="54A0D3BF" w:rsidR="0095289E" w:rsidRPr="00E8749C" w:rsidRDefault="0095289E" w:rsidP="00F76293">
      <w:pPr>
        <w:pStyle w:val="Balk1"/>
        <w:rPr>
          <w:rFonts w:ascii="Times New Roman" w:hAnsi="Times New Roman" w:cs="Times New Roman"/>
          <w:color w:val="auto"/>
          <w:spacing w:val="-2"/>
          <w:sz w:val="24"/>
          <w:szCs w:val="24"/>
        </w:rPr>
      </w:pPr>
    </w:p>
    <w:sectPr w:rsidR="0095289E" w:rsidRPr="00E8749C" w:rsidSect="00C32509">
      <w:type w:val="continuous"/>
      <w:pgSz w:w="12240" w:h="15840"/>
      <w:pgMar w:top="700" w:right="900" w:bottom="280"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31D2E29"/>
    <w:multiLevelType w:val="multilevel"/>
    <w:tmpl w:val="4346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DC3C57"/>
    <w:multiLevelType w:val="multilevel"/>
    <w:tmpl w:val="10F4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405DF"/>
    <w:multiLevelType w:val="multilevel"/>
    <w:tmpl w:val="ED6C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6434A1"/>
    <w:multiLevelType w:val="multilevel"/>
    <w:tmpl w:val="A902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177507"/>
    <w:multiLevelType w:val="multilevel"/>
    <w:tmpl w:val="DC844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183D1F"/>
    <w:multiLevelType w:val="hybridMultilevel"/>
    <w:tmpl w:val="262814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4BB758A"/>
    <w:multiLevelType w:val="multilevel"/>
    <w:tmpl w:val="1928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0D1513"/>
    <w:multiLevelType w:val="multilevel"/>
    <w:tmpl w:val="3E6E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5E1AB0"/>
    <w:multiLevelType w:val="multilevel"/>
    <w:tmpl w:val="BC0A3B3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17B2C0E"/>
    <w:multiLevelType w:val="multilevel"/>
    <w:tmpl w:val="B9EE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CE51FF"/>
    <w:multiLevelType w:val="multilevel"/>
    <w:tmpl w:val="D086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131B8A"/>
    <w:multiLevelType w:val="multilevel"/>
    <w:tmpl w:val="664CF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5048B6"/>
    <w:multiLevelType w:val="hybridMultilevel"/>
    <w:tmpl w:val="796C8420"/>
    <w:lvl w:ilvl="0" w:tplc="28B616C8">
      <w:start w:val="1"/>
      <w:numFmt w:val="bullet"/>
      <w:lvlText w:val="•"/>
      <w:lvlJc w:val="left"/>
      <w:pPr>
        <w:ind w:left="720" w:hanging="360"/>
      </w:pPr>
    </w:lvl>
    <w:lvl w:ilvl="1" w:tplc="5AC6B972">
      <w:start w:val="1"/>
      <w:numFmt w:val="bullet"/>
      <w:lvlText w:val="◦"/>
      <w:lvlJc w:val="left"/>
      <w:pPr>
        <w:ind w:left="1440" w:hanging="360"/>
      </w:pPr>
    </w:lvl>
    <w:lvl w:ilvl="2" w:tplc="FFC26514">
      <w:start w:val="1"/>
      <w:numFmt w:val="bullet"/>
      <w:lvlText w:val="•"/>
      <w:lvlJc w:val="left"/>
      <w:pPr>
        <w:ind w:left="2160" w:hanging="360"/>
      </w:pPr>
    </w:lvl>
    <w:lvl w:ilvl="3" w:tplc="4D7629E2">
      <w:start w:val="1"/>
      <w:numFmt w:val="bullet"/>
      <w:lvlText w:val="◦"/>
      <w:lvlJc w:val="left"/>
      <w:pPr>
        <w:ind w:left="2880" w:hanging="360"/>
      </w:pPr>
    </w:lvl>
    <w:lvl w:ilvl="4" w:tplc="0650A9C4">
      <w:start w:val="1"/>
      <w:numFmt w:val="bullet"/>
      <w:lvlText w:val="•"/>
      <w:lvlJc w:val="left"/>
      <w:pPr>
        <w:ind w:left="3600" w:hanging="360"/>
      </w:pPr>
    </w:lvl>
    <w:lvl w:ilvl="5" w:tplc="47BECC4E">
      <w:start w:val="1"/>
      <w:numFmt w:val="bullet"/>
      <w:lvlText w:val="◦"/>
      <w:lvlJc w:val="left"/>
      <w:pPr>
        <w:ind w:left="4320" w:hanging="360"/>
      </w:pPr>
    </w:lvl>
    <w:lvl w:ilvl="6" w:tplc="8BA24B1C">
      <w:start w:val="1"/>
      <w:numFmt w:val="bullet"/>
      <w:lvlText w:val="•"/>
      <w:lvlJc w:val="left"/>
      <w:pPr>
        <w:ind w:left="5040" w:hanging="360"/>
      </w:pPr>
    </w:lvl>
    <w:lvl w:ilvl="7" w:tplc="CDE4238A">
      <w:numFmt w:val="decimal"/>
      <w:lvlText w:val=""/>
      <w:lvlJc w:val="left"/>
      <w:pPr>
        <w:ind w:left="0" w:firstLine="0"/>
      </w:pPr>
    </w:lvl>
    <w:lvl w:ilvl="8" w:tplc="E6F4BAE4">
      <w:numFmt w:val="decimal"/>
      <w:lvlText w:val=""/>
      <w:lvlJc w:val="left"/>
      <w:pPr>
        <w:ind w:left="0" w:firstLine="0"/>
      </w:pPr>
    </w:lvl>
  </w:abstractNum>
  <w:abstractNum w:abstractNumId="22" w15:restartNumberingAfterBreak="0">
    <w:nsid w:val="40E54950"/>
    <w:multiLevelType w:val="multilevel"/>
    <w:tmpl w:val="735E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C31F61"/>
    <w:multiLevelType w:val="multilevel"/>
    <w:tmpl w:val="2900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AA3E26"/>
    <w:multiLevelType w:val="multilevel"/>
    <w:tmpl w:val="DA7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9D5D7A"/>
    <w:multiLevelType w:val="multilevel"/>
    <w:tmpl w:val="CB4E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281504"/>
    <w:multiLevelType w:val="multilevel"/>
    <w:tmpl w:val="E5DC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A137F6"/>
    <w:multiLevelType w:val="multilevel"/>
    <w:tmpl w:val="4CC0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9866875">
    <w:abstractNumId w:val="14"/>
  </w:num>
  <w:num w:numId="2" w16cid:durableId="327829235">
    <w:abstractNumId w:val="22"/>
  </w:num>
  <w:num w:numId="3" w16cid:durableId="1156842200">
    <w:abstractNumId w:val="16"/>
  </w:num>
  <w:num w:numId="4" w16cid:durableId="668601281">
    <w:abstractNumId w:val="23"/>
  </w:num>
  <w:num w:numId="5" w16cid:durableId="1722751825">
    <w:abstractNumId w:val="9"/>
  </w:num>
  <w:num w:numId="6" w16cid:durableId="1307861493">
    <w:abstractNumId w:val="19"/>
  </w:num>
  <w:num w:numId="7" w16cid:durableId="1429697984">
    <w:abstractNumId w:val="20"/>
  </w:num>
  <w:num w:numId="8" w16cid:durableId="1764371289">
    <w:abstractNumId w:val="8"/>
  </w:num>
  <w:num w:numId="9" w16cid:durableId="1451894198">
    <w:abstractNumId w:val="6"/>
  </w:num>
  <w:num w:numId="10" w16cid:durableId="421222041">
    <w:abstractNumId w:val="5"/>
  </w:num>
  <w:num w:numId="11" w16cid:durableId="1497645359">
    <w:abstractNumId w:val="4"/>
  </w:num>
  <w:num w:numId="12" w16cid:durableId="1348290949">
    <w:abstractNumId w:val="7"/>
  </w:num>
  <w:num w:numId="13" w16cid:durableId="616448073">
    <w:abstractNumId w:val="3"/>
  </w:num>
  <w:num w:numId="14" w16cid:durableId="1283416721">
    <w:abstractNumId w:val="2"/>
  </w:num>
  <w:num w:numId="15" w16cid:durableId="567888341">
    <w:abstractNumId w:val="1"/>
  </w:num>
  <w:num w:numId="16" w16cid:durableId="830487771">
    <w:abstractNumId w:val="0"/>
  </w:num>
  <w:num w:numId="17" w16cid:durableId="1803186820">
    <w:abstractNumId w:val="24"/>
  </w:num>
  <w:num w:numId="18" w16cid:durableId="171259323">
    <w:abstractNumId w:val="12"/>
  </w:num>
  <w:num w:numId="19" w16cid:durableId="2127967201">
    <w:abstractNumId w:val="10"/>
  </w:num>
  <w:num w:numId="20" w16cid:durableId="1624337172">
    <w:abstractNumId w:val="21"/>
  </w:num>
  <w:num w:numId="21" w16cid:durableId="15966705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855728">
    <w:abstractNumId w:val="15"/>
  </w:num>
  <w:num w:numId="23" w16cid:durableId="1255475543">
    <w:abstractNumId w:val="18"/>
  </w:num>
  <w:num w:numId="24" w16cid:durableId="1951081517">
    <w:abstractNumId w:val="13"/>
  </w:num>
  <w:num w:numId="25" w16cid:durableId="511383920">
    <w:abstractNumId w:val="13"/>
    <w:lvlOverride w:ilvl="1">
      <w:startOverride w:val="2"/>
    </w:lvlOverride>
  </w:num>
  <w:num w:numId="26" w16cid:durableId="61568339">
    <w:abstractNumId w:val="13"/>
    <w:lvlOverride w:ilvl="1">
      <w:startOverride w:val="3"/>
    </w:lvlOverride>
  </w:num>
  <w:num w:numId="27" w16cid:durableId="642082508">
    <w:abstractNumId w:val="13"/>
    <w:lvlOverride w:ilvl="1">
      <w:startOverride w:val="4"/>
    </w:lvlOverride>
  </w:num>
  <w:num w:numId="28" w16cid:durableId="1627849490">
    <w:abstractNumId w:val="11"/>
  </w:num>
  <w:num w:numId="29" w16cid:durableId="1496915415">
    <w:abstractNumId w:val="26"/>
  </w:num>
  <w:num w:numId="30" w16cid:durableId="463432293">
    <w:abstractNumId w:val="27"/>
  </w:num>
  <w:num w:numId="31" w16cid:durableId="2194841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70"/>
    <w:rsid w:val="00023DD0"/>
    <w:rsid w:val="0007546A"/>
    <w:rsid w:val="0008678A"/>
    <w:rsid w:val="000A12C0"/>
    <w:rsid w:val="001737A3"/>
    <w:rsid w:val="001C7F31"/>
    <w:rsid w:val="00293778"/>
    <w:rsid w:val="002B111E"/>
    <w:rsid w:val="002B7CB6"/>
    <w:rsid w:val="00321D8B"/>
    <w:rsid w:val="004828BC"/>
    <w:rsid w:val="00591787"/>
    <w:rsid w:val="00596770"/>
    <w:rsid w:val="005A4595"/>
    <w:rsid w:val="005B0917"/>
    <w:rsid w:val="005E4AAE"/>
    <w:rsid w:val="005F1064"/>
    <w:rsid w:val="00622532"/>
    <w:rsid w:val="00630ABE"/>
    <w:rsid w:val="00654C03"/>
    <w:rsid w:val="00664785"/>
    <w:rsid w:val="006E4C34"/>
    <w:rsid w:val="007D339A"/>
    <w:rsid w:val="008229AF"/>
    <w:rsid w:val="00875FEF"/>
    <w:rsid w:val="0089286B"/>
    <w:rsid w:val="00933A00"/>
    <w:rsid w:val="009463C9"/>
    <w:rsid w:val="0095289E"/>
    <w:rsid w:val="00A05D05"/>
    <w:rsid w:val="00A26937"/>
    <w:rsid w:val="00A61D78"/>
    <w:rsid w:val="00A645E0"/>
    <w:rsid w:val="00A8750A"/>
    <w:rsid w:val="00A87C96"/>
    <w:rsid w:val="00B462A4"/>
    <w:rsid w:val="00B72DBD"/>
    <w:rsid w:val="00B82B19"/>
    <w:rsid w:val="00BE6744"/>
    <w:rsid w:val="00C32509"/>
    <w:rsid w:val="00CB5942"/>
    <w:rsid w:val="00D027C4"/>
    <w:rsid w:val="00D0305C"/>
    <w:rsid w:val="00D163A7"/>
    <w:rsid w:val="00E8749C"/>
    <w:rsid w:val="00EA6F8A"/>
    <w:rsid w:val="00F0060F"/>
    <w:rsid w:val="00F01D5A"/>
    <w:rsid w:val="00F76293"/>
    <w:rsid w:val="00F918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F1C2"/>
  <w15:docId w15:val="{487B74F0-EF38-4165-989D-814BD8BE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paragraph" w:styleId="Balk1">
    <w:name w:val="heading 1"/>
    <w:basedOn w:val="Normal"/>
    <w:next w:val="Normal"/>
    <w:link w:val="Balk1Char"/>
    <w:uiPriority w:val="9"/>
    <w:qFormat/>
    <w:rsid w:val="009528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D163A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Balk3">
    <w:name w:val="heading 3"/>
    <w:basedOn w:val="Normal"/>
    <w:next w:val="Normal"/>
    <w:link w:val="Balk3Char"/>
    <w:uiPriority w:val="9"/>
    <w:unhideWhenUsed/>
    <w:qFormat/>
    <w:rsid w:val="00B82B1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95289E"/>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en-US"/>
    </w:rPr>
  </w:style>
  <w:style w:type="paragraph" w:styleId="Balk5">
    <w:name w:val="heading 5"/>
    <w:basedOn w:val="Normal"/>
    <w:next w:val="Normal"/>
    <w:link w:val="Balk5Char"/>
    <w:uiPriority w:val="9"/>
    <w:semiHidden/>
    <w:unhideWhenUsed/>
    <w:qFormat/>
    <w:rsid w:val="0095289E"/>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en-US"/>
    </w:rPr>
  </w:style>
  <w:style w:type="paragraph" w:styleId="Balk6">
    <w:name w:val="heading 6"/>
    <w:basedOn w:val="Normal"/>
    <w:next w:val="Normal"/>
    <w:link w:val="Balk6Char"/>
    <w:uiPriority w:val="9"/>
    <w:semiHidden/>
    <w:unhideWhenUsed/>
    <w:qFormat/>
    <w:rsid w:val="0095289E"/>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lang w:val="en-US"/>
    </w:rPr>
  </w:style>
  <w:style w:type="paragraph" w:styleId="Balk7">
    <w:name w:val="heading 7"/>
    <w:basedOn w:val="Normal"/>
    <w:next w:val="Normal"/>
    <w:link w:val="Balk7Char"/>
    <w:uiPriority w:val="9"/>
    <w:semiHidden/>
    <w:unhideWhenUsed/>
    <w:qFormat/>
    <w:rsid w:val="0095289E"/>
    <w:pPr>
      <w:keepNext/>
      <w:keepLines/>
      <w:widowControl/>
      <w:autoSpaceDE/>
      <w:autoSpaceDN/>
      <w:spacing w:before="200" w:line="276" w:lineRule="auto"/>
      <w:outlineLvl w:val="6"/>
    </w:pPr>
    <w:rPr>
      <w:rFonts w:asciiTheme="majorHAnsi" w:eastAsiaTheme="majorEastAsia" w:hAnsiTheme="majorHAnsi" w:cstheme="majorBidi"/>
      <w:i/>
      <w:iCs/>
      <w:color w:val="404040" w:themeColor="text1" w:themeTint="BF"/>
      <w:lang w:val="en-US"/>
    </w:rPr>
  </w:style>
  <w:style w:type="paragraph" w:styleId="Balk8">
    <w:name w:val="heading 8"/>
    <w:basedOn w:val="Normal"/>
    <w:next w:val="Normal"/>
    <w:link w:val="Balk8Char"/>
    <w:uiPriority w:val="9"/>
    <w:semiHidden/>
    <w:unhideWhenUsed/>
    <w:qFormat/>
    <w:rsid w:val="0095289E"/>
    <w:pPr>
      <w:keepNext/>
      <w:keepLines/>
      <w:widowControl/>
      <w:autoSpaceDE/>
      <w:autoSpaceDN/>
      <w:spacing w:before="200" w:line="276" w:lineRule="auto"/>
      <w:outlineLvl w:val="7"/>
    </w:pPr>
    <w:rPr>
      <w:rFonts w:asciiTheme="majorHAnsi" w:eastAsiaTheme="majorEastAsia" w:hAnsiTheme="majorHAnsi" w:cstheme="majorBidi"/>
      <w:color w:val="4F81BD" w:themeColor="accent1"/>
      <w:sz w:val="20"/>
      <w:szCs w:val="20"/>
      <w:lang w:val="en-US"/>
    </w:rPr>
  </w:style>
  <w:style w:type="paragraph" w:styleId="Balk9">
    <w:name w:val="heading 9"/>
    <w:basedOn w:val="Normal"/>
    <w:next w:val="Normal"/>
    <w:link w:val="Balk9Char"/>
    <w:uiPriority w:val="9"/>
    <w:semiHidden/>
    <w:unhideWhenUsed/>
    <w:qFormat/>
    <w:rsid w:val="0095289E"/>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99"/>
    <w:qFormat/>
    <w:rPr>
      <w:b/>
      <w:bCs/>
      <w:sz w:val="40"/>
      <w:szCs w:val="40"/>
    </w:rPr>
  </w:style>
  <w:style w:type="paragraph" w:styleId="KonuBal">
    <w:name w:val="Title"/>
    <w:basedOn w:val="Normal"/>
    <w:link w:val="KonuBalChar"/>
    <w:uiPriority w:val="10"/>
    <w:qFormat/>
    <w:pPr>
      <w:ind w:left="4957"/>
    </w:pPr>
    <w:rPr>
      <w:rFonts w:ascii="Verdana" w:eastAsia="Verdana" w:hAnsi="Verdana" w:cs="Verdana"/>
      <w:sz w:val="72"/>
      <w:szCs w:val="72"/>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customStyle="1" w:styleId="Balk2Char">
    <w:name w:val="Başlık 2 Char"/>
    <w:basedOn w:val="VarsaylanParagrafYazTipi"/>
    <w:link w:val="Balk2"/>
    <w:uiPriority w:val="9"/>
    <w:rsid w:val="00D163A7"/>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B82B19"/>
    <w:rPr>
      <w:rFonts w:asciiTheme="majorHAnsi" w:eastAsiaTheme="majorEastAsia" w:hAnsiTheme="majorHAnsi" w:cstheme="majorBidi"/>
      <w:color w:val="243F60" w:themeColor="accent1" w:themeShade="7F"/>
      <w:sz w:val="24"/>
      <w:szCs w:val="24"/>
      <w:lang w:val="tr-TR"/>
    </w:rPr>
  </w:style>
  <w:style w:type="character" w:customStyle="1" w:styleId="Balk1Char">
    <w:name w:val="Başlık 1 Char"/>
    <w:basedOn w:val="VarsaylanParagrafYazTipi"/>
    <w:link w:val="Balk1"/>
    <w:uiPriority w:val="9"/>
    <w:rsid w:val="0095289E"/>
    <w:rPr>
      <w:rFonts w:asciiTheme="majorHAnsi" w:eastAsiaTheme="majorEastAsia" w:hAnsiTheme="majorHAnsi" w:cstheme="majorBidi"/>
      <w:color w:val="365F91" w:themeColor="accent1" w:themeShade="BF"/>
      <w:sz w:val="32"/>
      <w:szCs w:val="32"/>
      <w:lang w:val="tr-TR"/>
    </w:rPr>
  </w:style>
  <w:style w:type="character" w:customStyle="1" w:styleId="Balk4Char">
    <w:name w:val="Başlık 4 Char"/>
    <w:basedOn w:val="VarsaylanParagrafYazTipi"/>
    <w:link w:val="Balk4"/>
    <w:uiPriority w:val="9"/>
    <w:semiHidden/>
    <w:rsid w:val="0095289E"/>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95289E"/>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95289E"/>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95289E"/>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95289E"/>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95289E"/>
    <w:rPr>
      <w:rFonts w:asciiTheme="majorHAnsi" w:eastAsiaTheme="majorEastAsia" w:hAnsiTheme="majorHAnsi" w:cstheme="majorBidi"/>
      <w:i/>
      <w:iCs/>
      <w:color w:val="404040" w:themeColor="text1" w:themeTint="BF"/>
      <w:sz w:val="20"/>
      <w:szCs w:val="20"/>
    </w:rPr>
  </w:style>
  <w:style w:type="paragraph" w:styleId="stBilgi">
    <w:name w:val="header"/>
    <w:basedOn w:val="Normal"/>
    <w:link w:val="stBilgiChar"/>
    <w:uiPriority w:val="99"/>
    <w:unhideWhenUsed/>
    <w:rsid w:val="0095289E"/>
    <w:pPr>
      <w:widowControl/>
      <w:tabs>
        <w:tab w:val="center" w:pos="4680"/>
        <w:tab w:val="right" w:pos="9360"/>
      </w:tabs>
      <w:autoSpaceDE/>
      <w:autoSpaceDN/>
    </w:pPr>
    <w:rPr>
      <w:rFonts w:ascii="Calibri" w:eastAsia="Calibri" w:hAnsi="Calibri" w:cstheme="minorBidi"/>
      <w:lang w:val="en-US"/>
    </w:rPr>
  </w:style>
  <w:style w:type="character" w:customStyle="1" w:styleId="stBilgiChar">
    <w:name w:val="Üst Bilgi Char"/>
    <w:basedOn w:val="VarsaylanParagrafYazTipi"/>
    <w:link w:val="stBilgi"/>
    <w:uiPriority w:val="99"/>
    <w:rsid w:val="0095289E"/>
    <w:rPr>
      <w:rFonts w:ascii="Calibri" w:eastAsia="Calibri" w:hAnsi="Calibri"/>
    </w:rPr>
  </w:style>
  <w:style w:type="paragraph" w:styleId="AltBilgi">
    <w:name w:val="footer"/>
    <w:basedOn w:val="Normal"/>
    <w:link w:val="AltBilgiChar"/>
    <w:uiPriority w:val="99"/>
    <w:unhideWhenUsed/>
    <w:rsid w:val="0095289E"/>
    <w:pPr>
      <w:widowControl/>
      <w:tabs>
        <w:tab w:val="center" w:pos="4680"/>
        <w:tab w:val="right" w:pos="9360"/>
      </w:tabs>
      <w:autoSpaceDE/>
      <w:autoSpaceDN/>
    </w:pPr>
    <w:rPr>
      <w:rFonts w:ascii="Calibri" w:eastAsia="Calibri" w:hAnsi="Calibri" w:cstheme="minorBidi"/>
      <w:lang w:val="en-US"/>
    </w:rPr>
  </w:style>
  <w:style w:type="character" w:customStyle="1" w:styleId="AltBilgiChar">
    <w:name w:val="Alt Bilgi Char"/>
    <w:basedOn w:val="VarsaylanParagrafYazTipi"/>
    <w:link w:val="AltBilgi"/>
    <w:uiPriority w:val="99"/>
    <w:rsid w:val="0095289E"/>
    <w:rPr>
      <w:rFonts w:ascii="Calibri" w:eastAsia="Calibri" w:hAnsi="Calibri"/>
    </w:rPr>
  </w:style>
  <w:style w:type="paragraph" w:styleId="AralkYok">
    <w:name w:val="No Spacing"/>
    <w:uiPriority w:val="1"/>
    <w:qFormat/>
    <w:rsid w:val="0095289E"/>
    <w:pPr>
      <w:widowControl/>
      <w:autoSpaceDE/>
      <w:autoSpaceDN/>
    </w:pPr>
    <w:rPr>
      <w:rFonts w:eastAsiaTheme="minorEastAsia"/>
    </w:rPr>
  </w:style>
  <w:style w:type="character" w:customStyle="1" w:styleId="KonuBalChar">
    <w:name w:val="Konu Başlığı Char"/>
    <w:basedOn w:val="VarsaylanParagrafYazTipi"/>
    <w:link w:val="KonuBal"/>
    <w:uiPriority w:val="10"/>
    <w:rsid w:val="0095289E"/>
    <w:rPr>
      <w:rFonts w:ascii="Verdana" w:eastAsia="Verdana" w:hAnsi="Verdana" w:cs="Verdana"/>
      <w:sz w:val="72"/>
      <w:szCs w:val="72"/>
      <w:lang w:val="tr-TR"/>
    </w:rPr>
  </w:style>
  <w:style w:type="paragraph" w:styleId="Altyaz">
    <w:name w:val="Subtitle"/>
    <w:basedOn w:val="Normal"/>
    <w:next w:val="Normal"/>
    <w:link w:val="AltyazChar"/>
    <w:uiPriority w:val="11"/>
    <w:qFormat/>
    <w:rsid w:val="0095289E"/>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val="en-US"/>
    </w:rPr>
  </w:style>
  <w:style w:type="character" w:customStyle="1" w:styleId="AltyazChar">
    <w:name w:val="Altyazı Char"/>
    <w:basedOn w:val="VarsaylanParagrafYazTipi"/>
    <w:link w:val="Altyaz"/>
    <w:uiPriority w:val="11"/>
    <w:rsid w:val="0095289E"/>
    <w:rPr>
      <w:rFonts w:asciiTheme="majorHAnsi" w:eastAsiaTheme="majorEastAsia" w:hAnsiTheme="majorHAnsi" w:cstheme="majorBidi"/>
      <w:i/>
      <w:iCs/>
      <w:color w:val="4F81BD" w:themeColor="accent1"/>
      <w:spacing w:val="15"/>
      <w:sz w:val="24"/>
      <w:szCs w:val="24"/>
    </w:rPr>
  </w:style>
  <w:style w:type="character" w:customStyle="1" w:styleId="GvdeMetniChar">
    <w:name w:val="Gövde Metni Char"/>
    <w:basedOn w:val="VarsaylanParagrafYazTipi"/>
    <w:link w:val="GvdeMetni"/>
    <w:uiPriority w:val="99"/>
    <w:rsid w:val="0095289E"/>
    <w:rPr>
      <w:rFonts w:ascii="Tahoma" w:eastAsia="Tahoma" w:hAnsi="Tahoma" w:cs="Tahoma"/>
      <w:b/>
      <w:bCs/>
      <w:sz w:val="40"/>
      <w:szCs w:val="40"/>
      <w:lang w:val="tr-TR"/>
    </w:rPr>
  </w:style>
  <w:style w:type="paragraph" w:styleId="GvdeMetni2">
    <w:name w:val="Body Text 2"/>
    <w:basedOn w:val="Normal"/>
    <w:link w:val="GvdeMetni2Char"/>
    <w:uiPriority w:val="99"/>
    <w:unhideWhenUsed/>
    <w:rsid w:val="0095289E"/>
    <w:pPr>
      <w:widowControl/>
      <w:autoSpaceDE/>
      <w:autoSpaceDN/>
      <w:spacing w:after="120" w:line="480" w:lineRule="auto"/>
    </w:pPr>
    <w:rPr>
      <w:rFonts w:ascii="Calibri" w:eastAsia="Calibri" w:hAnsi="Calibri" w:cstheme="minorBidi"/>
      <w:lang w:val="en-US"/>
    </w:rPr>
  </w:style>
  <w:style w:type="character" w:customStyle="1" w:styleId="GvdeMetni2Char">
    <w:name w:val="Gövde Metni 2 Char"/>
    <w:basedOn w:val="VarsaylanParagrafYazTipi"/>
    <w:link w:val="GvdeMetni2"/>
    <w:uiPriority w:val="99"/>
    <w:rsid w:val="0095289E"/>
    <w:rPr>
      <w:rFonts w:ascii="Calibri" w:eastAsia="Calibri" w:hAnsi="Calibri"/>
    </w:rPr>
  </w:style>
  <w:style w:type="paragraph" w:styleId="GvdeMetni3">
    <w:name w:val="Body Text 3"/>
    <w:basedOn w:val="Normal"/>
    <w:link w:val="GvdeMetni3Char"/>
    <w:uiPriority w:val="99"/>
    <w:unhideWhenUsed/>
    <w:rsid w:val="0095289E"/>
    <w:pPr>
      <w:widowControl/>
      <w:autoSpaceDE/>
      <w:autoSpaceDN/>
      <w:spacing w:after="120" w:line="276" w:lineRule="auto"/>
    </w:pPr>
    <w:rPr>
      <w:rFonts w:ascii="Calibri" w:eastAsia="Calibri" w:hAnsi="Calibri" w:cstheme="minorBidi"/>
      <w:sz w:val="16"/>
      <w:szCs w:val="16"/>
      <w:lang w:val="en-US"/>
    </w:rPr>
  </w:style>
  <w:style w:type="character" w:customStyle="1" w:styleId="GvdeMetni3Char">
    <w:name w:val="Gövde Metni 3 Char"/>
    <w:basedOn w:val="VarsaylanParagrafYazTipi"/>
    <w:link w:val="GvdeMetni3"/>
    <w:uiPriority w:val="99"/>
    <w:rsid w:val="0095289E"/>
    <w:rPr>
      <w:rFonts w:ascii="Calibri" w:eastAsia="Calibri" w:hAnsi="Calibri"/>
      <w:sz w:val="16"/>
      <w:szCs w:val="16"/>
    </w:rPr>
  </w:style>
  <w:style w:type="paragraph" w:styleId="Liste">
    <w:name w:val="List"/>
    <w:basedOn w:val="Normal"/>
    <w:uiPriority w:val="99"/>
    <w:unhideWhenUsed/>
    <w:rsid w:val="0095289E"/>
    <w:pPr>
      <w:widowControl/>
      <w:autoSpaceDE/>
      <w:autoSpaceDN/>
      <w:spacing w:after="200" w:line="276" w:lineRule="auto"/>
      <w:ind w:left="360" w:hanging="360"/>
      <w:contextualSpacing/>
    </w:pPr>
    <w:rPr>
      <w:rFonts w:ascii="Calibri" w:eastAsia="Calibri" w:hAnsi="Calibri" w:cstheme="minorBidi"/>
      <w:lang w:val="en-US"/>
    </w:rPr>
  </w:style>
  <w:style w:type="paragraph" w:styleId="Liste2">
    <w:name w:val="List 2"/>
    <w:basedOn w:val="Normal"/>
    <w:uiPriority w:val="99"/>
    <w:unhideWhenUsed/>
    <w:rsid w:val="0095289E"/>
    <w:pPr>
      <w:widowControl/>
      <w:autoSpaceDE/>
      <w:autoSpaceDN/>
      <w:spacing w:after="200" w:line="276" w:lineRule="auto"/>
      <w:ind w:left="720" w:hanging="360"/>
      <w:contextualSpacing/>
    </w:pPr>
    <w:rPr>
      <w:rFonts w:ascii="Calibri" w:eastAsia="Calibri" w:hAnsi="Calibri" w:cstheme="minorBidi"/>
      <w:lang w:val="en-US"/>
    </w:rPr>
  </w:style>
  <w:style w:type="paragraph" w:styleId="Liste3">
    <w:name w:val="List 3"/>
    <w:basedOn w:val="Normal"/>
    <w:uiPriority w:val="99"/>
    <w:unhideWhenUsed/>
    <w:rsid w:val="0095289E"/>
    <w:pPr>
      <w:widowControl/>
      <w:autoSpaceDE/>
      <w:autoSpaceDN/>
      <w:spacing w:after="200" w:line="276" w:lineRule="auto"/>
      <w:ind w:left="1080" w:hanging="360"/>
      <w:contextualSpacing/>
    </w:pPr>
    <w:rPr>
      <w:rFonts w:ascii="Calibri" w:eastAsia="Calibri" w:hAnsi="Calibri" w:cstheme="minorBidi"/>
      <w:lang w:val="en-US"/>
    </w:rPr>
  </w:style>
  <w:style w:type="paragraph" w:styleId="ListeMaddemi">
    <w:name w:val="List Bullet"/>
    <w:basedOn w:val="Normal"/>
    <w:uiPriority w:val="99"/>
    <w:unhideWhenUsed/>
    <w:rsid w:val="0095289E"/>
    <w:pPr>
      <w:widowControl/>
      <w:numPr>
        <w:numId w:val="8"/>
      </w:numPr>
      <w:tabs>
        <w:tab w:val="clear" w:pos="360"/>
      </w:tabs>
      <w:autoSpaceDE/>
      <w:autoSpaceDN/>
      <w:spacing w:after="200" w:line="276" w:lineRule="auto"/>
      <w:ind w:left="0" w:firstLine="0"/>
      <w:contextualSpacing/>
    </w:pPr>
    <w:rPr>
      <w:rFonts w:ascii="Calibri" w:eastAsia="Calibri" w:hAnsi="Calibri" w:cstheme="minorBidi"/>
      <w:lang w:val="en-US"/>
    </w:rPr>
  </w:style>
  <w:style w:type="paragraph" w:styleId="ListeMaddemi2">
    <w:name w:val="List Bullet 2"/>
    <w:basedOn w:val="Normal"/>
    <w:uiPriority w:val="99"/>
    <w:unhideWhenUsed/>
    <w:rsid w:val="0095289E"/>
    <w:pPr>
      <w:widowControl/>
      <w:numPr>
        <w:numId w:val="9"/>
      </w:numPr>
      <w:tabs>
        <w:tab w:val="clear" w:pos="720"/>
      </w:tabs>
      <w:autoSpaceDE/>
      <w:autoSpaceDN/>
      <w:spacing w:after="200" w:line="276" w:lineRule="auto"/>
      <w:ind w:left="0" w:firstLine="0"/>
      <w:contextualSpacing/>
    </w:pPr>
    <w:rPr>
      <w:rFonts w:ascii="Calibri" w:eastAsia="Calibri" w:hAnsi="Calibri" w:cstheme="minorBidi"/>
      <w:lang w:val="en-US"/>
    </w:rPr>
  </w:style>
  <w:style w:type="paragraph" w:styleId="ListeMaddemi3">
    <w:name w:val="List Bullet 3"/>
    <w:basedOn w:val="Normal"/>
    <w:uiPriority w:val="99"/>
    <w:unhideWhenUsed/>
    <w:rsid w:val="0095289E"/>
    <w:pPr>
      <w:widowControl/>
      <w:numPr>
        <w:numId w:val="10"/>
      </w:numPr>
      <w:tabs>
        <w:tab w:val="clear" w:pos="1080"/>
      </w:tabs>
      <w:autoSpaceDE/>
      <w:autoSpaceDN/>
      <w:spacing w:after="200" w:line="276" w:lineRule="auto"/>
      <w:ind w:left="0" w:firstLine="0"/>
      <w:contextualSpacing/>
    </w:pPr>
    <w:rPr>
      <w:rFonts w:ascii="Calibri" w:eastAsia="Calibri" w:hAnsi="Calibri" w:cstheme="minorBidi"/>
      <w:lang w:val="en-US"/>
    </w:rPr>
  </w:style>
  <w:style w:type="paragraph" w:styleId="ListeNumaras">
    <w:name w:val="List Number"/>
    <w:basedOn w:val="Normal"/>
    <w:uiPriority w:val="99"/>
    <w:unhideWhenUsed/>
    <w:rsid w:val="0095289E"/>
    <w:pPr>
      <w:widowControl/>
      <w:numPr>
        <w:numId w:val="12"/>
      </w:numPr>
      <w:tabs>
        <w:tab w:val="clear" w:pos="360"/>
      </w:tabs>
      <w:autoSpaceDE/>
      <w:autoSpaceDN/>
      <w:spacing w:after="200" w:line="276" w:lineRule="auto"/>
      <w:ind w:left="0" w:firstLine="0"/>
      <w:contextualSpacing/>
    </w:pPr>
    <w:rPr>
      <w:rFonts w:ascii="Calibri" w:eastAsia="Calibri" w:hAnsi="Calibri" w:cstheme="minorBidi"/>
      <w:lang w:val="en-US"/>
    </w:rPr>
  </w:style>
  <w:style w:type="paragraph" w:styleId="ListeNumaras2">
    <w:name w:val="List Number 2"/>
    <w:basedOn w:val="Normal"/>
    <w:uiPriority w:val="99"/>
    <w:unhideWhenUsed/>
    <w:rsid w:val="0095289E"/>
    <w:pPr>
      <w:widowControl/>
      <w:numPr>
        <w:numId w:val="13"/>
      </w:numPr>
      <w:tabs>
        <w:tab w:val="clear" w:pos="720"/>
      </w:tabs>
      <w:autoSpaceDE/>
      <w:autoSpaceDN/>
      <w:spacing w:after="200" w:line="276" w:lineRule="auto"/>
      <w:ind w:left="0" w:firstLine="0"/>
      <w:contextualSpacing/>
    </w:pPr>
    <w:rPr>
      <w:rFonts w:ascii="Calibri" w:eastAsia="Calibri" w:hAnsi="Calibri" w:cstheme="minorBidi"/>
      <w:lang w:val="en-US"/>
    </w:rPr>
  </w:style>
  <w:style w:type="paragraph" w:styleId="ListeNumaras3">
    <w:name w:val="List Number 3"/>
    <w:basedOn w:val="Normal"/>
    <w:uiPriority w:val="99"/>
    <w:unhideWhenUsed/>
    <w:rsid w:val="0095289E"/>
    <w:pPr>
      <w:widowControl/>
      <w:numPr>
        <w:numId w:val="14"/>
      </w:numPr>
      <w:tabs>
        <w:tab w:val="clear" w:pos="1080"/>
      </w:tabs>
      <w:autoSpaceDE/>
      <w:autoSpaceDN/>
      <w:spacing w:after="200" w:line="276" w:lineRule="auto"/>
      <w:ind w:left="0" w:firstLine="0"/>
      <w:contextualSpacing/>
    </w:pPr>
    <w:rPr>
      <w:rFonts w:ascii="Calibri" w:eastAsia="Calibri" w:hAnsi="Calibri" w:cstheme="minorBidi"/>
      <w:lang w:val="en-US"/>
    </w:rPr>
  </w:style>
  <w:style w:type="paragraph" w:styleId="ListeDevam">
    <w:name w:val="List Continue"/>
    <w:basedOn w:val="Normal"/>
    <w:uiPriority w:val="99"/>
    <w:unhideWhenUsed/>
    <w:rsid w:val="0095289E"/>
    <w:pPr>
      <w:widowControl/>
      <w:autoSpaceDE/>
      <w:autoSpaceDN/>
      <w:spacing w:after="120" w:line="276" w:lineRule="auto"/>
      <w:ind w:left="360"/>
      <w:contextualSpacing/>
    </w:pPr>
    <w:rPr>
      <w:rFonts w:ascii="Calibri" w:eastAsia="Calibri" w:hAnsi="Calibri" w:cstheme="minorBidi"/>
      <w:lang w:val="en-US"/>
    </w:rPr>
  </w:style>
  <w:style w:type="paragraph" w:styleId="ListeDevam2">
    <w:name w:val="List Continue 2"/>
    <w:basedOn w:val="Normal"/>
    <w:uiPriority w:val="99"/>
    <w:unhideWhenUsed/>
    <w:rsid w:val="0095289E"/>
    <w:pPr>
      <w:widowControl/>
      <w:autoSpaceDE/>
      <w:autoSpaceDN/>
      <w:spacing w:after="120" w:line="276" w:lineRule="auto"/>
      <w:ind w:left="720"/>
      <w:contextualSpacing/>
    </w:pPr>
    <w:rPr>
      <w:rFonts w:ascii="Calibri" w:eastAsia="Calibri" w:hAnsi="Calibri" w:cstheme="minorBidi"/>
      <w:lang w:val="en-US"/>
    </w:rPr>
  </w:style>
  <w:style w:type="paragraph" w:styleId="ListeDevam3">
    <w:name w:val="List Continue 3"/>
    <w:basedOn w:val="Normal"/>
    <w:uiPriority w:val="99"/>
    <w:unhideWhenUsed/>
    <w:rsid w:val="0095289E"/>
    <w:pPr>
      <w:widowControl/>
      <w:autoSpaceDE/>
      <w:autoSpaceDN/>
      <w:spacing w:after="120" w:line="276" w:lineRule="auto"/>
      <w:ind w:left="1080"/>
      <w:contextualSpacing/>
    </w:pPr>
    <w:rPr>
      <w:rFonts w:ascii="Calibri" w:eastAsia="Calibri" w:hAnsi="Calibri" w:cstheme="minorBidi"/>
      <w:lang w:val="en-US"/>
    </w:rPr>
  </w:style>
  <w:style w:type="paragraph" w:styleId="MakroMetni">
    <w:name w:val="macro"/>
    <w:link w:val="MakroMetniChar"/>
    <w:uiPriority w:val="99"/>
    <w:unhideWhenUsed/>
    <w:rsid w:val="0095289E"/>
    <w:pPr>
      <w:widowControl/>
      <w:tabs>
        <w:tab w:val="left" w:pos="576"/>
        <w:tab w:val="left" w:pos="1152"/>
        <w:tab w:val="left" w:pos="1728"/>
        <w:tab w:val="left" w:pos="2304"/>
        <w:tab w:val="left" w:pos="2880"/>
        <w:tab w:val="left" w:pos="3456"/>
        <w:tab w:val="left" w:pos="4032"/>
      </w:tabs>
      <w:autoSpaceDE/>
      <w:autoSpaceDN/>
      <w:spacing w:after="200" w:line="276" w:lineRule="auto"/>
    </w:pPr>
    <w:rPr>
      <w:rFonts w:ascii="Courier" w:eastAsiaTheme="minorEastAsia" w:hAnsi="Courier"/>
      <w:sz w:val="20"/>
      <w:szCs w:val="20"/>
    </w:rPr>
  </w:style>
  <w:style w:type="character" w:customStyle="1" w:styleId="MakroMetniChar">
    <w:name w:val="Makro Metni Char"/>
    <w:basedOn w:val="VarsaylanParagrafYazTipi"/>
    <w:link w:val="MakroMetni"/>
    <w:uiPriority w:val="99"/>
    <w:rsid w:val="0095289E"/>
    <w:rPr>
      <w:rFonts w:ascii="Courier" w:eastAsiaTheme="minorEastAsia" w:hAnsi="Courier"/>
      <w:sz w:val="20"/>
      <w:szCs w:val="20"/>
    </w:rPr>
  </w:style>
  <w:style w:type="paragraph" w:styleId="Alnt">
    <w:name w:val="Quote"/>
    <w:basedOn w:val="Normal"/>
    <w:next w:val="Normal"/>
    <w:link w:val="AlntChar"/>
    <w:uiPriority w:val="29"/>
    <w:qFormat/>
    <w:rsid w:val="0095289E"/>
    <w:pPr>
      <w:widowControl/>
      <w:autoSpaceDE/>
      <w:autoSpaceDN/>
      <w:spacing w:after="200" w:line="276" w:lineRule="auto"/>
    </w:pPr>
    <w:rPr>
      <w:rFonts w:ascii="Calibri" w:eastAsia="Calibri" w:hAnsi="Calibri" w:cstheme="minorBidi"/>
      <w:i/>
      <w:iCs/>
      <w:color w:val="000000" w:themeColor="text1"/>
      <w:lang w:val="en-US"/>
    </w:rPr>
  </w:style>
  <w:style w:type="character" w:customStyle="1" w:styleId="AlntChar">
    <w:name w:val="Alıntı Char"/>
    <w:basedOn w:val="VarsaylanParagrafYazTipi"/>
    <w:link w:val="Alnt"/>
    <w:uiPriority w:val="29"/>
    <w:rsid w:val="0095289E"/>
    <w:rPr>
      <w:rFonts w:ascii="Calibri" w:eastAsia="Calibri" w:hAnsi="Calibri"/>
      <w:i/>
      <w:iCs/>
      <w:color w:val="000000" w:themeColor="text1"/>
    </w:rPr>
  </w:style>
  <w:style w:type="paragraph" w:styleId="ResimYazs">
    <w:name w:val="caption"/>
    <w:basedOn w:val="Normal"/>
    <w:next w:val="Normal"/>
    <w:uiPriority w:val="35"/>
    <w:semiHidden/>
    <w:unhideWhenUsed/>
    <w:qFormat/>
    <w:rsid w:val="0095289E"/>
    <w:pPr>
      <w:widowControl/>
      <w:autoSpaceDE/>
      <w:autoSpaceDN/>
      <w:spacing w:after="200"/>
    </w:pPr>
    <w:rPr>
      <w:rFonts w:ascii="Calibri" w:eastAsia="Calibri" w:hAnsi="Calibri" w:cstheme="minorBidi"/>
      <w:b/>
      <w:bCs/>
      <w:color w:val="4F81BD" w:themeColor="accent1"/>
      <w:sz w:val="18"/>
      <w:szCs w:val="18"/>
      <w:lang w:val="en-US"/>
    </w:rPr>
  </w:style>
  <w:style w:type="character" w:styleId="Gl">
    <w:name w:val="Strong"/>
    <w:basedOn w:val="VarsaylanParagrafYazTipi"/>
    <w:uiPriority w:val="22"/>
    <w:qFormat/>
    <w:rsid w:val="0095289E"/>
    <w:rPr>
      <w:b/>
      <w:bCs/>
    </w:rPr>
  </w:style>
  <w:style w:type="character" w:styleId="Vurgu">
    <w:name w:val="Emphasis"/>
    <w:basedOn w:val="VarsaylanParagrafYazTipi"/>
    <w:uiPriority w:val="20"/>
    <w:qFormat/>
    <w:rsid w:val="0095289E"/>
    <w:rPr>
      <w:i/>
      <w:iCs/>
    </w:rPr>
  </w:style>
  <w:style w:type="paragraph" w:styleId="GlAlnt">
    <w:name w:val="Intense Quote"/>
    <w:basedOn w:val="Normal"/>
    <w:next w:val="Normal"/>
    <w:link w:val="GlAlntChar"/>
    <w:uiPriority w:val="30"/>
    <w:qFormat/>
    <w:rsid w:val="0095289E"/>
    <w:pPr>
      <w:widowControl/>
      <w:pBdr>
        <w:bottom w:val="single" w:sz="4" w:space="4" w:color="4F81BD" w:themeColor="accent1"/>
      </w:pBdr>
      <w:autoSpaceDE/>
      <w:autoSpaceDN/>
      <w:spacing w:before="200" w:after="280" w:line="276" w:lineRule="auto"/>
      <w:ind w:left="936" w:right="936"/>
    </w:pPr>
    <w:rPr>
      <w:rFonts w:ascii="Calibri" w:eastAsia="Calibri" w:hAnsi="Calibri" w:cstheme="minorBidi"/>
      <w:b/>
      <w:bCs/>
      <w:i/>
      <w:iCs/>
      <w:color w:val="4F81BD" w:themeColor="accent1"/>
      <w:lang w:val="en-US"/>
    </w:rPr>
  </w:style>
  <w:style w:type="character" w:customStyle="1" w:styleId="GlAlntChar">
    <w:name w:val="Güçlü Alıntı Char"/>
    <w:basedOn w:val="VarsaylanParagrafYazTipi"/>
    <w:link w:val="GlAlnt"/>
    <w:uiPriority w:val="30"/>
    <w:rsid w:val="0095289E"/>
    <w:rPr>
      <w:rFonts w:ascii="Calibri" w:eastAsia="Calibri" w:hAnsi="Calibri"/>
      <w:b/>
      <w:bCs/>
      <w:i/>
      <w:iCs/>
      <w:color w:val="4F81BD" w:themeColor="accent1"/>
    </w:rPr>
  </w:style>
  <w:style w:type="character" w:styleId="HafifVurgulama">
    <w:name w:val="Subtle Emphasis"/>
    <w:basedOn w:val="VarsaylanParagrafYazTipi"/>
    <w:uiPriority w:val="19"/>
    <w:qFormat/>
    <w:rsid w:val="0095289E"/>
    <w:rPr>
      <w:i/>
      <w:iCs/>
      <w:color w:val="808080" w:themeColor="text1" w:themeTint="7F"/>
    </w:rPr>
  </w:style>
  <w:style w:type="character" w:styleId="GlVurgulama">
    <w:name w:val="Intense Emphasis"/>
    <w:basedOn w:val="VarsaylanParagrafYazTipi"/>
    <w:uiPriority w:val="21"/>
    <w:qFormat/>
    <w:rsid w:val="0095289E"/>
    <w:rPr>
      <w:b/>
      <w:bCs/>
      <w:i/>
      <w:iCs/>
      <w:color w:val="4F81BD" w:themeColor="accent1"/>
    </w:rPr>
  </w:style>
  <w:style w:type="character" w:styleId="HafifBavuru">
    <w:name w:val="Subtle Reference"/>
    <w:basedOn w:val="VarsaylanParagrafYazTipi"/>
    <w:uiPriority w:val="31"/>
    <w:qFormat/>
    <w:rsid w:val="0095289E"/>
    <w:rPr>
      <w:smallCaps/>
      <w:color w:val="C0504D" w:themeColor="accent2"/>
      <w:u w:val="single"/>
    </w:rPr>
  </w:style>
  <w:style w:type="character" w:styleId="GlBavuru">
    <w:name w:val="Intense Reference"/>
    <w:basedOn w:val="VarsaylanParagrafYazTipi"/>
    <w:uiPriority w:val="32"/>
    <w:qFormat/>
    <w:rsid w:val="0095289E"/>
    <w:rPr>
      <w:b/>
      <w:bCs/>
      <w:smallCaps/>
      <w:color w:val="C0504D" w:themeColor="accent2"/>
      <w:spacing w:val="5"/>
      <w:u w:val="single"/>
    </w:rPr>
  </w:style>
  <w:style w:type="character" w:styleId="KitapBal">
    <w:name w:val="Book Title"/>
    <w:basedOn w:val="VarsaylanParagrafYazTipi"/>
    <w:uiPriority w:val="33"/>
    <w:qFormat/>
    <w:rsid w:val="0095289E"/>
    <w:rPr>
      <w:b/>
      <w:bCs/>
      <w:smallCaps/>
      <w:spacing w:val="5"/>
    </w:rPr>
  </w:style>
  <w:style w:type="paragraph" w:styleId="TBal">
    <w:name w:val="TOC Heading"/>
    <w:basedOn w:val="Balk1"/>
    <w:next w:val="Normal"/>
    <w:uiPriority w:val="39"/>
    <w:semiHidden/>
    <w:unhideWhenUsed/>
    <w:qFormat/>
    <w:rsid w:val="0095289E"/>
    <w:pPr>
      <w:widowControl/>
      <w:autoSpaceDE/>
      <w:autoSpaceDN/>
      <w:spacing w:before="480" w:line="276" w:lineRule="auto"/>
      <w:outlineLvl w:val="9"/>
    </w:pPr>
    <w:rPr>
      <w:b/>
      <w:bCs/>
      <w:sz w:val="28"/>
      <w:szCs w:val="28"/>
      <w:lang w:val="en-US"/>
    </w:rPr>
  </w:style>
  <w:style w:type="table" w:styleId="TabloKlavuzu">
    <w:name w:val="Table Grid"/>
    <w:basedOn w:val="NormalTablo"/>
    <w:uiPriority w:val="59"/>
    <w:rsid w:val="0095289E"/>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95289E"/>
    <w:pPr>
      <w:widowControl/>
      <w:autoSpaceDE/>
      <w:autoSpaceDN/>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95289E"/>
    <w:pPr>
      <w:widowControl/>
      <w:autoSpaceDE/>
      <w:autoSpaceDN/>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95289E"/>
    <w:pPr>
      <w:widowControl/>
      <w:autoSpaceDE/>
      <w:autoSpaceDN/>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95289E"/>
    <w:pPr>
      <w:widowControl/>
      <w:autoSpaceDE/>
      <w:autoSpaceDN/>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95289E"/>
    <w:pPr>
      <w:widowControl/>
      <w:autoSpaceDE/>
      <w:autoSpaceDN/>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95289E"/>
    <w:pPr>
      <w:widowControl/>
      <w:autoSpaceDE/>
      <w:autoSpaceDN/>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95289E"/>
    <w:pPr>
      <w:widowControl/>
      <w:autoSpaceDE/>
      <w:autoSpaceDN/>
    </w:pPr>
    <w:rPr>
      <w:rFonts w:eastAsiaTheme="minorEastAs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95289E"/>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95289E"/>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95289E"/>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95289E"/>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95289E"/>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95289E"/>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95289E"/>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95289E"/>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95289E"/>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95289E"/>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95289E"/>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95289E"/>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95289E"/>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95289E"/>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95289E"/>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95289E"/>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95289E"/>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95289E"/>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95289E"/>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95289E"/>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95289E"/>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95289E"/>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95289E"/>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95289E"/>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95289E"/>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95289E"/>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95289E"/>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95289E"/>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1202</Words>
  <Characters>6854</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dc:creator>
  <cp:lastModifiedBy>fergana kocadoru özgör</cp:lastModifiedBy>
  <cp:revision>2</cp:revision>
  <dcterms:created xsi:type="dcterms:W3CDTF">2026-01-30T09:54:00Z</dcterms:created>
  <dcterms:modified xsi:type="dcterms:W3CDTF">2026-01-30T09:54:00Z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LastSaved">
    <vt:filetime>2025-10-06T00:00:00Z</vt:filetime>
  </property>
  <property fmtid="{D5CDD505-2E9C-101B-9397-08002B2CF9AE}" pid="4" name="Producer">
    <vt:lpwstr>iLovePDF</vt:lpwstr>
  </property>
</Properties>
</file>