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9CD2C" w14:textId="3347F34F" w:rsidR="00596770" w:rsidRPr="00BD1E14" w:rsidRDefault="00000000" w:rsidP="00205B2D">
      <w:pPr>
        <w:spacing w:before="71" w:line="382" w:lineRule="exact"/>
        <w:ind w:left="6824" w:right="789"/>
        <w:rPr>
          <w:rFonts w:ascii="Verdana" w:hAnsi="Verdana"/>
          <w:color w:val="FFFFFF" w:themeColor="background1"/>
          <w:sz w:val="35"/>
        </w:rPr>
      </w:pPr>
      <w:r w:rsidRPr="00E31EFC">
        <w:rPr>
          <w:rFonts w:ascii="Verdana" w:hAnsi="Verdana"/>
          <w:noProof/>
          <w:sz w:val="35"/>
        </w:rPr>
        <mc:AlternateContent>
          <mc:Choice Requires="wpg">
            <w:drawing>
              <wp:anchor distT="0" distB="0" distL="0" distR="0" simplePos="0" relativeHeight="487556096" behindDoc="1" locked="0" layoutInCell="1" allowOverlap="1" wp14:anchorId="64323049" wp14:editId="6B875D7A">
                <wp:simplePos x="0" y="0"/>
                <wp:positionH relativeFrom="page">
                  <wp:posOffset>0</wp:posOffset>
                </wp:positionH>
                <wp:positionV relativeFrom="page">
                  <wp:posOffset>0</wp:posOffset>
                </wp:positionV>
                <wp:extent cx="7554595" cy="10057765"/>
                <wp:effectExtent l="0" t="0" r="8255" b="63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4595" cy="10057765"/>
                          <a:chOff x="0" y="0"/>
                          <a:chExt cx="7554595" cy="10057765"/>
                        </a:xfrm>
                      </wpg:grpSpPr>
                      <pic:pic xmlns:pic="http://schemas.openxmlformats.org/drawingml/2006/picture">
                        <pic:nvPicPr>
                          <pic:cNvPr id="2" name="Image 2"/>
                          <pic:cNvPicPr/>
                        </pic:nvPicPr>
                        <pic:blipFill>
                          <a:blip r:embed="rId6" cstate="print"/>
                          <a:stretch>
                            <a:fillRect/>
                          </a:stretch>
                        </pic:blipFill>
                        <pic:spPr>
                          <a:xfrm>
                            <a:off x="0" y="2129282"/>
                            <a:ext cx="3568572" cy="6430645"/>
                          </a:xfrm>
                          <a:prstGeom prst="rect">
                            <a:avLst/>
                          </a:prstGeom>
                        </pic:spPr>
                      </pic:pic>
                      <wps:wsp>
                        <wps:cNvPr id="3" name="Graphic 3"/>
                        <wps:cNvSpPr/>
                        <wps:spPr>
                          <a:xfrm>
                            <a:off x="0" y="0"/>
                            <a:ext cx="7554595" cy="10057765"/>
                          </a:xfrm>
                          <a:custGeom>
                            <a:avLst/>
                            <a:gdLst/>
                            <a:ahLst/>
                            <a:cxnLst/>
                            <a:rect l="l" t="t" r="r" b="b"/>
                            <a:pathLst>
                              <a:path w="7554595" h="10057765">
                                <a:moveTo>
                                  <a:pt x="7554468" y="8423161"/>
                                </a:moveTo>
                                <a:lnTo>
                                  <a:pt x="3784104" y="8423161"/>
                                </a:lnTo>
                                <a:lnTo>
                                  <a:pt x="2436114" y="7075043"/>
                                </a:lnTo>
                                <a:lnTo>
                                  <a:pt x="0" y="9511411"/>
                                </a:lnTo>
                                <a:lnTo>
                                  <a:pt x="0" y="10057765"/>
                                </a:lnTo>
                                <a:lnTo>
                                  <a:pt x="1421511" y="10057765"/>
                                </a:lnTo>
                                <a:lnTo>
                                  <a:pt x="3161030" y="10057765"/>
                                </a:lnTo>
                                <a:lnTo>
                                  <a:pt x="7554468" y="10057765"/>
                                </a:lnTo>
                                <a:lnTo>
                                  <a:pt x="7554468" y="8423161"/>
                                </a:lnTo>
                                <a:close/>
                              </a:path>
                              <a:path w="7554595" h="10057765">
                                <a:moveTo>
                                  <a:pt x="7554468" y="0"/>
                                </a:moveTo>
                                <a:lnTo>
                                  <a:pt x="4356862" y="0"/>
                                </a:lnTo>
                                <a:lnTo>
                                  <a:pt x="2797175" y="0"/>
                                </a:lnTo>
                                <a:lnTo>
                                  <a:pt x="2585212" y="0"/>
                                </a:lnTo>
                                <a:lnTo>
                                  <a:pt x="608812" y="1976501"/>
                                </a:lnTo>
                                <a:lnTo>
                                  <a:pt x="2260092" y="3627882"/>
                                </a:lnTo>
                                <a:lnTo>
                                  <a:pt x="4346003" y="1541780"/>
                                </a:lnTo>
                                <a:lnTo>
                                  <a:pt x="7554468" y="1541780"/>
                                </a:lnTo>
                                <a:lnTo>
                                  <a:pt x="7554468" y="0"/>
                                </a:lnTo>
                                <a:close/>
                              </a:path>
                            </a:pathLst>
                          </a:custGeom>
                          <a:solidFill>
                            <a:srgbClr val="21253D"/>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0" y="7078983"/>
                            <a:ext cx="2801111" cy="2977767"/>
                          </a:xfrm>
                          <a:prstGeom prst="rect">
                            <a:avLst/>
                          </a:prstGeom>
                        </pic:spPr>
                      </pic:pic>
                      <pic:pic xmlns:pic="http://schemas.openxmlformats.org/drawingml/2006/picture">
                        <pic:nvPicPr>
                          <pic:cNvPr id="5" name="Image 5"/>
                          <pic:cNvPicPr/>
                        </pic:nvPicPr>
                        <pic:blipFill>
                          <a:blip r:embed="rId8" cstate="print"/>
                          <a:stretch>
                            <a:fillRect/>
                          </a:stretch>
                        </pic:blipFill>
                        <pic:spPr>
                          <a:xfrm>
                            <a:off x="608456" y="0"/>
                            <a:ext cx="2477516" cy="2267457"/>
                          </a:xfrm>
                          <a:prstGeom prst="rect">
                            <a:avLst/>
                          </a:prstGeom>
                        </pic:spPr>
                      </pic:pic>
                      <wps:wsp>
                        <wps:cNvPr id="6" name="Graphic 6"/>
                        <wps:cNvSpPr/>
                        <wps:spPr>
                          <a:xfrm>
                            <a:off x="2646426" y="5934202"/>
                            <a:ext cx="1844039" cy="1844039"/>
                          </a:xfrm>
                          <a:custGeom>
                            <a:avLst/>
                            <a:gdLst/>
                            <a:ahLst/>
                            <a:cxnLst/>
                            <a:rect l="l" t="t" r="r" b="b"/>
                            <a:pathLst>
                              <a:path w="1844039" h="1844039">
                                <a:moveTo>
                                  <a:pt x="921893" y="0"/>
                                </a:moveTo>
                                <a:lnTo>
                                  <a:pt x="0" y="921893"/>
                                </a:lnTo>
                                <a:lnTo>
                                  <a:pt x="921893" y="1843786"/>
                                </a:lnTo>
                                <a:lnTo>
                                  <a:pt x="1843532" y="921893"/>
                                </a:lnTo>
                                <a:lnTo>
                                  <a:pt x="921893" y="0"/>
                                </a:lnTo>
                                <a:close/>
                              </a:path>
                            </a:pathLst>
                          </a:custGeom>
                          <a:solidFill>
                            <a:srgbClr val="21253D"/>
                          </a:solidFill>
                        </wps:spPr>
                        <wps:bodyPr wrap="square" lIns="0" tIns="0" rIns="0" bIns="0" rtlCol="0">
                          <a:prstTxWarp prst="textNoShape">
                            <a:avLst/>
                          </a:prstTxWarp>
                          <a:noAutofit/>
                        </wps:bodyPr>
                      </wps:wsp>
                      <wps:wsp>
                        <wps:cNvPr id="7" name="Graphic 7"/>
                        <wps:cNvSpPr/>
                        <wps:spPr>
                          <a:xfrm>
                            <a:off x="6406769" y="6946138"/>
                            <a:ext cx="727710" cy="1270"/>
                          </a:xfrm>
                          <a:custGeom>
                            <a:avLst/>
                            <a:gdLst/>
                            <a:ahLst/>
                            <a:cxnLst/>
                            <a:rect l="l" t="t" r="r" b="b"/>
                            <a:pathLst>
                              <a:path w="727710">
                                <a:moveTo>
                                  <a:pt x="0" y="0"/>
                                </a:moveTo>
                                <a:lnTo>
                                  <a:pt x="727201" y="0"/>
                                </a:lnTo>
                              </a:path>
                            </a:pathLst>
                          </a:custGeom>
                          <a:ln w="76200">
                            <a:solidFill>
                              <a:srgbClr val="1F233C"/>
                            </a:solidFill>
                            <a:prstDash val="solid"/>
                          </a:ln>
                        </wps:spPr>
                        <wps:bodyPr wrap="square" lIns="0" tIns="0" rIns="0" bIns="0" rtlCol="0">
                          <a:prstTxWarp prst="textNoShape">
                            <a:avLst/>
                          </a:prstTxWarp>
                          <a:noAutofit/>
                        </wps:bodyPr>
                      </wps:wsp>
                      <wps:wsp>
                        <wps:cNvPr id="8" name="Graphic 8"/>
                        <wps:cNvSpPr/>
                        <wps:spPr>
                          <a:xfrm>
                            <a:off x="1947545" y="1546986"/>
                            <a:ext cx="1515745" cy="8408035"/>
                          </a:xfrm>
                          <a:custGeom>
                            <a:avLst/>
                            <a:gdLst/>
                            <a:ahLst/>
                            <a:cxnLst/>
                            <a:rect l="l" t="t" r="r" b="b"/>
                            <a:pathLst>
                              <a:path w="1515745" h="8408035">
                                <a:moveTo>
                                  <a:pt x="35052" y="8201698"/>
                                </a:moveTo>
                                <a:lnTo>
                                  <a:pt x="27178" y="8193887"/>
                                </a:lnTo>
                                <a:lnTo>
                                  <a:pt x="17526" y="8193849"/>
                                </a:lnTo>
                                <a:lnTo>
                                  <a:pt x="7874" y="8193849"/>
                                </a:lnTo>
                                <a:lnTo>
                                  <a:pt x="127" y="8201660"/>
                                </a:lnTo>
                                <a:lnTo>
                                  <a:pt x="0" y="8211286"/>
                                </a:lnTo>
                                <a:lnTo>
                                  <a:pt x="0" y="8220926"/>
                                </a:lnTo>
                                <a:lnTo>
                                  <a:pt x="7874" y="8228774"/>
                                </a:lnTo>
                                <a:lnTo>
                                  <a:pt x="27178" y="8228812"/>
                                </a:lnTo>
                                <a:lnTo>
                                  <a:pt x="35052" y="8221040"/>
                                </a:lnTo>
                                <a:lnTo>
                                  <a:pt x="35052" y="8201698"/>
                                </a:lnTo>
                                <a:close/>
                              </a:path>
                              <a:path w="1515745" h="8408035">
                                <a:moveTo>
                                  <a:pt x="35052" y="8023047"/>
                                </a:moveTo>
                                <a:lnTo>
                                  <a:pt x="27178" y="8015237"/>
                                </a:lnTo>
                                <a:lnTo>
                                  <a:pt x="17526" y="8015237"/>
                                </a:lnTo>
                                <a:lnTo>
                                  <a:pt x="7874" y="8015237"/>
                                </a:lnTo>
                                <a:lnTo>
                                  <a:pt x="0" y="8023047"/>
                                </a:lnTo>
                                <a:lnTo>
                                  <a:pt x="0" y="8042338"/>
                                </a:lnTo>
                                <a:lnTo>
                                  <a:pt x="7874" y="8050149"/>
                                </a:lnTo>
                                <a:lnTo>
                                  <a:pt x="27178" y="8050149"/>
                                </a:lnTo>
                                <a:lnTo>
                                  <a:pt x="35052" y="8042338"/>
                                </a:lnTo>
                                <a:lnTo>
                                  <a:pt x="35052" y="8023047"/>
                                </a:lnTo>
                                <a:close/>
                              </a:path>
                              <a:path w="1515745" h="8408035">
                                <a:moveTo>
                                  <a:pt x="35052" y="186563"/>
                                </a:moveTo>
                                <a:lnTo>
                                  <a:pt x="27178" y="178689"/>
                                </a:lnTo>
                                <a:lnTo>
                                  <a:pt x="17526" y="178689"/>
                                </a:lnTo>
                                <a:lnTo>
                                  <a:pt x="7874" y="178689"/>
                                </a:lnTo>
                                <a:lnTo>
                                  <a:pt x="127" y="186563"/>
                                </a:lnTo>
                                <a:lnTo>
                                  <a:pt x="0" y="196215"/>
                                </a:lnTo>
                                <a:lnTo>
                                  <a:pt x="0" y="205740"/>
                                </a:lnTo>
                                <a:lnTo>
                                  <a:pt x="7874" y="213614"/>
                                </a:lnTo>
                                <a:lnTo>
                                  <a:pt x="27178" y="213614"/>
                                </a:lnTo>
                                <a:lnTo>
                                  <a:pt x="35052" y="205867"/>
                                </a:lnTo>
                                <a:lnTo>
                                  <a:pt x="35052" y="186563"/>
                                </a:lnTo>
                                <a:close/>
                              </a:path>
                              <a:path w="1515745" h="8408035">
                                <a:moveTo>
                                  <a:pt x="35052" y="7874"/>
                                </a:moveTo>
                                <a:lnTo>
                                  <a:pt x="27178" y="127"/>
                                </a:lnTo>
                                <a:lnTo>
                                  <a:pt x="17526" y="127"/>
                                </a:lnTo>
                                <a:lnTo>
                                  <a:pt x="7874" y="127"/>
                                </a:lnTo>
                                <a:lnTo>
                                  <a:pt x="0" y="7874"/>
                                </a:lnTo>
                                <a:lnTo>
                                  <a:pt x="0" y="27178"/>
                                </a:lnTo>
                                <a:lnTo>
                                  <a:pt x="7874" y="35052"/>
                                </a:lnTo>
                                <a:lnTo>
                                  <a:pt x="27178" y="35052"/>
                                </a:lnTo>
                                <a:lnTo>
                                  <a:pt x="35052" y="27178"/>
                                </a:lnTo>
                                <a:lnTo>
                                  <a:pt x="35052" y="7874"/>
                                </a:lnTo>
                                <a:close/>
                              </a:path>
                              <a:path w="1515745" h="8408035">
                                <a:moveTo>
                                  <a:pt x="35179" y="8380717"/>
                                </a:moveTo>
                                <a:lnTo>
                                  <a:pt x="27432" y="8372843"/>
                                </a:lnTo>
                                <a:lnTo>
                                  <a:pt x="17526" y="8372729"/>
                                </a:lnTo>
                                <a:lnTo>
                                  <a:pt x="7874" y="8372729"/>
                                </a:lnTo>
                                <a:lnTo>
                                  <a:pt x="127" y="8380501"/>
                                </a:lnTo>
                                <a:lnTo>
                                  <a:pt x="0" y="8390179"/>
                                </a:lnTo>
                                <a:lnTo>
                                  <a:pt x="0" y="8399805"/>
                                </a:lnTo>
                                <a:lnTo>
                                  <a:pt x="7874" y="8407654"/>
                                </a:lnTo>
                                <a:lnTo>
                                  <a:pt x="27051" y="8407692"/>
                                </a:lnTo>
                                <a:lnTo>
                                  <a:pt x="34925" y="8399996"/>
                                </a:lnTo>
                                <a:lnTo>
                                  <a:pt x="35179" y="8380717"/>
                                </a:lnTo>
                                <a:close/>
                              </a:path>
                              <a:path w="1515745" h="8408035">
                                <a:moveTo>
                                  <a:pt x="35179" y="365633"/>
                                </a:moveTo>
                                <a:lnTo>
                                  <a:pt x="27432" y="357759"/>
                                </a:lnTo>
                                <a:lnTo>
                                  <a:pt x="17526" y="357632"/>
                                </a:lnTo>
                                <a:lnTo>
                                  <a:pt x="7874" y="357632"/>
                                </a:lnTo>
                                <a:lnTo>
                                  <a:pt x="127" y="365379"/>
                                </a:lnTo>
                                <a:lnTo>
                                  <a:pt x="0" y="375031"/>
                                </a:lnTo>
                                <a:lnTo>
                                  <a:pt x="0" y="384683"/>
                                </a:lnTo>
                                <a:lnTo>
                                  <a:pt x="7874" y="392557"/>
                                </a:lnTo>
                                <a:lnTo>
                                  <a:pt x="27051" y="392557"/>
                                </a:lnTo>
                                <a:lnTo>
                                  <a:pt x="34925" y="384810"/>
                                </a:lnTo>
                                <a:lnTo>
                                  <a:pt x="35179" y="365633"/>
                                </a:lnTo>
                                <a:close/>
                              </a:path>
                              <a:path w="1515745" h="8408035">
                                <a:moveTo>
                                  <a:pt x="220091" y="8380539"/>
                                </a:moveTo>
                                <a:lnTo>
                                  <a:pt x="212344" y="8372767"/>
                                </a:lnTo>
                                <a:lnTo>
                                  <a:pt x="202692" y="8372729"/>
                                </a:lnTo>
                                <a:lnTo>
                                  <a:pt x="193040" y="8372729"/>
                                </a:lnTo>
                                <a:lnTo>
                                  <a:pt x="185166" y="8380501"/>
                                </a:lnTo>
                                <a:lnTo>
                                  <a:pt x="185166" y="8390179"/>
                                </a:lnTo>
                                <a:lnTo>
                                  <a:pt x="185039" y="8399805"/>
                                </a:lnTo>
                                <a:lnTo>
                                  <a:pt x="192913" y="8407654"/>
                                </a:lnTo>
                                <a:lnTo>
                                  <a:pt x="212217" y="8407692"/>
                                </a:lnTo>
                                <a:lnTo>
                                  <a:pt x="220091" y="8399881"/>
                                </a:lnTo>
                                <a:lnTo>
                                  <a:pt x="220091" y="8380539"/>
                                </a:lnTo>
                                <a:close/>
                              </a:path>
                              <a:path w="1515745" h="8408035">
                                <a:moveTo>
                                  <a:pt x="220091" y="8201698"/>
                                </a:moveTo>
                                <a:lnTo>
                                  <a:pt x="212344" y="8193887"/>
                                </a:lnTo>
                                <a:lnTo>
                                  <a:pt x="202692" y="8193849"/>
                                </a:lnTo>
                                <a:lnTo>
                                  <a:pt x="193040" y="8193849"/>
                                </a:lnTo>
                                <a:lnTo>
                                  <a:pt x="185166" y="8201660"/>
                                </a:lnTo>
                                <a:lnTo>
                                  <a:pt x="185166" y="8211286"/>
                                </a:lnTo>
                                <a:lnTo>
                                  <a:pt x="185039" y="8220926"/>
                                </a:lnTo>
                                <a:lnTo>
                                  <a:pt x="192913" y="8228774"/>
                                </a:lnTo>
                                <a:lnTo>
                                  <a:pt x="212217" y="8228812"/>
                                </a:lnTo>
                                <a:lnTo>
                                  <a:pt x="220091" y="8221040"/>
                                </a:lnTo>
                                <a:lnTo>
                                  <a:pt x="220091" y="8201698"/>
                                </a:lnTo>
                                <a:close/>
                              </a:path>
                              <a:path w="1515745" h="8408035">
                                <a:moveTo>
                                  <a:pt x="220091" y="8023047"/>
                                </a:moveTo>
                                <a:lnTo>
                                  <a:pt x="212344" y="8015237"/>
                                </a:lnTo>
                                <a:lnTo>
                                  <a:pt x="202692" y="8015237"/>
                                </a:lnTo>
                                <a:lnTo>
                                  <a:pt x="193040" y="8015198"/>
                                </a:lnTo>
                                <a:lnTo>
                                  <a:pt x="185166" y="8023009"/>
                                </a:lnTo>
                                <a:lnTo>
                                  <a:pt x="185166" y="8032636"/>
                                </a:lnTo>
                                <a:lnTo>
                                  <a:pt x="185039" y="8042275"/>
                                </a:lnTo>
                                <a:lnTo>
                                  <a:pt x="192913" y="8050111"/>
                                </a:lnTo>
                                <a:lnTo>
                                  <a:pt x="212217" y="8050200"/>
                                </a:lnTo>
                                <a:lnTo>
                                  <a:pt x="220091" y="8042389"/>
                                </a:lnTo>
                                <a:lnTo>
                                  <a:pt x="220091" y="8023047"/>
                                </a:lnTo>
                                <a:close/>
                              </a:path>
                              <a:path w="1515745" h="8408035">
                                <a:moveTo>
                                  <a:pt x="220091" y="365379"/>
                                </a:moveTo>
                                <a:lnTo>
                                  <a:pt x="212344" y="357632"/>
                                </a:lnTo>
                                <a:lnTo>
                                  <a:pt x="202692" y="357632"/>
                                </a:lnTo>
                                <a:lnTo>
                                  <a:pt x="193040" y="357632"/>
                                </a:lnTo>
                                <a:lnTo>
                                  <a:pt x="185166" y="365379"/>
                                </a:lnTo>
                                <a:lnTo>
                                  <a:pt x="185166" y="375031"/>
                                </a:lnTo>
                                <a:lnTo>
                                  <a:pt x="185039" y="384683"/>
                                </a:lnTo>
                                <a:lnTo>
                                  <a:pt x="192913" y="392557"/>
                                </a:lnTo>
                                <a:lnTo>
                                  <a:pt x="212217" y="392557"/>
                                </a:lnTo>
                                <a:lnTo>
                                  <a:pt x="220091" y="384810"/>
                                </a:lnTo>
                                <a:lnTo>
                                  <a:pt x="220091" y="365379"/>
                                </a:lnTo>
                                <a:close/>
                              </a:path>
                              <a:path w="1515745" h="8408035">
                                <a:moveTo>
                                  <a:pt x="220091" y="186563"/>
                                </a:moveTo>
                                <a:lnTo>
                                  <a:pt x="212344" y="178689"/>
                                </a:lnTo>
                                <a:lnTo>
                                  <a:pt x="202692" y="178689"/>
                                </a:lnTo>
                                <a:lnTo>
                                  <a:pt x="193040" y="178689"/>
                                </a:lnTo>
                                <a:lnTo>
                                  <a:pt x="185166" y="186563"/>
                                </a:lnTo>
                                <a:lnTo>
                                  <a:pt x="185166" y="196215"/>
                                </a:lnTo>
                                <a:lnTo>
                                  <a:pt x="185039" y="205740"/>
                                </a:lnTo>
                                <a:lnTo>
                                  <a:pt x="192913" y="213614"/>
                                </a:lnTo>
                                <a:lnTo>
                                  <a:pt x="212217" y="213614"/>
                                </a:lnTo>
                                <a:lnTo>
                                  <a:pt x="220091" y="205867"/>
                                </a:lnTo>
                                <a:lnTo>
                                  <a:pt x="220091" y="186563"/>
                                </a:lnTo>
                                <a:close/>
                              </a:path>
                              <a:path w="1515745" h="8408035">
                                <a:moveTo>
                                  <a:pt x="220091" y="7874"/>
                                </a:moveTo>
                                <a:lnTo>
                                  <a:pt x="212344" y="127"/>
                                </a:lnTo>
                                <a:lnTo>
                                  <a:pt x="202692" y="127"/>
                                </a:lnTo>
                                <a:lnTo>
                                  <a:pt x="193040" y="0"/>
                                </a:lnTo>
                                <a:lnTo>
                                  <a:pt x="185166" y="7874"/>
                                </a:lnTo>
                                <a:lnTo>
                                  <a:pt x="185166" y="17526"/>
                                </a:lnTo>
                                <a:lnTo>
                                  <a:pt x="185039" y="27178"/>
                                </a:lnTo>
                                <a:lnTo>
                                  <a:pt x="192913" y="34925"/>
                                </a:lnTo>
                                <a:lnTo>
                                  <a:pt x="202565" y="35052"/>
                                </a:lnTo>
                                <a:lnTo>
                                  <a:pt x="212217" y="35052"/>
                                </a:lnTo>
                                <a:lnTo>
                                  <a:pt x="220091" y="27178"/>
                                </a:lnTo>
                                <a:lnTo>
                                  <a:pt x="220091" y="7874"/>
                                </a:lnTo>
                                <a:close/>
                              </a:path>
                              <a:path w="1515745" h="8408035">
                                <a:moveTo>
                                  <a:pt x="405130" y="8201698"/>
                                </a:moveTo>
                                <a:lnTo>
                                  <a:pt x="397383" y="8193849"/>
                                </a:lnTo>
                                <a:lnTo>
                                  <a:pt x="387731" y="8193849"/>
                                </a:lnTo>
                                <a:lnTo>
                                  <a:pt x="378079" y="8193849"/>
                                </a:lnTo>
                                <a:lnTo>
                                  <a:pt x="370205" y="8201698"/>
                                </a:lnTo>
                                <a:lnTo>
                                  <a:pt x="370205" y="8220964"/>
                                </a:lnTo>
                                <a:lnTo>
                                  <a:pt x="378079" y="8228812"/>
                                </a:lnTo>
                                <a:lnTo>
                                  <a:pt x="397383" y="8228812"/>
                                </a:lnTo>
                                <a:lnTo>
                                  <a:pt x="405130" y="8220964"/>
                                </a:lnTo>
                                <a:lnTo>
                                  <a:pt x="405130" y="8201698"/>
                                </a:lnTo>
                                <a:close/>
                              </a:path>
                              <a:path w="1515745" h="8408035">
                                <a:moveTo>
                                  <a:pt x="405130" y="8023047"/>
                                </a:moveTo>
                                <a:lnTo>
                                  <a:pt x="397383" y="8015237"/>
                                </a:lnTo>
                                <a:lnTo>
                                  <a:pt x="387731" y="8015237"/>
                                </a:lnTo>
                                <a:lnTo>
                                  <a:pt x="378079" y="8015237"/>
                                </a:lnTo>
                                <a:lnTo>
                                  <a:pt x="370205" y="8023047"/>
                                </a:lnTo>
                                <a:lnTo>
                                  <a:pt x="370205" y="8042338"/>
                                </a:lnTo>
                                <a:lnTo>
                                  <a:pt x="378079" y="8050149"/>
                                </a:lnTo>
                                <a:lnTo>
                                  <a:pt x="397383" y="8050149"/>
                                </a:lnTo>
                                <a:lnTo>
                                  <a:pt x="405130" y="8042338"/>
                                </a:lnTo>
                                <a:lnTo>
                                  <a:pt x="405130" y="8023047"/>
                                </a:lnTo>
                                <a:close/>
                              </a:path>
                              <a:path w="1515745" h="8408035">
                                <a:moveTo>
                                  <a:pt x="405130" y="186563"/>
                                </a:moveTo>
                                <a:lnTo>
                                  <a:pt x="397383" y="178689"/>
                                </a:lnTo>
                                <a:lnTo>
                                  <a:pt x="387731" y="178689"/>
                                </a:lnTo>
                                <a:lnTo>
                                  <a:pt x="378079" y="178689"/>
                                </a:lnTo>
                                <a:lnTo>
                                  <a:pt x="370205" y="186563"/>
                                </a:lnTo>
                                <a:lnTo>
                                  <a:pt x="370205" y="205867"/>
                                </a:lnTo>
                                <a:lnTo>
                                  <a:pt x="378079" y="213614"/>
                                </a:lnTo>
                                <a:lnTo>
                                  <a:pt x="397383" y="213614"/>
                                </a:lnTo>
                                <a:lnTo>
                                  <a:pt x="405130" y="205867"/>
                                </a:lnTo>
                                <a:lnTo>
                                  <a:pt x="405130" y="186563"/>
                                </a:lnTo>
                                <a:close/>
                              </a:path>
                              <a:path w="1515745" h="8408035">
                                <a:moveTo>
                                  <a:pt x="405130" y="7874"/>
                                </a:moveTo>
                                <a:lnTo>
                                  <a:pt x="397383" y="127"/>
                                </a:lnTo>
                                <a:lnTo>
                                  <a:pt x="387731" y="127"/>
                                </a:lnTo>
                                <a:lnTo>
                                  <a:pt x="378079" y="127"/>
                                </a:lnTo>
                                <a:lnTo>
                                  <a:pt x="370205" y="7874"/>
                                </a:lnTo>
                                <a:lnTo>
                                  <a:pt x="370205" y="27178"/>
                                </a:lnTo>
                                <a:lnTo>
                                  <a:pt x="378079" y="35052"/>
                                </a:lnTo>
                                <a:lnTo>
                                  <a:pt x="397383" y="35052"/>
                                </a:lnTo>
                                <a:lnTo>
                                  <a:pt x="405130" y="27178"/>
                                </a:lnTo>
                                <a:lnTo>
                                  <a:pt x="405130" y="7874"/>
                                </a:lnTo>
                                <a:close/>
                              </a:path>
                              <a:path w="1515745" h="8408035">
                                <a:moveTo>
                                  <a:pt x="405257" y="8380717"/>
                                </a:moveTo>
                                <a:lnTo>
                                  <a:pt x="397510" y="8372843"/>
                                </a:lnTo>
                                <a:lnTo>
                                  <a:pt x="377952" y="8372843"/>
                                </a:lnTo>
                                <a:lnTo>
                                  <a:pt x="370205" y="8380577"/>
                                </a:lnTo>
                                <a:lnTo>
                                  <a:pt x="370306" y="8399958"/>
                                </a:lnTo>
                                <a:lnTo>
                                  <a:pt x="378079" y="8407654"/>
                                </a:lnTo>
                                <a:lnTo>
                                  <a:pt x="397256" y="8407654"/>
                                </a:lnTo>
                                <a:lnTo>
                                  <a:pt x="405130" y="8399958"/>
                                </a:lnTo>
                                <a:lnTo>
                                  <a:pt x="405257" y="8380717"/>
                                </a:lnTo>
                                <a:close/>
                              </a:path>
                              <a:path w="1515745" h="8408035">
                                <a:moveTo>
                                  <a:pt x="405257" y="365633"/>
                                </a:moveTo>
                                <a:lnTo>
                                  <a:pt x="397510" y="357759"/>
                                </a:lnTo>
                                <a:lnTo>
                                  <a:pt x="377952" y="357759"/>
                                </a:lnTo>
                                <a:lnTo>
                                  <a:pt x="370205" y="365633"/>
                                </a:lnTo>
                                <a:lnTo>
                                  <a:pt x="370332" y="384810"/>
                                </a:lnTo>
                                <a:lnTo>
                                  <a:pt x="378079" y="392557"/>
                                </a:lnTo>
                                <a:lnTo>
                                  <a:pt x="397256" y="392557"/>
                                </a:lnTo>
                                <a:lnTo>
                                  <a:pt x="405130" y="384810"/>
                                </a:lnTo>
                                <a:lnTo>
                                  <a:pt x="405257" y="365633"/>
                                </a:lnTo>
                                <a:close/>
                              </a:path>
                              <a:path w="1515745" h="8408035">
                                <a:moveTo>
                                  <a:pt x="590296" y="8380577"/>
                                </a:moveTo>
                                <a:lnTo>
                                  <a:pt x="582422" y="8372805"/>
                                </a:lnTo>
                                <a:lnTo>
                                  <a:pt x="572770" y="8372729"/>
                                </a:lnTo>
                                <a:lnTo>
                                  <a:pt x="563118" y="8372729"/>
                                </a:lnTo>
                                <a:lnTo>
                                  <a:pt x="555244" y="8380577"/>
                                </a:lnTo>
                                <a:lnTo>
                                  <a:pt x="555244" y="8399843"/>
                                </a:lnTo>
                                <a:lnTo>
                                  <a:pt x="563118" y="8407654"/>
                                </a:lnTo>
                                <a:lnTo>
                                  <a:pt x="582422" y="8407654"/>
                                </a:lnTo>
                                <a:lnTo>
                                  <a:pt x="590296" y="8399843"/>
                                </a:lnTo>
                                <a:lnTo>
                                  <a:pt x="590296" y="8380577"/>
                                </a:lnTo>
                                <a:close/>
                              </a:path>
                              <a:path w="1515745" h="8408035">
                                <a:moveTo>
                                  <a:pt x="590296" y="365506"/>
                                </a:moveTo>
                                <a:lnTo>
                                  <a:pt x="582422" y="357632"/>
                                </a:lnTo>
                                <a:lnTo>
                                  <a:pt x="572770" y="357632"/>
                                </a:lnTo>
                                <a:lnTo>
                                  <a:pt x="563118" y="357632"/>
                                </a:lnTo>
                                <a:lnTo>
                                  <a:pt x="555244" y="365506"/>
                                </a:lnTo>
                                <a:lnTo>
                                  <a:pt x="555244" y="384683"/>
                                </a:lnTo>
                                <a:lnTo>
                                  <a:pt x="563118" y="392557"/>
                                </a:lnTo>
                                <a:lnTo>
                                  <a:pt x="582422" y="392557"/>
                                </a:lnTo>
                                <a:lnTo>
                                  <a:pt x="590296" y="384683"/>
                                </a:lnTo>
                                <a:lnTo>
                                  <a:pt x="590296" y="365506"/>
                                </a:lnTo>
                                <a:close/>
                              </a:path>
                              <a:path w="1515745" h="8408035">
                                <a:moveTo>
                                  <a:pt x="590423" y="8201698"/>
                                </a:moveTo>
                                <a:lnTo>
                                  <a:pt x="582549" y="8193849"/>
                                </a:lnTo>
                                <a:lnTo>
                                  <a:pt x="572897" y="8193849"/>
                                </a:lnTo>
                                <a:lnTo>
                                  <a:pt x="563245" y="8193849"/>
                                </a:lnTo>
                                <a:lnTo>
                                  <a:pt x="555371" y="8201698"/>
                                </a:lnTo>
                                <a:lnTo>
                                  <a:pt x="555371" y="8220964"/>
                                </a:lnTo>
                                <a:lnTo>
                                  <a:pt x="563245" y="8228812"/>
                                </a:lnTo>
                                <a:lnTo>
                                  <a:pt x="582549" y="8228812"/>
                                </a:lnTo>
                                <a:lnTo>
                                  <a:pt x="590423" y="8220964"/>
                                </a:lnTo>
                                <a:lnTo>
                                  <a:pt x="590423" y="8201698"/>
                                </a:lnTo>
                                <a:close/>
                              </a:path>
                              <a:path w="1515745" h="8408035">
                                <a:moveTo>
                                  <a:pt x="590423" y="8023047"/>
                                </a:moveTo>
                                <a:lnTo>
                                  <a:pt x="582549" y="8015237"/>
                                </a:lnTo>
                                <a:lnTo>
                                  <a:pt x="572897" y="8015237"/>
                                </a:lnTo>
                                <a:lnTo>
                                  <a:pt x="563245" y="8015237"/>
                                </a:lnTo>
                                <a:lnTo>
                                  <a:pt x="555371" y="8023047"/>
                                </a:lnTo>
                                <a:lnTo>
                                  <a:pt x="555371" y="8042338"/>
                                </a:lnTo>
                                <a:lnTo>
                                  <a:pt x="563245" y="8050149"/>
                                </a:lnTo>
                                <a:lnTo>
                                  <a:pt x="582549" y="8050149"/>
                                </a:lnTo>
                                <a:lnTo>
                                  <a:pt x="590423" y="8042338"/>
                                </a:lnTo>
                                <a:lnTo>
                                  <a:pt x="590423" y="8023047"/>
                                </a:lnTo>
                                <a:close/>
                              </a:path>
                              <a:path w="1515745" h="8408035">
                                <a:moveTo>
                                  <a:pt x="590423" y="186563"/>
                                </a:moveTo>
                                <a:lnTo>
                                  <a:pt x="582549" y="178689"/>
                                </a:lnTo>
                                <a:lnTo>
                                  <a:pt x="572897" y="178689"/>
                                </a:lnTo>
                                <a:lnTo>
                                  <a:pt x="563245" y="178689"/>
                                </a:lnTo>
                                <a:lnTo>
                                  <a:pt x="555371" y="186563"/>
                                </a:lnTo>
                                <a:lnTo>
                                  <a:pt x="555371" y="205867"/>
                                </a:lnTo>
                                <a:lnTo>
                                  <a:pt x="563245" y="213614"/>
                                </a:lnTo>
                                <a:lnTo>
                                  <a:pt x="582549" y="213614"/>
                                </a:lnTo>
                                <a:lnTo>
                                  <a:pt x="590423" y="205867"/>
                                </a:lnTo>
                                <a:lnTo>
                                  <a:pt x="590423" y="186563"/>
                                </a:lnTo>
                                <a:close/>
                              </a:path>
                              <a:path w="1515745" h="8408035">
                                <a:moveTo>
                                  <a:pt x="590423" y="7874"/>
                                </a:moveTo>
                                <a:lnTo>
                                  <a:pt x="582549" y="127"/>
                                </a:lnTo>
                                <a:lnTo>
                                  <a:pt x="572897" y="127"/>
                                </a:lnTo>
                                <a:lnTo>
                                  <a:pt x="563245" y="127"/>
                                </a:lnTo>
                                <a:lnTo>
                                  <a:pt x="555371" y="7874"/>
                                </a:lnTo>
                                <a:lnTo>
                                  <a:pt x="555371" y="27178"/>
                                </a:lnTo>
                                <a:lnTo>
                                  <a:pt x="563245" y="35052"/>
                                </a:lnTo>
                                <a:lnTo>
                                  <a:pt x="582549" y="35052"/>
                                </a:lnTo>
                                <a:lnTo>
                                  <a:pt x="590423" y="27178"/>
                                </a:lnTo>
                                <a:lnTo>
                                  <a:pt x="590423" y="7874"/>
                                </a:lnTo>
                                <a:close/>
                              </a:path>
                              <a:path w="1515745" h="8408035">
                                <a:moveTo>
                                  <a:pt x="775335" y="8380539"/>
                                </a:moveTo>
                                <a:lnTo>
                                  <a:pt x="767461" y="8372729"/>
                                </a:lnTo>
                                <a:lnTo>
                                  <a:pt x="757809" y="8372729"/>
                                </a:lnTo>
                                <a:lnTo>
                                  <a:pt x="748157" y="8372729"/>
                                </a:lnTo>
                                <a:lnTo>
                                  <a:pt x="740410" y="8380577"/>
                                </a:lnTo>
                                <a:lnTo>
                                  <a:pt x="740410" y="8399843"/>
                                </a:lnTo>
                                <a:lnTo>
                                  <a:pt x="748157" y="8407654"/>
                                </a:lnTo>
                                <a:lnTo>
                                  <a:pt x="767461" y="8407654"/>
                                </a:lnTo>
                                <a:lnTo>
                                  <a:pt x="775335" y="8399843"/>
                                </a:lnTo>
                                <a:lnTo>
                                  <a:pt x="775335" y="8380539"/>
                                </a:lnTo>
                                <a:close/>
                              </a:path>
                              <a:path w="1515745" h="8408035">
                                <a:moveTo>
                                  <a:pt x="775335" y="365379"/>
                                </a:moveTo>
                                <a:lnTo>
                                  <a:pt x="767461" y="357632"/>
                                </a:lnTo>
                                <a:lnTo>
                                  <a:pt x="757809" y="357632"/>
                                </a:lnTo>
                                <a:lnTo>
                                  <a:pt x="748157" y="357632"/>
                                </a:lnTo>
                                <a:lnTo>
                                  <a:pt x="740410" y="365506"/>
                                </a:lnTo>
                                <a:lnTo>
                                  <a:pt x="740410" y="384683"/>
                                </a:lnTo>
                                <a:lnTo>
                                  <a:pt x="748157" y="392557"/>
                                </a:lnTo>
                                <a:lnTo>
                                  <a:pt x="767461" y="392557"/>
                                </a:lnTo>
                                <a:lnTo>
                                  <a:pt x="775335" y="384683"/>
                                </a:lnTo>
                                <a:lnTo>
                                  <a:pt x="775335" y="365379"/>
                                </a:lnTo>
                                <a:close/>
                              </a:path>
                              <a:path w="1515745" h="8408035">
                                <a:moveTo>
                                  <a:pt x="775462" y="8201698"/>
                                </a:moveTo>
                                <a:lnTo>
                                  <a:pt x="767588" y="8193849"/>
                                </a:lnTo>
                                <a:lnTo>
                                  <a:pt x="757936" y="8193849"/>
                                </a:lnTo>
                                <a:lnTo>
                                  <a:pt x="748284" y="8193849"/>
                                </a:lnTo>
                                <a:lnTo>
                                  <a:pt x="740410" y="8201698"/>
                                </a:lnTo>
                                <a:lnTo>
                                  <a:pt x="740410" y="8220964"/>
                                </a:lnTo>
                                <a:lnTo>
                                  <a:pt x="748284" y="8228812"/>
                                </a:lnTo>
                                <a:lnTo>
                                  <a:pt x="767588" y="8228812"/>
                                </a:lnTo>
                                <a:lnTo>
                                  <a:pt x="775462" y="8220964"/>
                                </a:lnTo>
                                <a:lnTo>
                                  <a:pt x="775462" y="8201698"/>
                                </a:lnTo>
                                <a:close/>
                              </a:path>
                              <a:path w="1515745" h="8408035">
                                <a:moveTo>
                                  <a:pt x="775462" y="8023047"/>
                                </a:moveTo>
                                <a:lnTo>
                                  <a:pt x="767588" y="8015237"/>
                                </a:lnTo>
                                <a:lnTo>
                                  <a:pt x="757936" y="8015237"/>
                                </a:lnTo>
                                <a:lnTo>
                                  <a:pt x="748284" y="8015237"/>
                                </a:lnTo>
                                <a:lnTo>
                                  <a:pt x="740410" y="8023047"/>
                                </a:lnTo>
                                <a:lnTo>
                                  <a:pt x="740410" y="8042338"/>
                                </a:lnTo>
                                <a:lnTo>
                                  <a:pt x="748284" y="8050149"/>
                                </a:lnTo>
                                <a:lnTo>
                                  <a:pt x="767588" y="8050149"/>
                                </a:lnTo>
                                <a:lnTo>
                                  <a:pt x="775462" y="8042338"/>
                                </a:lnTo>
                                <a:lnTo>
                                  <a:pt x="775462" y="8023047"/>
                                </a:lnTo>
                                <a:close/>
                              </a:path>
                              <a:path w="1515745" h="8408035">
                                <a:moveTo>
                                  <a:pt x="775462" y="186563"/>
                                </a:moveTo>
                                <a:lnTo>
                                  <a:pt x="767588" y="178689"/>
                                </a:lnTo>
                                <a:lnTo>
                                  <a:pt x="757936" y="178689"/>
                                </a:lnTo>
                                <a:lnTo>
                                  <a:pt x="748284" y="178689"/>
                                </a:lnTo>
                                <a:lnTo>
                                  <a:pt x="740410" y="186563"/>
                                </a:lnTo>
                                <a:lnTo>
                                  <a:pt x="740410" y="205867"/>
                                </a:lnTo>
                                <a:lnTo>
                                  <a:pt x="748284" y="213614"/>
                                </a:lnTo>
                                <a:lnTo>
                                  <a:pt x="767588" y="213614"/>
                                </a:lnTo>
                                <a:lnTo>
                                  <a:pt x="775462" y="205867"/>
                                </a:lnTo>
                                <a:lnTo>
                                  <a:pt x="775462" y="186563"/>
                                </a:lnTo>
                                <a:close/>
                              </a:path>
                              <a:path w="1515745" h="8408035">
                                <a:moveTo>
                                  <a:pt x="775462" y="7874"/>
                                </a:moveTo>
                                <a:lnTo>
                                  <a:pt x="767588" y="127"/>
                                </a:lnTo>
                                <a:lnTo>
                                  <a:pt x="757936" y="127"/>
                                </a:lnTo>
                                <a:lnTo>
                                  <a:pt x="748284" y="127"/>
                                </a:lnTo>
                                <a:lnTo>
                                  <a:pt x="740410" y="7874"/>
                                </a:lnTo>
                                <a:lnTo>
                                  <a:pt x="740410" y="27178"/>
                                </a:lnTo>
                                <a:lnTo>
                                  <a:pt x="748284" y="35052"/>
                                </a:lnTo>
                                <a:lnTo>
                                  <a:pt x="767588" y="35052"/>
                                </a:lnTo>
                                <a:lnTo>
                                  <a:pt x="775462" y="27178"/>
                                </a:lnTo>
                                <a:lnTo>
                                  <a:pt x="775462" y="7874"/>
                                </a:lnTo>
                                <a:close/>
                              </a:path>
                              <a:path w="1515745" h="8408035">
                                <a:moveTo>
                                  <a:pt x="960374" y="8380539"/>
                                </a:moveTo>
                                <a:lnTo>
                                  <a:pt x="952500" y="8372767"/>
                                </a:lnTo>
                                <a:lnTo>
                                  <a:pt x="942975" y="8372729"/>
                                </a:lnTo>
                                <a:lnTo>
                                  <a:pt x="933323" y="8372729"/>
                                </a:lnTo>
                                <a:lnTo>
                                  <a:pt x="925449" y="8380501"/>
                                </a:lnTo>
                                <a:lnTo>
                                  <a:pt x="925449" y="8399805"/>
                                </a:lnTo>
                                <a:lnTo>
                                  <a:pt x="933196" y="8407654"/>
                                </a:lnTo>
                                <a:lnTo>
                                  <a:pt x="952500" y="8407692"/>
                                </a:lnTo>
                                <a:lnTo>
                                  <a:pt x="960374" y="8399881"/>
                                </a:lnTo>
                                <a:lnTo>
                                  <a:pt x="960374" y="8380539"/>
                                </a:lnTo>
                                <a:close/>
                              </a:path>
                              <a:path w="1515745" h="8408035">
                                <a:moveTo>
                                  <a:pt x="960374" y="8023047"/>
                                </a:moveTo>
                                <a:lnTo>
                                  <a:pt x="952627" y="8015237"/>
                                </a:lnTo>
                                <a:lnTo>
                                  <a:pt x="942975" y="8015237"/>
                                </a:lnTo>
                                <a:lnTo>
                                  <a:pt x="933323" y="8015198"/>
                                </a:lnTo>
                                <a:lnTo>
                                  <a:pt x="925449" y="8023009"/>
                                </a:lnTo>
                                <a:lnTo>
                                  <a:pt x="925449" y="8042275"/>
                                </a:lnTo>
                                <a:lnTo>
                                  <a:pt x="933196" y="8050111"/>
                                </a:lnTo>
                                <a:lnTo>
                                  <a:pt x="952500" y="8050200"/>
                                </a:lnTo>
                                <a:lnTo>
                                  <a:pt x="960374" y="8042389"/>
                                </a:lnTo>
                                <a:lnTo>
                                  <a:pt x="960374" y="8023047"/>
                                </a:lnTo>
                                <a:close/>
                              </a:path>
                              <a:path w="1515745" h="8408035">
                                <a:moveTo>
                                  <a:pt x="960374" y="365379"/>
                                </a:moveTo>
                                <a:lnTo>
                                  <a:pt x="952500" y="357632"/>
                                </a:lnTo>
                                <a:lnTo>
                                  <a:pt x="942975" y="357632"/>
                                </a:lnTo>
                                <a:lnTo>
                                  <a:pt x="933323" y="357632"/>
                                </a:lnTo>
                                <a:lnTo>
                                  <a:pt x="925449" y="365379"/>
                                </a:lnTo>
                                <a:lnTo>
                                  <a:pt x="925449" y="384683"/>
                                </a:lnTo>
                                <a:lnTo>
                                  <a:pt x="933196" y="392557"/>
                                </a:lnTo>
                                <a:lnTo>
                                  <a:pt x="952500" y="392557"/>
                                </a:lnTo>
                                <a:lnTo>
                                  <a:pt x="960374" y="384810"/>
                                </a:lnTo>
                                <a:lnTo>
                                  <a:pt x="960374" y="365379"/>
                                </a:lnTo>
                                <a:close/>
                              </a:path>
                              <a:path w="1515745" h="8408035">
                                <a:moveTo>
                                  <a:pt x="960374" y="7874"/>
                                </a:moveTo>
                                <a:lnTo>
                                  <a:pt x="952627" y="127"/>
                                </a:lnTo>
                                <a:lnTo>
                                  <a:pt x="942975" y="127"/>
                                </a:lnTo>
                                <a:lnTo>
                                  <a:pt x="933323" y="0"/>
                                </a:lnTo>
                                <a:lnTo>
                                  <a:pt x="925449" y="7874"/>
                                </a:lnTo>
                                <a:lnTo>
                                  <a:pt x="925449" y="27178"/>
                                </a:lnTo>
                                <a:lnTo>
                                  <a:pt x="933196" y="34925"/>
                                </a:lnTo>
                                <a:lnTo>
                                  <a:pt x="942848" y="35052"/>
                                </a:lnTo>
                                <a:lnTo>
                                  <a:pt x="952500" y="35052"/>
                                </a:lnTo>
                                <a:lnTo>
                                  <a:pt x="960374" y="27178"/>
                                </a:lnTo>
                                <a:lnTo>
                                  <a:pt x="960374" y="7874"/>
                                </a:lnTo>
                                <a:close/>
                              </a:path>
                              <a:path w="1515745" h="8408035">
                                <a:moveTo>
                                  <a:pt x="960501" y="8206511"/>
                                </a:moveTo>
                                <a:lnTo>
                                  <a:pt x="958469" y="8202142"/>
                                </a:lnTo>
                                <a:lnTo>
                                  <a:pt x="955421" y="8198980"/>
                                </a:lnTo>
                                <a:lnTo>
                                  <a:pt x="942975" y="8193862"/>
                                </a:lnTo>
                                <a:lnTo>
                                  <a:pt x="930656" y="8198955"/>
                                </a:lnTo>
                                <a:lnTo>
                                  <a:pt x="927481" y="8202117"/>
                                </a:lnTo>
                                <a:lnTo>
                                  <a:pt x="925449" y="8206473"/>
                                </a:lnTo>
                                <a:lnTo>
                                  <a:pt x="925449" y="8220926"/>
                                </a:lnTo>
                                <a:lnTo>
                                  <a:pt x="933323" y="8228774"/>
                                </a:lnTo>
                                <a:lnTo>
                                  <a:pt x="952627" y="8228812"/>
                                </a:lnTo>
                                <a:lnTo>
                                  <a:pt x="960501" y="8221040"/>
                                </a:lnTo>
                                <a:lnTo>
                                  <a:pt x="960501" y="8206511"/>
                                </a:lnTo>
                                <a:close/>
                              </a:path>
                              <a:path w="1515745" h="8408035">
                                <a:moveTo>
                                  <a:pt x="960501" y="191389"/>
                                </a:moveTo>
                                <a:lnTo>
                                  <a:pt x="958469" y="187071"/>
                                </a:lnTo>
                                <a:lnTo>
                                  <a:pt x="955421" y="183896"/>
                                </a:lnTo>
                                <a:lnTo>
                                  <a:pt x="942975" y="178689"/>
                                </a:lnTo>
                                <a:lnTo>
                                  <a:pt x="930656" y="183769"/>
                                </a:lnTo>
                                <a:lnTo>
                                  <a:pt x="927481" y="186944"/>
                                </a:lnTo>
                                <a:lnTo>
                                  <a:pt x="925449" y="191389"/>
                                </a:lnTo>
                                <a:lnTo>
                                  <a:pt x="925449" y="205740"/>
                                </a:lnTo>
                                <a:lnTo>
                                  <a:pt x="933323" y="213614"/>
                                </a:lnTo>
                                <a:lnTo>
                                  <a:pt x="952627" y="213614"/>
                                </a:lnTo>
                                <a:lnTo>
                                  <a:pt x="960501" y="205867"/>
                                </a:lnTo>
                                <a:lnTo>
                                  <a:pt x="960501" y="191389"/>
                                </a:lnTo>
                                <a:close/>
                              </a:path>
                              <a:path w="1515745" h="8408035">
                                <a:moveTo>
                                  <a:pt x="1128141" y="8193849"/>
                                </a:moveTo>
                                <a:lnTo>
                                  <a:pt x="1128014" y="8193849"/>
                                </a:lnTo>
                                <a:lnTo>
                                  <a:pt x="1128141" y="8193862"/>
                                </a:lnTo>
                                <a:close/>
                              </a:path>
                              <a:path w="1515745" h="8408035">
                                <a:moveTo>
                                  <a:pt x="1145540" y="8206511"/>
                                </a:moveTo>
                                <a:lnTo>
                                  <a:pt x="1143635" y="8202142"/>
                                </a:lnTo>
                                <a:lnTo>
                                  <a:pt x="1140460" y="8198980"/>
                                </a:lnTo>
                                <a:lnTo>
                                  <a:pt x="1128141" y="8193862"/>
                                </a:lnTo>
                                <a:lnTo>
                                  <a:pt x="1115695" y="8198955"/>
                                </a:lnTo>
                                <a:lnTo>
                                  <a:pt x="1112520" y="8202117"/>
                                </a:lnTo>
                                <a:lnTo>
                                  <a:pt x="1110615" y="8206473"/>
                                </a:lnTo>
                                <a:lnTo>
                                  <a:pt x="1110615" y="8211299"/>
                                </a:lnTo>
                                <a:lnTo>
                                  <a:pt x="1110488" y="8220926"/>
                                </a:lnTo>
                                <a:lnTo>
                                  <a:pt x="1118362" y="8228774"/>
                                </a:lnTo>
                                <a:lnTo>
                                  <a:pt x="1137666" y="8228812"/>
                                </a:lnTo>
                                <a:lnTo>
                                  <a:pt x="1145540" y="8221040"/>
                                </a:lnTo>
                                <a:lnTo>
                                  <a:pt x="1145540" y="8206511"/>
                                </a:lnTo>
                                <a:close/>
                              </a:path>
                              <a:path w="1515745" h="8408035">
                                <a:moveTo>
                                  <a:pt x="1145540" y="191389"/>
                                </a:moveTo>
                                <a:lnTo>
                                  <a:pt x="1143635" y="187071"/>
                                </a:lnTo>
                                <a:lnTo>
                                  <a:pt x="1140460" y="183896"/>
                                </a:lnTo>
                                <a:lnTo>
                                  <a:pt x="1128141" y="178689"/>
                                </a:lnTo>
                                <a:lnTo>
                                  <a:pt x="1115695" y="183769"/>
                                </a:lnTo>
                                <a:lnTo>
                                  <a:pt x="1112520" y="186944"/>
                                </a:lnTo>
                                <a:lnTo>
                                  <a:pt x="1110615" y="191389"/>
                                </a:lnTo>
                                <a:lnTo>
                                  <a:pt x="1110615" y="196215"/>
                                </a:lnTo>
                                <a:lnTo>
                                  <a:pt x="1110488" y="205740"/>
                                </a:lnTo>
                                <a:lnTo>
                                  <a:pt x="1118362" y="213614"/>
                                </a:lnTo>
                                <a:lnTo>
                                  <a:pt x="1137666" y="213614"/>
                                </a:lnTo>
                                <a:lnTo>
                                  <a:pt x="1145540" y="205867"/>
                                </a:lnTo>
                                <a:lnTo>
                                  <a:pt x="1145540" y="191389"/>
                                </a:lnTo>
                                <a:close/>
                              </a:path>
                              <a:path w="1515745" h="8408035">
                                <a:moveTo>
                                  <a:pt x="1145667" y="8023047"/>
                                </a:moveTo>
                                <a:lnTo>
                                  <a:pt x="1137793" y="8015237"/>
                                </a:lnTo>
                                <a:lnTo>
                                  <a:pt x="1128014" y="8015237"/>
                                </a:lnTo>
                                <a:lnTo>
                                  <a:pt x="1118362" y="8015313"/>
                                </a:lnTo>
                                <a:lnTo>
                                  <a:pt x="1110615" y="8023187"/>
                                </a:lnTo>
                                <a:lnTo>
                                  <a:pt x="1110615" y="8032826"/>
                                </a:lnTo>
                                <a:lnTo>
                                  <a:pt x="1110742" y="8042440"/>
                                </a:lnTo>
                                <a:lnTo>
                                  <a:pt x="1118616" y="8050225"/>
                                </a:lnTo>
                                <a:lnTo>
                                  <a:pt x="1137920" y="8050073"/>
                                </a:lnTo>
                                <a:lnTo>
                                  <a:pt x="1145667" y="8042275"/>
                                </a:lnTo>
                                <a:lnTo>
                                  <a:pt x="1145667" y="8023047"/>
                                </a:lnTo>
                                <a:close/>
                              </a:path>
                              <a:path w="1515745" h="8408035">
                                <a:moveTo>
                                  <a:pt x="1145667" y="7874"/>
                                </a:moveTo>
                                <a:lnTo>
                                  <a:pt x="1137793" y="127"/>
                                </a:lnTo>
                                <a:lnTo>
                                  <a:pt x="1128014" y="127"/>
                                </a:lnTo>
                                <a:lnTo>
                                  <a:pt x="1118362" y="127"/>
                                </a:lnTo>
                                <a:lnTo>
                                  <a:pt x="1110615" y="8001"/>
                                </a:lnTo>
                                <a:lnTo>
                                  <a:pt x="1110615" y="17653"/>
                                </a:lnTo>
                                <a:lnTo>
                                  <a:pt x="1110742" y="27305"/>
                                </a:lnTo>
                                <a:lnTo>
                                  <a:pt x="1118616" y="35052"/>
                                </a:lnTo>
                                <a:lnTo>
                                  <a:pt x="1128268" y="35052"/>
                                </a:lnTo>
                                <a:lnTo>
                                  <a:pt x="1137920" y="34925"/>
                                </a:lnTo>
                                <a:lnTo>
                                  <a:pt x="1145667" y="27178"/>
                                </a:lnTo>
                                <a:lnTo>
                                  <a:pt x="1145667" y="7874"/>
                                </a:lnTo>
                                <a:close/>
                              </a:path>
                              <a:path w="1515745" h="8408035">
                                <a:moveTo>
                                  <a:pt x="1145794" y="8380717"/>
                                </a:moveTo>
                                <a:lnTo>
                                  <a:pt x="1138047" y="8372843"/>
                                </a:lnTo>
                                <a:lnTo>
                                  <a:pt x="1128014" y="8372729"/>
                                </a:lnTo>
                                <a:lnTo>
                                  <a:pt x="1118362" y="8372805"/>
                                </a:lnTo>
                                <a:lnTo>
                                  <a:pt x="1110615" y="8380679"/>
                                </a:lnTo>
                                <a:lnTo>
                                  <a:pt x="1110615" y="8390318"/>
                                </a:lnTo>
                                <a:lnTo>
                                  <a:pt x="1110742" y="8399996"/>
                                </a:lnTo>
                                <a:lnTo>
                                  <a:pt x="1118616" y="8407730"/>
                                </a:lnTo>
                                <a:lnTo>
                                  <a:pt x="1137793" y="8407578"/>
                                </a:lnTo>
                                <a:lnTo>
                                  <a:pt x="1145540" y="8399920"/>
                                </a:lnTo>
                                <a:lnTo>
                                  <a:pt x="1145794" y="8380717"/>
                                </a:lnTo>
                                <a:close/>
                              </a:path>
                              <a:path w="1515745" h="8408035">
                                <a:moveTo>
                                  <a:pt x="1145794" y="365633"/>
                                </a:moveTo>
                                <a:lnTo>
                                  <a:pt x="1138047" y="357759"/>
                                </a:lnTo>
                                <a:lnTo>
                                  <a:pt x="1128014" y="357632"/>
                                </a:lnTo>
                                <a:lnTo>
                                  <a:pt x="1118362" y="357632"/>
                                </a:lnTo>
                                <a:lnTo>
                                  <a:pt x="1110615" y="365506"/>
                                </a:lnTo>
                                <a:lnTo>
                                  <a:pt x="1110615" y="375158"/>
                                </a:lnTo>
                                <a:lnTo>
                                  <a:pt x="1110742" y="384810"/>
                                </a:lnTo>
                                <a:lnTo>
                                  <a:pt x="1118616" y="392557"/>
                                </a:lnTo>
                                <a:lnTo>
                                  <a:pt x="1128268" y="392557"/>
                                </a:lnTo>
                                <a:lnTo>
                                  <a:pt x="1137793" y="392430"/>
                                </a:lnTo>
                                <a:lnTo>
                                  <a:pt x="1145540" y="384810"/>
                                </a:lnTo>
                                <a:lnTo>
                                  <a:pt x="1145794" y="365633"/>
                                </a:lnTo>
                                <a:close/>
                              </a:path>
                              <a:path w="1515745" h="8408035">
                                <a:moveTo>
                                  <a:pt x="1330579" y="8380539"/>
                                </a:moveTo>
                                <a:lnTo>
                                  <a:pt x="1322705" y="8372729"/>
                                </a:lnTo>
                                <a:lnTo>
                                  <a:pt x="1313053" y="8372729"/>
                                </a:lnTo>
                                <a:lnTo>
                                  <a:pt x="1303401" y="8372729"/>
                                </a:lnTo>
                                <a:lnTo>
                                  <a:pt x="1295527" y="8380577"/>
                                </a:lnTo>
                                <a:lnTo>
                                  <a:pt x="1295527" y="8399843"/>
                                </a:lnTo>
                                <a:lnTo>
                                  <a:pt x="1303401" y="8407654"/>
                                </a:lnTo>
                                <a:lnTo>
                                  <a:pt x="1322705" y="8407654"/>
                                </a:lnTo>
                                <a:lnTo>
                                  <a:pt x="1330579" y="8399843"/>
                                </a:lnTo>
                                <a:lnTo>
                                  <a:pt x="1330579" y="8380539"/>
                                </a:lnTo>
                                <a:close/>
                              </a:path>
                              <a:path w="1515745" h="8408035">
                                <a:moveTo>
                                  <a:pt x="1330579" y="8201698"/>
                                </a:moveTo>
                                <a:lnTo>
                                  <a:pt x="1322832" y="8193849"/>
                                </a:lnTo>
                                <a:lnTo>
                                  <a:pt x="1313180" y="8193849"/>
                                </a:lnTo>
                                <a:lnTo>
                                  <a:pt x="1303528" y="8193849"/>
                                </a:lnTo>
                                <a:lnTo>
                                  <a:pt x="1295654" y="8201698"/>
                                </a:lnTo>
                                <a:lnTo>
                                  <a:pt x="1295654" y="8220964"/>
                                </a:lnTo>
                                <a:lnTo>
                                  <a:pt x="1303528" y="8228812"/>
                                </a:lnTo>
                                <a:lnTo>
                                  <a:pt x="1322832" y="8228812"/>
                                </a:lnTo>
                                <a:lnTo>
                                  <a:pt x="1330579" y="8220964"/>
                                </a:lnTo>
                                <a:lnTo>
                                  <a:pt x="1330579" y="8201698"/>
                                </a:lnTo>
                                <a:close/>
                              </a:path>
                              <a:path w="1515745" h="8408035">
                                <a:moveTo>
                                  <a:pt x="1330579" y="8023047"/>
                                </a:moveTo>
                                <a:lnTo>
                                  <a:pt x="1322705" y="8015237"/>
                                </a:lnTo>
                                <a:lnTo>
                                  <a:pt x="1313053" y="8015237"/>
                                </a:lnTo>
                                <a:lnTo>
                                  <a:pt x="1303401" y="8015237"/>
                                </a:lnTo>
                                <a:lnTo>
                                  <a:pt x="1295527" y="8023047"/>
                                </a:lnTo>
                                <a:lnTo>
                                  <a:pt x="1295527" y="8042338"/>
                                </a:lnTo>
                                <a:lnTo>
                                  <a:pt x="1303401" y="8050149"/>
                                </a:lnTo>
                                <a:lnTo>
                                  <a:pt x="1322705" y="8050149"/>
                                </a:lnTo>
                                <a:lnTo>
                                  <a:pt x="1330579" y="8042338"/>
                                </a:lnTo>
                                <a:lnTo>
                                  <a:pt x="1330579" y="8023047"/>
                                </a:lnTo>
                                <a:close/>
                              </a:path>
                              <a:path w="1515745" h="8408035">
                                <a:moveTo>
                                  <a:pt x="1330579" y="365379"/>
                                </a:moveTo>
                                <a:lnTo>
                                  <a:pt x="1322705" y="357632"/>
                                </a:lnTo>
                                <a:lnTo>
                                  <a:pt x="1313053" y="357632"/>
                                </a:lnTo>
                                <a:lnTo>
                                  <a:pt x="1303401" y="357632"/>
                                </a:lnTo>
                                <a:lnTo>
                                  <a:pt x="1295527" y="365506"/>
                                </a:lnTo>
                                <a:lnTo>
                                  <a:pt x="1295527" y="384683"/>
                                </a:lnTo>
                                <a:lnTo>
                                  <a:pt x="1303401" y="392557"/>
                                </a:lnTo>
                                <a:lnTo>
                                  <a:pt x="1322705" y="392557"/>
                                </a:lnTo>
                                <a:lnTo>
                                  <a:pt x="1330579" y="384683"/>
                                </a:lnTo>
                                <a:lnTo>
                                  <a:pt x="1330579" y="365379"/>
                                </a:lnTo>
                                <a:close/>
                              </a:path>
                              <a:path w="1515745" h="8408035">
                                <a:moveTo>
                                  <a:pt x="1330579" y="186563"/>
                                </a:moveTo>
                                <a:lnTo>
                                  <a:pt x="1322832" y="178689"/>
                                </a:lnTo>
                                <a:lnTo>
                                  <a:pt x="1313180" y="178689"/>
                                </a:lnTo>
                                <a:lnTo>
                                  <a:pt x="1303528" y="178689"/>
                                </a:lnTo>
                                <a:lnTo>
                                  <a:pt x="1295654" y="186563"/>
                                </a:lnTo>
                                <a:lnTo>
                                  <a:pt x="1295654" y="205867"/>
                                </a:lnTo>
                                <a:lnTo>
                                  <a:pt x="1303528" y="213614"/>
                                </a:lnTo>
                                <a:lnTo>
                                  <a:pt x="1322832" y="213614"/>
                                </a:lnTo>
                                <a:lnTo>
                                  <a:pt x="1330579" y="205867"/>
                                </a:lnTo>
                                <a:lnTo>
                                  <a:pt x="1330579" y="186563"/>
                                </a:lnTo>
                                <a:close/>
                              </a:path>
                              <a:path w="1515745" h="8408035">
                                <a:moveTo>
                                  <a:pt x="1330579" y="7874"/>
                                </a:moveTo>
                                <a:lnTo>
                                  <a:pt x="1322705" y="127"/>
                                </a:lnTo>
                                <a:lnTo>
                                  <a:pt x="1313053" y="127"/>
                                </a:lnTo>
                                <a:lnTo>
                                  <a:pt x="1303401" y="127"/>
                                </a:lnTo>
                                <a:lnTo>
                                  <a:pt x="1295527" y="7874"/>
                                </a:lnTo>
                                <a:lnTo>
                                  <a:pt x="1295527" y="27178"/>
                                </a:lnTo>
                                <a:lnTo>
                                  <a:pt x="1303401" y="35052"/>
                                </a:lnTo>
                                <a:lnTo>
                                  <a:pt x="1322705" y="35052"/>
                                </a:lnTo>
                                <a:lnTo>
                                  <a:pt x="1330579" y="27178"/>
                                </a:lnTo>
                                <a:lnTo>
                                  <a:pt x="1330579" y="7874"/>
                                </a:lnTo>
                                <a:close/>
                              </a:path>
                              <a:path w="1515745" h="8408035">
                                <a:moveTo>
                                  <a:pt x="1515618" y="8380539"/>
                                </a:moveTo>
                                <a:lnTo>
                                  <a:pt x="1507744" y="8372729"/>
                                </a:lnTo>
                                <a:lnTo>
                                  <a:pt x="1498092" y="8372729"/>
                                </a:lnTo>
                                <a:lnTo>
                                  <a:pt x="1488440" y="8372729"/>
                                </a:lnTo>
                                <a:lnTo>
                                  <a:pt x="1480693" y="8380577"/>
                                </a:lnTo>
                                <a:lnTo>
                                  <a:pt x="1480693" y="8399843"/>
                                </a:lnTo>
                                <a:lnTo>
                                  <a:pt x="1488440" y="8407654"/>
                                </a:lnTo>
                                <a:lnTo>
                                  <a:pt x="1507744" y="8407654"/>
                                </a:lnTo>
                                <a:lnTo>
                                  <a:pt x="1515618" y="8399843"/>
                                </a:lnTo>
                                <a:lnTo>
                                  <a:pt x="1515618" y="8380539"/>
                                </a:lnTo>
                                <a:close/>
                              </a:path>
                              <a:path w="1515745" h="8408035">
                                <a:moveTo>
                                  <a:pt x="1515618" y="8023047"/>
                                </a:moveTo>
                                <a:lnTo>
                                  <a:pt x="1507744" y="8015237"/>
                                </a:lnTo>
                                <a:lnTo>
                                  <a:pt x="1498092" y="8015237"/>
                                </a:lnTo>
                                <a:lnTo>
                                  <a:pt x="1488440" y="8015237"/>
                                </a:lnTo>
                                <a:lnTo>
                                  <a:pt x="1480693" y="8023047"/>
                                </a:lnTo>
                                <a:lnTo>
                                  <a:pt x="1480693" y="8042338"/>
                                </a:lnTo>
                                <a:lnTo>
                                  <a:pt x="1488440" y="8050149"/>
                                </a:lnTo>
                                <a:lnTo>
                                  <a:pt x="1507744" y="8050149"/>
                                </a:lnTo>
                                <a:lnTo>
                                  <a:pt x="1515618" y="8042338"/>
                                </a:lnTo>
                                <a:lnTo>
                                  <a:pt x="1515618" y="8023047"/>
                                </a:lnTo>
                                <a:close/>
                              </a:path>
                              <a:path w="1515745" h="8408035">
                                <a:moveTo>
                                  <a:pt x="1515618" y="365379"/>
                                </a:moveTo>
                                <a:lnTo>
                                  <a:pt x="1507744" y="357632"/>
                                </a:lnTo>
                                <a:lnTo>
                                  <a:pt x="1498092" y="357632"/>
                                </a:lnTo>
                                <a:lnTo>
                                  <a:pt x="1488440" y="357632"/>
                                </a:lnTo>
                                <a:lnTo>
                                  <a:pt x="1480693" y="365506"/>
                                </a:lnTo>
                                <a:lnTo>
                                  <a:pt x="1480693" y="384683"/>
                                </a:lnTo>
                                <a:lnTo>
                                  <a:pt x="1488440" y="392557"/>
                                </a:lnTo>
                                <a:lnTo>
                                  <a:pt x="1507744" y="392557"/>
                                </a:lnTo>
                                <a:lnTo>
                                  <a:pt x="1515618" y="384683"/>
                                </a:lnTo>
                                <a:lnTo>
                                  <a:pt x="1515618" y="365379"/>
                                </a:lnTo>
                                <a:close/>
                              </a:path>
                              <a:path w="1515745" h="8408035">
                                <a:moveTo>
                                  <a:pt x="1515618" y="7874"/>
                                </a:moveTo>
                                <a:lnTo>
                                  <a:pt x="1507744" y="127"/>
                                </a:lnTo>
                                <a:lnTo>
                                  <a:pt x="1498092" y="127"/>
                                </a:lnTo>
                                <a:lnTo>
                                  <a:pt x="1488440" y="127"/>
                                </a:lnTo>
                                <a:lnTo>
                                  <a:pt x="1480693" y="7874"/>
                                </a:lnTo>
                                <a:lnTo>
                                  <a:pt x="1480693" y="27178"/>
                                </a:lnTo>
                                <a:lnTo>
                                  <a:pt x="1488440" y="35052"/>
                                </a:lnTo>
                                <a:lnTo>
                                  <a:pt x="1507744" y="35052"/>
                                </a:lnTo>
                                <a:lnTo>
                                  <a:pt x="1515618" y="27178"/>
                                </a:lnTo>
                                <a:lnTo>
                                  <a:pt x="1515618" y="7874"/>
                                </a:lnTo>
                                <a:close/>
                              </a:path>
                              <a:path w="1515745" h="8408035">
                                <a:moveTo>
                                  <a:pt x="1515745" y="8201698"/>
                                </a:moveTo>
                                <a:lnTo>
                                  <a:pt x="1507871" y="8193849"/>
                                </a:lnTo>
                                <a:lnTo>
                                  <a:pt x="1498219" y="8193849"/>
                                </a:lnTo>
                                <a:lnTo>
                                  <a:pt x="1488567" y="8193849"/>
                                </a:lnTo>
                                <a:lnTo>
                                  <a:pt x="1480693" y="8201698"/>
                                </a:lnTo>
                                <a:lnTo>
                                  <a:pt x="1480693" y="8220964"/>
                                </a:lnTo>
                                <a:lnTo>
                                  <a:pt x="1488567" y="8228812"/>
                                </a:lnTo>
                                <a:lnTo>
                                  <a:pt x="1507871" y="8228812"/>
                                </a:lnTo>
                                <a:lnTo>
                                  <a:pt x="1515745" y="8220964"/>
                                </a:lnTo>
                                <a:lnTo>
                                  <a:pt x="1515745" y="8201698"/>
                                </a:lnTo>
                                <a:close/>
                              </a:path>
                              <a:path w="1515745" h="8408035">
                                <a:moveTo>
                                  <a:pt x="1515745" y="186563"/>
                                </a:moveTo>
                                <a:lnTo>
                                  <a:pt x="1507871" y="178689"/>
                                </a:lnTo>
                                <a:lnTo>
                                  <a:pt x="1498219" y="178689"/>
                                </a:lnTo>
                                <a:lnTo>
                                  <a:pt x="1488567" y="178689"/>
                                </a:lnTo>
                                <a:lnTo>
                                  <a:pt x="1480693" y="186563"/>
                                </a:lnTo>
                                <a:lnTo>
                                  <a:pt x="1480693" y="205867"/>
                                </a:lnTo>
                                <a:lnTo>
                                  <a:pt x="1488567" y="213614"/>
                                </a:lnTo>
                                <a:lnTo>
                                  <a:pt x="1507871" y="213614"/>
                                </a:lnTo>
                                <a:lnTo>
                                  <a:pt x="1515745" y="205867"/>
                                </a:lnTo>
                                <a:lnTo>
                                  <a:pt x="1515745" y="18656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9" cstate="print"/>
                          <a:stretch>
                            <a:fillRect/>
                          </a:stretch>
                        </pic:blipFill>
                        <pic:spPr>
                          <a:xfrm>
                            <a:off x="4667630" y="361061"/>
                            <a:ext cx="717753" cy="717803"/>
                          </a:xfrm>
                          <a:prstGeom prst="rect">
                            <a:avLst/>
                          </a:prstGeom>
                        </pic:spPr>
                      </pic:pic>
                      <wps:wsp>
                        <wps:cNvPr id="10" name="Graphic 10"/>
                        <wps:cNvSpPr/>
                        <wps:spPr>
                          <a:xfrm>
                            <a:off x="3333750" y="4939792"/>
                            <a:ext cx="3800729" cy="45719"/>
                          </a:xfrm>
                          <a:custGeom>
                            <a:avLst/>
                            <a:gdLst/>
                            <a:ahLst/>
                            <a:cxnLst/>
                            <a:rect l="l" t="t" r="r" b="b"/>
                            <a:pathLst>
                              <a:path w="727710">
                                <a:moveTo>
                                  <a:pt x="0" y="0"/>
                                </a:moveTo>
                                <a:lnTo>
                                  <a:pt x="727201" y="0"/>
                                </a:lnTo>
                              </a:path>
                            </a:pathLst>
                          </a:custGeom>
                          <a:ln w="76200">
                            <a:solidFill>
                              <a:srgbClr val="1F233C"/>
                            </a:solidFill>
                            <a:prstDash val="solid"/>
                          </a:ln>
                        </wps:spPr>
                        <wps:bodyPr wrap="square" lIns="0" tIns="0" rIns="0" bIns="0" rtlCol="0">
                          <a:prstTxWarp prst="textNoShape">
                            <a:avLst/>
                          </a:prstTxWarp>
                          <a:noAutofit/>
                        </wps:bodyPr>
                      </wps:wsp>
                    </wpg:wgp>
                  </a:graphicData>
                </a:graphic>
              </wp:anchor>
            </w:drawing>
          </mc:Choice>
          <mc:Fallback>
            <w:pict>
              <v:group w14:anchorId="435493E2" id="Group 1" o:spid="_x0000_s1026" style="position:absolute;margin-left:0;margin-top:0;width:594.85pt;height:791.95pt;z-index:-15760384;mso-wrap-distance-left:0;mso-wrap-distance-right:0;mso-position-horizontal-relative:page;mso-position-vertical-relative:page" coordsize="75545,100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21292;width:35685;height:64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">
                  <v:imagedata r:id="rId10" o:title=""/>
                </v:shape>
                <v:shape id="Graphic 3" o:spid="_x0000_s1028" style="position:absolute;width:75545;height:100577;visibility:visible;mso-wrap-style:square;v-text-anchor:top" coordsize="7554595,10057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" path="m7554468,8423161r-3770364,l2436114,7075043,,9511411r,546354l1421511,10057765r1739519,l7554468,10057765r,-1634604xem7554468,l4356862,,2797175,,2585212,,608812,1976501,2260092,3627882,4346003,1541780r3208465,l7554468,xe" fillcolor="#21253d" stroked="f">
                  <v:path arrowok="t"/>
                </v:shape>
                <v:shape id="Image 4" o:spid="_x0000_s1029" type="#_x0000_t75" style="position:absolute;top:70789;width:28011;height:29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">
                  <v:imagedata r:id="rId11" o:title=""/>
                </v:shape>
                <v:shape id="Image 5" o:spid="_x0000_s1030" type="#_x0000_t75" style="position:absolute;left:6084;width:24775;height:2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">
                  <v:imagedata r:id="rId12" o:title=""/>
                </v:shape>
                <v:shape id="Graphic 6" o:spid="_x0000_s1031" style="position:absolute;left:26464;top:59342;width:18440;height:18440;visibility:visible;mso-wrap-style:square;v-text-anchor:top" coordsize="1844039,184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" path="m921893,l,921893r921893,921893l1843532,921893,921893,xe" fillcolor="#21253d" stroked="f">
                  <v:path arrowok="t"/>
                </v:shape>
                <v:shape id="Graphic 7" o:spid="_x0000_s1032" style="position:absolute;left:64067;top:69461;width:7277;height:13;visibility:visible;mso-wrap-style:square;v-text-anchor:top" coordsize="7277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" path="m,l727201,e" filled="f" strokecolor="#1f233c" strokeweight="6pt">
                  <v:path arrowok="t"/>
                </v:shape>
                <v:shape id="Graphic 8" o:spid="_x0000_s1033" style="position:absolute;left:19475;top:15469;width:15157;height:84081;visibility:visible;mso-wrap-style:square;v-text-anchor:top" coordsize="1515745,8408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" path="m35052,8201698r-7874,-7811l17526,8193849r-9652,l127,8201660,,8211286r,9640l7874,8228774r19304,38l35052,8221040r,-19342xem35052,8023047r-7874,-7810l17526,8015237r-9652,l,8023047r,19291l7874,8050149r19304,l35052,8042338r,-19291xem35052,186563r-7874,-7874l17526,178689r-9652,l127,186563,,196215r,9525l7874,213614r19304,l35052,205867r,-19304xem35052,7874l27178,127r-9652,l7874,127,,7874,,27178r7874,7874l27178,35052r7874,-7874l35052,7874xem35179,8380717r-7747,-7874l17526,8372729r-9652,l127,8380501,,8390179r,9626l7874,8407654r19177,38l34925,8399996r254,-19279xem35179,365633r-7747,-7874l17526,357632r-9652,l127,365379,,375031r,9652l7874,392557r19177,l34925,384810r254,-19177xem220091,8380539r-7747,-7772l202692,8372729r-9652,l185166,8380501r,9678l185039,8399805r7874,7849l212217,8407692r7874,-7811l220091,8380539xem220091,8201698r-7747,-7811l202692,8193849r-9652,l185166,8201660r,9626l185039,8220926r7874,7848l212217,8228812r7874,-7772l220091,8201698xem220091,8023047r-7747,-7810l202692,8015237r-9652,-39l185166,8023009r,9627l185039,8042275r7874,7836l212217,8050200r7874,-7811l220091,8023047xem220091,365379r-7747,-7747l202692,357632r-9652,l185166,365379r,9652l185039,384683r7874,7874l212217,392557r7874,-7747l220091,365379xem220091,186563r-7747,-7874l202692,178689r-9652,l185166,186563r,9652l185039,205740r7874,7874l212217,213614r7874,-7747l220091,186563xem220091,7874l212344,127r-9652,l193040,r-7874,7874l185166,17526r-127,9652l192913,34925r9652,127l212217,35052r7874,-7874l220091,7874xem405130,8201698r-7747,-7849l387731,8193849r-9652,l370205,8201698r,19266l378079,8228812r19304,l405130,8220964r,-19266xem405130,8023047r-7747,-7810l387731,8015237r-9652,l370205,8023047r,19291l378079,8050149r19304,l405130,8042338r,-19291xem405130,186563r-7747,-7874l387731,178689r-9652,l370205,186563r,19304l378079,213614r19304,l405130,205867r,-19304xem405130,7874l397383,127r-9652,l378079,127r-7874,7747l370205,27178r7874,7874l397383,35052r7747,-7874l405130,7874xem405257,8380717r-7747,-7874l377952,8372843r-7747,7734l370306,8399958r7773,7696l397256,8407654r7874,-7696l405257,8380717xem405257,365633r-7747,-7874l377952,357759r-7747,7874l370332,384810r7747,7747l397256,392557r7874,-7747l405257,365633xem590296,8380577r-7874,-7772l572770,8372729r-9652,l555244,8380577r,19266l563118,8407654r19304,l590296,8399843r,-19266xem590296,365506r-7874,-7874l572770,357632r-9652,l555244,365506r,19177l563118,392557r19304,l590296,384683r,-19177xem590423,8201698r-7874,-7849l572897,8193849r-9652,l555371,8201698r,19266l563245,8228812r19304,l590423,8220964r,-19266xem590423,8023047r-7874,-7810l572897,8015237r-9652,l555371,8023047r,19291l563245,8050149r19304,l590423,8042338r,-19291xem590423,186563r-7874,-7874l572897,178689r-9652,l555371,186563r,19304l563245,213614r19304,l590423,205867r,-19304xem590423,7874l582549,127r-9652,l563245,127r-7874,7747l555371,27178r7874,7874l582549,35052r7874,-7874l590423,7874xem775335,8380539r-7874,-7810l757809,8372729r-9652,l740410,8380577r,19266l748157,8407654r19304,l775335,8399843r,-19304xem775335,365379r-7874,-7747l757809,357632r-9652,l740410,365506r,19177l748157,392557r19304,l775335,384683r,-19304xem775462,8201698r-7874,-7849l757936,8193849r-9652,l740410,8201698r,19266l748284,8228812r19304,l775462,8220964r,-19266xem775462,8023047r-7874,-7810l757936,8015237r-9652,l740410,8023047r,19291l748284,8050149r19304,l775462,8042338r,-19291xem775462,186563r-7874,-7874l757936,178689r-9652,l740410,186563r,19304l748284,213614r19304,l775462,205867r,-19304xem775462,7874l767588,127r-9652,l748284,127r-7874,7747l740410,27178r7874,7874l767588,35052r7874,-7874l775462,7874xem960374,8380539r-7874,-7772l942975,8372729r-9652,l925449,8380501r,19304l933196,8407654r19304,38l960374,8399881r,-19342xem960374,8023047r-7747,-7810l942975,8015237r-9652,-39l925449,8023009r,19266l933196,8050111r19304,89l960374,8042389r,-19342xem960374,365379r-7874,-7747l942975,357632r-9652,l925449,365379r,19304l933196,392557r19304,l960374,384810r,-19431xem960374,7874l952627,127r-9652,l933323,r-7874,7874l925449,27178r7747,7747l942848,35052r9652,l960374,27178r,-19304xem960501,8206511r-2032,-4369l955421,8198980r-12446,-5118l930656,8198955r-3175,3162l925449,8206473r,14453l933323,8228774r19304,38l960501,8221040r,-14529xem960501,191389r-2032,-4318l955421,183896r-12446,-5207l930656,183769r-3175,3175l925449,191389r,14351l933323,213614r19304,l960501,205867r,-14478xem1128141,8193849r-127,l1128141,8193862r,-13xem1145540,8206511r-1905,-4369l1140460,8198980r-12319,-5118l1115695,8198955r-3175,3162l1110615,8206473r,4826l1110488,8220926r7874,7848l1137666,8228812r7874,-7772l1145540,8206511xem1145540,191389r-1905,-4318l1140460,183896r-12319,-5207l1115695,183769r-3175,3175l1110615,191389r,4826l1110488,205740r7874,7874l1137666,213614r7874,-7747l1145540,191389xem1145667,8023047r-7874,-7810l1128014,8015237r-9652,76l1110615,8023187r,9639l1110742,8042440r7874,7785l1137920,8050073r7747,-7798l1145667,8023047xem1145667,7874l1137793,127r-9779,l1118362,127r-7747,7874l1110615,17653r127,9652l1118616,35052r9652,l1137920,34925r7747,-7747l1145667,7874xem1145794,8380717r-7747,-7874l1128014,8372729r-9652,76l1110615,8380679r,9639l1110742,8399996r7874,7734l1137793,8407578r7747,-7658l1145794,8380717xem1145794,365633r-7747,-7874l1128014,357632r-9652,l1110615,365506r,9652l1110742,384810r7874,7747l1128268,392557r9525,-127l1145540,384810r254,-19177xem1330579,8380539r-7874,-7810l1313053,8372729r-9652,l1295527,8380577r,19266l1303401,8407654r19304,l1330579,8399843r,-19304xem1330579,8201698r-7747,-7849l1313180,8193849r-9652,l1295654,8201698r,19266l1303528,8228812r19304,l1330579,8220964r,-19266xem1330579,8023047r-7874,-7810l1313053,8015237r-9652,l1295527,8023047r,19291l1303401,8050149r19304,l1330579,8042338r,-19291xem1330579,365379r-7874,-7747l1313053,357632r-9652,l1295527,365506r,19177l1303401,392557r19304,l1330579,384683r,-19304xem1330579,186563r-7747,-7874l1313180,178689r-9652,l1295654,186563r,19304l1303528,213614r19304,l1330579,205867r,-19304xem1330579,7874l1322705,127r-9652,l1303401,127r-7874,7747l1295527,27178r7874,7874l1322705,35052r7874,-7874l1330579,7874xem1515618,8380539r-7874,-7810l1498092,8372729r-9652,l1480693,8380577r,19266l1488440,8407654r19304,l1515618,8399843r,-19304xem1515618,8023047r-7874,-7810l1498092,8015237r-9652,l1480693,8023047r,19291l1488440,8050149r19304,l1515618,8042338r,-19291xem1515618,365379r-7874,-7747l1498092,357632r-9652,l1480693,365506r,19177l1488440,392557r19304,l1515618,384683r,-19304xem1515618,7874l1507744,127r-9652,l1488440,127r-7747,7747l1480693,27178r7747,7874l1507744,35052r7874,-7874l1515618,7874xem1515745,8201698r-7874,-7849l1498219,8193849r-9652,l1480693,8201698r,19266l1488567,8228812r19304,l1515745,8220964r,-19266xem1515745,186563r-7874,-7874l1498219,178689r-9652,l1480693,186563r,19304l1488567,213614r19304,l1515745,205867r,-19304xe" stroked="f">
                  <v:path arrowok="t"/>
                </v:shape>
                <v:shape id="Image 9" o:spid="_x0000_s1034" type="#_x0000_t75" style="position:absolute;left:46676;top:3610;width:7177;height:7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">
                  <v:imagedata r:id="rId13" o:title=""/>
                </v:shape>
                <v:shape id="Graphic 10" o:spid="_x0000_s1035" style="position:absolute;left:33337;top:49397;width:38007;height:458;visibility:visible;mso-wrap-style:square;v-text-anchor:top" coordsize="727710,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" path="m,l727201,e" filled="f" strokecolor="#1f233c" strokeweight="6pt">
                  <v:path arrowok="t"/>
                </v:shape>
                <w10:wrap anchorx="page" anchory="page"/>
              </v:group>
            </w:pict>
          </mc:Fallback>
        </mc:AlternateContent>
      </w:r>
      <w:r w:rsidR="00BD1E14">
        <w:rPr>
          <w:rFonts w:ascii="Verdana" w:hAnsi="Verdana"/>
          <w:spacing w:val="-2"/>
          <w:sz w:val="35"/>
        </w:rPr>
        <w:t xml:space="preserve">      </w:t>
      </w:r>
      <w:r w:rsidRPr="00BD1E14">
        <w:rPr>
          <w:rFonts w:ascii="Verdana" w:hAnsi="Verdana"/>
          <w:color w:val="FFFFFF" w:themeColor="background1"/>
          <w:spacing w:val="-2"/>
          <w:sz w:val="35"/>
        </w:rPr>
        <w:t>Balıkesir</w:t>
      </w:r>
    </w:p>
    <w:p w14:paraId="0AB0C2D1" w14:textId="326EACAA" w:rsidR="00596770" w:rsidRPr="00BD1E14" w:rsidRDefault="00BD1E14" w:rsidP="00205B2D">
      <w:pPr>
        <w:spacing w:line="382" w:lineRule="exact"/>
        <w:ind w:left="6824" w:right="789"/>
        <w:rPr>
          <w:rFonts w:ascii="Verdana" w:hAnsi="Verdana"/>
          <w:color w:val="FFFFFF" w:themeColor="background1"/>
          <w:sz w:val="35"/>
        </w:rPr>
      </w:pPr>
      <w:r w:rsidRPr="00BD1E14">
        <w:rPr>
          <w:rFonts w:ascii="Verdana" w:hAnsi="Verdana"/>
          <w:color w:val="FFFFFF" w:themeColor="background1"/>
          <w:spacing w:val="-2"/>
          <w:sz w:val="35"/>
        </w:rPr>
        <w:t xml:space="preserve">      </w:t>
      </w:r>
      <w:r w:rsidR="00000000" w:rsidRPr="00BD1E14">
        <w:rPr>
          <w:rFonts w:ascii="Verdana" w:hAnsi="Verdana"/>
          <w:color w:val="FFFFFF" w:themeColor="background1"/>
          <w:spacing w:val="-2"/>
          <w:sz w:val="35"/>
        </w:rPr>
        <w:t>Üniversitesi</w:t>
      </w:r>
    </w:p>
    <w:p w14:paraId="3A2E7763" w14:textId="77777777" w:rsidR="00596770" w:rsidRPr="00E31EFC" w:rsidRDefault="00596770" w:rsidP="00205B2D">
      <w:pPr>
        <w:pStyle w:val="GvdeMetni"/>
        <w:spacing w:before="385"/>
        <w:ind w:right="789"/>
        <w:rPr>
          <w:rFonts w:ascii="Verdana"/>
          <w:b w:val="0"/>
          <w:sz w:val="72"/>
        </w:rPr>
      </w:pPr>
    </w:p>
    <w:p w14:paraId="23A6D1EE" w14:textId="3A643A4C" w:rsidR="00596770" w:rsidRPr="00E31EFC" w:rsidRDefault="00F23AD0" w:rsidP="00205B2D">
      <w:pPr>
        <w:pStyle w:val="KonuBal"/>
        <w:ind w:right="789"/>
      </w:pPr>
      <w:r w:rsidRPr="00E31EFC">
        <w:rPr>
          <w:w w:val="90"/>
        </w:rPr>
        <w:t xml:space="preserve">  202</w:t>
      </w:r>
      <w:r w:rsidR="00F01D5A" w:rsidRPr="00E31EFC">
        <w:rPr>
          <w:w w:val="90"/>
        </w:rPr>
        <w:t>5</w:t>
      </w:r>
      <w:r w:rsidRPr="00E31EFC">
        <w:rPr>
          <w:w w:val="90"/>
        </w:rPr>
        <w:t>-</w:t>
      </w:r>
      <w:r w:rsidRPr="00E31EFC">
        <w:rPr>
          <w:spacing w:val="-4"/>
        </w:rPr>
        <w:t>202</w:t>
      </w:r>
      <w:r w:rsidR="00F01D5A" w:rsidRPr="00E31EFC">
        <w:rPr>
          <w:spacing w:val="-4"/>
        </w:rPr>
        <w:t xml:space="preserve">6 </w:t>
      </w:r>
    </w:p>
    <w:p w14:paraId="51D05D71" w14:textId="77777777" w:rsidR="00596770" w:rsidRPr="00E31EFC" w:rsidRDefault="00596770" w:rsidP="00205B2D">
      <w:pPr>
        <w:pStyle w:val="GvdeMetni"/>
        <w:spacing w:before="47"/>
        <w:ind w:right="789"/>
        <w:rPr>
          <w:rFonts w:ascii="Verdana"/>
          <w:b w:val="0"/>
          <w:sz w:val="36"/>
        </w:rPr>
      </w:pPr>
    </w:p>
    <w:p w14:paraId="419DAAEB" w14:textId="77777777" w:rsidR="00596770" w:rsidRPr="00E31EFC" w:rsidRDefault="00000000" w:rsidP="00205B2D">
      <w:pPr>
        <w:ind w:left="4967" w:right="789"/>
        <w:rPr>
          <w:b/>
          <w:sz w:val="36"/>
        </w:rPr>
      </w:pPr>
      <w:r w:rsidRPr="00E31EFC">
        <w:rPr>
          <w:b/>
          <w:w w:val="105"/>
          <w:sz w:val="36"/>
        </w:rPr>
        <w:t>GÜZEL</w:t>
      </w:r>
      <w:r w:rsidRPr="00E31EFC">
        <w:rPr>
          <w:b/>
          <w:spacing w:val="2"/>
          <w:w w:val="105"/>
          <w:sz w:val="36"/>
        </w:rPr>
        <w:t xml:space="preserve"> </w:t>
      </w:r>
      <w:r w:rsidRPr="00E31EFC">
        <w:rPr>
          <w:b/>
          <w:spacing w:val="-2"/>
          <w:w w:val="105"/>
          <w:sz w:val="36"/>
        </w:rPr>
        <w:t>SANATLAR</w:t>
      </w:r>
    </w:p>
    <w:p w14:paraId="7CF043F3" w14:textId="77777777" w:rsidR="00D163A7" w:rsidRPr="00E31EFC" w:rsidRDefault="00000000" w:rsidP="00205B2D">
      <w:pPr>
        <w:spacing w:before="70" w:line="604" w:lineRule="auto"/>
        <w:ind w:left="4988" w:right="789" w:hanging="22"/>
        <w:rPr>
          <w:b/>
          <w:sz w:val="36"/>
        </w:rPr>
      </w:pPr>
      <w:r w:rsidRPr="00E31EFC">
        <w:rPr>
          <w:b/>
          <w:spacing w:val="-2"/>
          <w:sz w:val="36"/>
        </w:rPr>
        <w:t xml:space="preserve">FAKÜLTESİ </w:t>
      </w:r>
    </w:p>
    <w:p w14:paraId="58B2BE4E" w14:textId="4A1F2037" w:rsidR="00596770" w:rsidRPr="00E31EFC" w:rsidRDefault="0095289E" w:rsidP="00205B2D">
      <w:pPr>
        <w:spacing w:before="70" w:line="604" w:lineRule="auto"/>
        <w:ind w:left="4678" w:right="789" w:hanging="22"/>
        <w:jc w:val="center"/>
        <w:rPr>
          <w:b/>
          <w:sz w:val="36"/>
        </w:rPr>
      </w:pPr>
      <w:r w:rsidRPr="00E31EFC">
        <w:rPr>
          <w:b/>
          <w:sz w:val="36"/>
        </w:rPr>
        <w:t>GRAFİK SANATLAR</w:t>
      </w:r>
      <w:r w:rsidR="00D163A7" w:rsidRPr="00E31EFC">
        <w:rPr>
          <w:b/>
          <w:sz w:val="36"/>
        </w:rPr>
        <w:t xml:space="preserve">            BÖLÜMÜ</w:t>
      </w:r>
    </w:p>
    <w:p w14:paraId="5C3B945F" w14:textId="77777777" w:rsidR="00596770" w:rsidRPr="00E31EFC" w:rsidRDefault="00596770" w:rsidP="00205B2D">
      <w:pPr>
        <w:pStyle w:val="GvdeMetni"/>
        <w:ind w:right="789"/>
      </w:pPr>
    </w:p>
    <w:p w14:paraId="74B7D8C6" w14:textId="77777777" w:rsidR="00596770" w:rsidRPr="00E31EFC" w:rsidRDefault="00596770" w:rsidP="00205B2D">
      <w:pPr>
        <w:pStyle w:val="GvdeMetni"/>
        <w:spacing w:before="203"/>
        <w:ind w:right="789"/>
      </w:pPr>
    </w:p>
    <w:p w14:paraId="2B491AF9" w14:textId="5D54D091" w:rsidR="00596770" w:rsidRPr="00E31EFC" w:rsidRDefault="000A12C0" w:rsidP="00205B2D">
      <w:pPr>
        <w:pStyle w:val="GvdeMetni"/>
        <w:spacing w:before="74"/>
        <w:ind w:right="789"/>
        <w:jc w:val="right"/>
        <w:rPr>
          <w:sz w:val="32"/>
          <w:szCs w:val="32"/>
        </w:rPr>
      </w:pPr>
      <w:r w:rsidRPr="00E31EFC">
        <w:rPr>
          <w:spacing w:val="-8"/>
          <w:sz w:val="32"/>
          <w:szCs w:val="32"/>
        </w:rPr>
        <w:t>ÖĞRENCİ MEMNUNİYET</w:t>
      </w:r>
      <w:r w:rsidRPr="00E31EFC">
        <w:rPr>
          <w:spacing w:val="-8"/>
          <w:sz w:val="32"/>
          <w:szCs w:val="32"/>
        </w:rPr>
        <w:br/>
        <w:t xml:space="preserve"> ANKETİ DEĞERLENDİRME </w:t>
      </w:r>
      <w:r w:rsidRPr="00E31EFC">
        <w:rPr>
          <w:spacing w:val="-8"/>
          <w:sz w:val="32"/>
          <w:szCs w:val="32"/>
        </w:rPr>
        <w:br/>
        <w:t>VE İYİLEŞTİRME RAPORU</w:t>
      </w:r>
    </w:p>
    <w:p w14:paraId="2E9C8751" w14:textId="77777777" w:rsidR="00596770" w:rsidRPr="00E31EFC" w:rsidRDefault="00596770" w:rsidP="00205B2D">
      <w:pPr>
        <w:pStyle w:val="GvdeMetni"/>
        <w:ind w:right="789"/>
        <w:rPr>
          <w:sz w:val="34"/>
        </w:rPr>
      </w:pPr>
    </w:p>
    <w:p w14:paraId="4600057E" w14:textId="77777777" w:rsidR="00596770" w:rsidRPr="00E31EFC" w:rsidRDefault="00596770" w:rsidP="00205B2D">
      <w:pPr>
        <w:pStyle w:val="GvdeMetni"/>
        <w:ind w:right="789"/>
        <w:rPr>
          <w:sz w:val="34"/>
        </w:rPr>
      </w:pPr>
    </w:p>
    <w:p w14:paraId="09DF8F2A" w14:textId="77777777" w:rsidR="00596770" w:rsidRPr="00E31EFC" w:rsidRDefault="00596770" w:rsidP="00205B2D">
      <w:pPr>
        <w:pStyle w:val="GvdeMetni"/>
        <w:ind w:right="789"/>
        <w:rPr>
          <w:sz w:val="34"/>
        </w:rPr>
      </w:pPr>
    </w:p>
    <w:p w14:paraId="6083F04F" w14:textId="77777777" w:rsidR="00596770" w:rsidRPr="00E31EFC" w:rsidRDefault="00596770" w:rsidP="00205B2D">
      <w:pPr>
        <w:pStyle w:val="GvdeMetni"/>
        <w:ind w:right="789"/>
        <w:rPr>
          <w:sz w:val="34"/>
        </w:rPr>
      </w:pPr>
    </w:p>
    <w:p w14:paraId="40A6ED6D" w14:textId="77777777" w:rsidR="00596770" w:rsidRPr="00E31EFC" w:rsidRDefault="00596770" w:rsidP="00205B2D">
      <w:pPr>
        <w:pStyle w:val="GvdeMetni"/>
        <w:ind w:right="789"/>
        <w:rPr>
          <w:sz w:val="34"/>
        </w:rPr>
      </w:pPr>
    </w:p>
    <w:p w14:paraId="7FE0C194" w14:textId="77777777" w:rsidR="007D339A" w:rsidRPr="00E31EFC" w:rsidRDefault="007D339A" w:rsidP="00205B2D">
      <w:pPr>
        <w:pStyle w:val="GvdeMetni"/>
        <w:ind w:right="789"/>
        <w:rPr>
          <w:sz w:val="34"/>
        </w:rPr>
      </w:pPr>
    </w:p>
    <w:p w14:paraId="5EEF498F" w14:textId="77777777" w:rsidR="00596770" w:rsidRPr="00E31EFC" w:rsidRDefault="00596770" w:rsidP="00205B2D">
      <w:pPr>
        <w:pStyle w:val="GvdeMetni"/>
        <w:ind w:right="789"/>
        <w:rPr>
          <w:sz w:val="34"/>
        </w:rPr>
      </w:pPr>
    </w:p>
    <w:p w14:paraId="1CE5E06C" w14:textId="77777777" w:rsidR="00596770" w:rsidRPr="00E31EFC" w:rsidRDefault="00596770" w:rsidP="00205B2D">
      <w:pPr>
        <w:pStyle w:val="GvdeMetni"/>
        <w:ind w:right="789"/>
        <w:rPr>
          <w:sz w:val="34"/>
        </w:rPr>
      </w:pPr>
    </w:p>
    <w:p w14:paraId="39DF512C" w14:textId="77777777" w:rsidR="00596770" w:rsidRPr="00E31EFC" w:rsidRDefault="00596770" w:rsidP="00205B2D">
      <w:pPr>
        <w:pStyle w:val="GvdeMetni"/>
        <w:spacing w:before="394"/>
        <w:ind w:right="789"/>
        <w:rPr>
          <w:sz w:val="34"/>
        </w:rPr>
      </w:pPr>
    </w:p>
    <w:p w14:paraId="7E7EAB52" w14:textId="11A8A9A4" w:rsidR="0095289E" w:rsidRPr="00E31EFC" w:rsidRDefault="0095289E" w:rsidP="00205B2D">
      <w:pPr>
        <w:pStyle w:val="Balk1"/>
        <w:ind w:right="789"/>
        <w:rPr>
          <w:rFonts w:ascii="Times New Roman" w:hAnsi="Times New Roman" w:cs="Times New Roman"/>
          <w:b/>
          <w:bCs/>
          <w:color w:val="auto"/>
          <w:sz w:val="24"/>
          <w:szCs w:val="24"/>
        </w:rPr>
      </w:pPr>
      <w:r w:rsidRPr="00E31EFC">
        <w:rPr>
          <w:rFonts w:ascii="Times New Roman" w:hAnsi="Times New Roman" w:cs="Times New Roman"/>
          <w:b/>
          <w:bCs/>
          <w:color w:val="auto"/>
          <w:sz w:val="24"/>
          <w:szCs w:val="24"/>
        </w:rPr>
        <w:lastRenderedPageBreak/>
        <w:t>Giriş</w:t>
      </w:r>
    </w:p>
    <w:p w14:paraId="0AB8D528" w14:textId="77777777" w:rsidR="0095289E" w:rsidRPr="00E31EFC" w:rsidRDefault="0095289E" w:rsidP="00205B2D">
      <w:pPr>
        <w:ind w:right="789"/>
        <w:rPr>
          <w:rFonts w:ascii="Times New Roman" w:hAnsi="Times New Roman" w:cs="Times New Roman"/>
          <w:sz w:val="24"/>
          <w:szCs w:val="24"/>
        </w:rPr>
      </w:pPr>
    </w:p>
    <w:p w14:paraId="204CD2A4" w14:textId="362C7A66"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Katılımcı Sayısı:</w:t>
      </w:r>
      <w:r w:rsidR="005A4595" w:rsidRPr="00E31EFC">
        <w:rPr>
          <w:rFonts w:ascii="Times New Roman" w:hAnsi="Times New Roman" w:cs="Times New Roman"/>
          <w:sz w:val="24"/>
          <w:szCs w:val="24"/>
        </w:rPr>
        <w:t xml:space="preserve"> 25</w:t>
      </w:r>
    </w:p>
    <w:p w14:paraId="52D90535" w14:textId="77777777" w:rsidR="0095289E" w:rsidRPr="00E31EFC" w:rsidRDefault="0095289E" w:rsidP="00205B2D">
      <w:pPr>
        <w:ind w:right="789"/>
        <w:rPr>
          <w:rFonts w:ascii="Times New Roman" w:hAnsi="Times New Roman" w:cs="Times New Roman"/>
          <w:sz w:val="24"/>
          <w:szCs w:val="24"/>
        </w:rPr>
      </w:pPr>
    </w:p>
    <w:p w14:paraId="5C7F6073" w14:textId="77777777" w:rsidR="0095289E" w:rsidRPr="00E31EFC" w:rsidRDefault="0095289E" w:rsidP="00205B2D">
      <w:pPr>
        <w:ind w:right="789"/>
        <w:jc w:val="both"/>
        <w:rPr>
          <w:rFonts w:ascii="Times New Roman" w:hAnsi="Times New Roman" w:cs="Times New Roman"/>
          <w:sz w:val="24"/>
          <w:szCs w:val="24"/>
        </w:rPr>
      </w:pPr>
      <w:r w:rsidRPr="00E31EFC">
        <w:rPr>
          <w:rFonts w:ascii="Times New Roman" w:hAnsi="Times New Roman" w:cs="Times New Roman"/>
          <w:sz w:val="24"/>
          <w:szCs w:val="24"/>
        </w:rPr>
        <w:t>Bu rapor, Balıkesir Üniversitesi Güzel Sanatlar Fakültesi Grafik Sanatlar Bölümü öğrencilerine uygulanan memnuniyet anketinin sonuçlarını özetlemek ve iyileştirmeye açık alanlara yönelik öneriler sunmak amacıyla hazırlanmıştır. Anket, 5'li Likert ölçeğiyle (5: Çok iyi, 4: İyi, 3: Orta, 2: Kötü, 1: Çok kötü) değerlendirilmiştir. Her bir soru için frekans, yüzde dağılımı ve ortalama puan hesaplanmıştır.</w:t>
      </w:r>
    </w:p>
    <w:p w14:paraId="1DA3F8C4" w14:textId="04DAB56A" w:rsidR="0095289E" w:rsidRPr="00E31EFC" w:rsidRDefault="0095289E" w:rsidP="00205B2D">
      <w:pPr>
        <w:pStyle w:val="Balk1"/>
        <w:ind w:right="789"/>
        <w:rPr>
          <w:rFonts w:ascii="Times New Roman" w:hAnsi="Times New Roman" w:cs="Times New Roman"/>
          <w:b/>
          <w:bCs/>
          <w:color w:val="auto"/>
          <w:sz w:val="24"/>
          <w:szCs w:val="24"/>
        </w:rPr>
      </w:pPr>
      <w:r w:rsidRPr="00E31EFC">
        <w:rPr>
          <w:rFonts w:ascii="Times New Roman" w:hAnsi="Times New Roman" w:cs="Times New Roman"/>
          <w:b/>
          <w:bCs/>
          <w:color w:val="auto"/>
          <w:sz w:val="24"/>
          <w:szCs w:val="24"/>
        </w:rPr>
        <w:t>2. Genel Memnuniyet Ortalamaları</w:t>
      </w:r>
    </w:p>
    <w:tbl>
      <w:tblPr>
        <w:tblStyle w:val="TabloKlavuzu"/>
        <w:tblW w:w="0" w:type="auto"/>
        <w:tblLook w:val="04A0" w:firstRow="1" w:lastRow="0" w:firstColumn="1" w:lastColumn="0" w:noHBand="0" w:noVBand="1"/>
      </w:tblPr>
      <w:tblGrid>
        <w:gridCol w:w="4320"/>
        <w:gridCol w:w="4320"/>
      </w:tblGrid>
      <w:tr w:rsidR="0095289E" w:rsidRPr="00E31EFC" w14:paraId="6603A033" w14:textId="77777777" w:rsidTr="00D15560">
        <w:tc>
          <w:tcPr>
            <w:tcW w:w="4320" w:type="dxa"/>
          </w:tcPr>
          <w:p w14:paraId="368B3AA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Kategori</w:t>
            </w:r>
          </w:p>
        </w:tc>
        <w:tc>
          <w:tcPr>
            <w:tcW w:w="4320" w:type="dxa"/>
          </w:tcPr>
          <w:p w14:paraId="16556B5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(1-5)</w:t>
            </w:r>
          </w:p>
        </w:tc>
      </w:tr>
      <w:tr w:rsidR="0095289E" w:rsidRPr="00E31EFC" w14:paraId="7CE3EB29" w14:textId="77777777" w:rsidTr="00D15560">
        <w:tc>
          <w:tcPr>
            <w:tcW w:w="4320" w:type="dxa"/>
          </w:tcPr>
          <w:p w14:paraId="3425BC3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Fiziksel Olanaklar (Derslik ve Atölyeler)</w:t>
            </w:r>
          </w:p>
        </w:tc>
        <w:tc>
          <w:tcPr>
            <w:tcW w:w="4320" w:type="dxa"/>
          </w:tcPr>
          <w:p w14:paraId="26B15A5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2.84</w:t>
            </w:r>
          </w:p>
        </w:tc>
      </w:tr>
      <w:tr w:rsidR="0095289E" w:rsidRPr="00E31EFC" w14:paraId="55625E88" w14:textId="77777777" w:rsidTr="00D15560">
        <w:tc>
          <w:tcPr>
            <w:tcW w:w="4320" w:type="dxa"/>
          </w:tcPr>
          <w:p w14:paraId="4EC1742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Eğitim-Öğretim ve Akademik Destek</w:t>
            </w:r>
          </w:p>
        </w:tc>
        <w:tc>
          <w:tcPr>
            <w:tcW w:w="4320" w:type="dxa"/>
          </w:tcPr>
          <w:p w14:paraId="6E91407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3.39</w:t>
            </w:r>
          </w:p>
        </w:tc>
      </w:tr>
      <w:tr w:rsidR="0095289E" w:rsidRPr="00E31EFC" w14:paraId="323C7399" w14:textId="77777777" w:rsidTr="00D15560">
        <w:tc>
          <w:tcPr>
            <w:tcW w:w="4320" w:type="dxa"/>
          </w:tcPr>
          <w:p w14:paraId="39D170D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Fakülte/Üniversite Hizmetleri ve Kurumsal Destek</w:t>
            </w:r>
          </w:p>
        </w:tc>
        <w:tc>
          <w:tcPr>
            <w:tcW w:w="4320" w:type="dxa"/>
          </w:tcPr>
          <w:p w14:paraId="32E264A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2.83</w:t>
            </w:r>
          </w:p>
        </w:tc>
      </w:tr>
      <w:tr w:rsidR="0095289E" w:rsidRPr="00E31EFC" w14:paraId="12859CDF" w14:textId="77777777" w:rsidTr="00D15560">
        <w:tc>
          <w:tcPr>
            <w:tcW w:w="4320" w:type="dxa"/>
          </w:tcPr>
          <w:p w14:paraId="542B840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GENEL ORTALAMA (TÜM SORULAR)</w:t>
            </w:r>
          </w:p>
        </w:tc>
        <w:tc>
          <w:tcPr>
            <w:tcW w:w="4320" w:type="dxa"/>
          </w:tcPr>
          <w:p w14:paraId="247408E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3.03</w:t>
            </w:r>
          </w:p>
        </w:tc>
      </w:tr>
    </w:tbl>
    <w:p w14:paraId="2ADFD787" w14:textId="2AA5499E" w:rsidR="0095289E" w:rsidRPr="00E31EFC" w:rsidRDefault="0095289E" w:rsidP="00ED4D19">
      <w:pPr>
        <w:pStyle w:val="Balk1"/>
        <w:rPr>
          <w:rFonts w:ascii="Times New Roman" w:hAnsi="Times New Roman" w:cs="Times New Roman"/>
          <w:b/>
          <w:bCs/>
          <w:color w:val="auto"/>
          <w:sz w:val="24"/>
          <w:szCs w:val="24"/>
        </w:rPr>
      </w:pPr>
      <w:r w:rsidRPr="00E31EFC">
        <w:rPr>
          <w:rFonts w:ascii="Times New Roman" w:hAnsi="Times New Roman" w:cs="Times New Roman"/>
          <w:b/>
          <w:bCs/>
          <w:color w:val="auto"/>
          <w:sz w:val="24"/>
          <w:szCs w:val="24"/>
        </w:rPr>
        <w:t>Tablo 1: Bölüm Öğrenci Memnuniyet Anket Sorularının Ortalama Değerleri</w:t>
      </w:r>
    </w:p>
    <w:tbl>
      <w:tblPr>
        <w:tblStyle w:val="TabloKlavuzu"/>
        <w:tblW w:w="0" w:type="auto"/>
        <w:tblLook w:val="04A0" w:firstRow="1" w:lastRow="0" w:firstColumn="1" w:lastColumn="0" w:noHBand="0" w:noVBand="1"/>
      </w:tblPr>
      <w:tblGrid>
        <w:gridCol w:w="1245"/>
        <w:gridCol w:w="6405"/>
        <w:gridCol w:w="1898"/>
      </w:tblGrid>
      <w:tr w:rsidR="0095289E" w:rsidRPr="00E31EFC" w14:paraId="72F34BF3" w14:textId="77777777" w:rsidTr="005F178B">
        <w:tc>
          <w:tcPr>
            <w:tcW w:w="1245" w:type="dxa"/>
          </w:tcPr>
          <w:p w14:paraId="685C1894" w14:textId="77777777" w:rsidR="0095289E" w:rsidRPr="00E31EFC" w:rsidRDefault="0095289E" w:rsidP="005F178B">
            <w:pPr>
              <w:ind w:right="147"/>
              <w:rPr>
                <w:rFonts w:ascii="Times New Roman" w:hAnsi="Times New Roman" w:cs="Times New Roman"/>
                <w:sz w:val="24"/>
                <w:szCs w:val="24"/>
              </w:rPr>
            </w:pPr>
            <w:r w:rsidRPr="00E31EFC">
              <w:rPr>
                <w:rFonts w:ascii="Times New Roman" w:hAnsi="Times New Roman" w:cs="Times New Roman"/>
                <w:sz w:val="24"/>
                <w:szCs w:val="24"/>
              </w:rPr>
              <w:t>Soru No</w:t>
            </w:r>
          </w:p>
        </w:tc>
        <w:tc>
          <w:tcPr>
            <w:tcW w:w="6405" w:type="dxa"/>
          </w:tcPr>
          <w:p w14:paraId="3027CAF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Soru</w:t>
            </w:r>
          </w:p>
        </w:tc>
        <w:tc>
          <w:tcPr>
            <w:tcW w:w="1898" w:type="dxa"/>
          </w:tcPr>
          <w:p w14:paraId="01A35B5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w:t>
            </w:r>
          </w:p>
        </w:tc>
      </w:tr>
      <w:tr w:rsidR="0095289E" w:rsidRPr="00E31EFC" w14:paraId="259A58E5" w14:textId="77777777" w:rsidTr="005F178B">
        <w:tc>
          <w:tcPr>
            <w:tcW w:w="1245" w:type="dxa"/>
          </w:tcPr>
          <w:p w14:paraId="7AB5B07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w:t>
            </w:r>
          </w:p>
        </w:tc>
        <w:tc>
          <w:tcPr>
            <w:tcW w:w="6405" w:type="dxa"/>
          </w:tcPr>
          <w:p w14:paraId="273F04D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Bölümümüz dersliklerinin fiziksel donanımını nasıl buluyorsunuz?</w:t>
            </w:r>
          </w:p>
        </w:tc>
        <w:tc>
          <w:tcPr>
            <w:tcW w:w="1898" w:type="dxa"/>
          </w:tcPr>
          <w:p w14:paraId="37AA917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3.12</w:t>
            </w:r>
          </w:p>
        </w:tc>
      </w:tr>
      <w:tr w:rsidR="0095289E" w:rsidRPr="00E31EFC" w14:paraId="0237B60B" w14:textId="77777777" w:rsidTr="005F178B">
        <w:tc>
          <w:tcPr>
            <w:tcW w:w="1245" w:type="dxa"/>
          </w:tcPr>
          <w:p w14:paraId="2D510F8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6405" w:type="dxa"/>
          </w:tcPr>
          <w:p w14:paraId="19CE5D3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Bölümümüz dersliklerinin öğrenci kapasitesini nasıl değerlendiriyorsunuz?</w:t>
            </w:r>
          </w:p>
        </w:tc>
        <w:tc>
          <w:tcPr>
            <w:tcW w:w="1898" w:type="dxa"/>
          </w:tcPr>
          <w:p w14:paraId="1CDA6A9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2.84</w:t>
            </w:r>
          </w:p>
        </w:tc>
      </w:tr>
      <w:tr w:rsidR="0095289E" w:rsidRPr="00E31EFC" w14:paraId="2EEE5D5B" w14:textId="77777777" w:rsidTr="005F178B">
        <w:tc>
          <w:tcPr>
            <w:tcW w:w="1245" w:type="dxa"/>
          </w:tcPr>
          <w:p w14:paraId="2E4F644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w:t>
            </w:r>
          </w:p>
        </w:tc>
        <w:tc>
          <w:tcPr>
            <w:tcW w:w="6405" w:type="dxa"/>
          </w:tcPr>
          <w:p w14:paraId="36C74FB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Bölümümüzün grafik atölyelerini donanım açısından nasıl buluyorsunuz?</w:t>
            </w:r>
          </w:p>
        </w:tc>
        <w:tc>
          <w:tcPr>
            <w:tcW w:w="1898" w:type="dxa"/>
          </w:tcPr>
          <w:p w14:paraId="174AE2E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2.68</w:t>
            </w:r>
          </w:p>
        </w:tc>
      </w:tr>
      <w:tr w:rsidR="0095289E" w:rsidRPr="00E31EFC" w14:paraId="0CC8A14C" w14:textId="77777777" w:rsidTr="005F178B">
        <w:tc>
          <w:tcPr>
            <w:tcW w:w="1245" w:type="dxa"/>
          </w:tcPr>
          <w:p w14:paraId="0980257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w:t>
            </w:r>
          </w:p>
        </w:tc>
        <w:tc>
          <w:tcPr>
            <w:tcW w:w="6405" w:type="dxa"/>
          </w:tcPr>
          <w:p w14:paraId="1429B23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Bölümümüzün grafik atölyelerini etkin kullanımınız açısından nasıl buluyorsunuz?</w:t>
            </w:r>
          </w:p>
        </w:tc>
        <w:tc>
          <w:tcPr>
            <w:tcW w:w="1898" w:type="dxa"/>
          </w:tcPr>
          <w:p w14:paraId="1EA721C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3.04</w:t>
            </w:r>
          </w:p>
        </w:tc>
      </w:tr>
      <w:tr w:rsidR="0095289E" w:rsidRPr="00E31EFC" w14:paraId="0A846793" w14:textId="77777777" w:rsidTr="005F178B">
        <w:tc>
          <w:tcPr>
            <w:tcW w:w="1245" w:type="dxa"/>
          </w:tcPr>
          <w:p w14:paraId="07E0A2B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w:t>
            </w:r>
          </w:p>
        </w:tc>
        <w:tc>
          <w:tcPr>
            <w:tcW w:w="6405" w:type="dxa"/>
          </w:tcPr>
          <w:p w14:paraId="4FCE687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Bölümümüzdeki grafik atölyelerinin öğrenci kapasitesini nasıl değerlendiriyorsunuz?</w:t>
            </w:r>
          </w:p>
        </w:tc>
        <w:tc>
          <w:tcPr>
            <w:tcW w:w="1898" w:type="dxa"/>
          </w:tcPr>
          <w:p w14:paraId="3C89B8D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2.52</w:t>
            </w:r>
          </w:p>
        </w:tc>
      </w:tr>
      <w:tr w:rsidR="0095289E" w:rsidRPr="00E31EFC" w14:paraId="0AFFD538" w14:textId="77777777" w:rsidTr="005F178B">
        <w:tc>
          <w:tcPr>
            <w:tcW w:w="1245" w:type="dxa"/>
          </w:tcPr>
          <w:p w14:paraId="14861B9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6</w:t>
            </w:r>
          </w:p>
        </w:tc>
        <w:tc>
          <w:tcPr>
            <w:tcW w:w="6405" w:type="dxa"/>
          </w:tcPr>
          <w:p w14:paraId="77DE2C2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Bölüm derslerimizi içerikleri açısından nasıl buluyorsunuz?</w:t>
            </w:r>
          </w:p>
        </w:tc>
        <w:tc>
          <w:tcPr>
            <w:tcW w:w="1898" w:type="dxa"/>
          </w:tcPr>
          <w:p w14:paraId="214FBC8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3.28</w:t>
            </w:r>
          </w:p>
        </w:tc>
      </w:tr>
      <w:tr w:rsidR="0095289E" w:rsidRPr="00E31EFC" w14:paraId="3CBE2D67" w14:textId="77777777" w:rsidTr="005F178B">
        <w:tc>
          <w:tcPr>
            <w:tcW w:w="1245" w:type="dxa"/>
          </w:tcPr>
          <w:p w14:paraId="13A380D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7</w:t>
            </w:r>
          </w:p>
        </w:tc>
        <w:tc>
          <w:tcPr>
            <w:tcW w:w="6405" w:type="dxa"/>
          </w:tcPr>
          <w:p w14:paraId="0292742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Bölüm derslerimizle ilgili dokümanların (ders notu, kitap vb.) yeterliliği konusunda ne düşünüyorsunuz?</w:t>
            </w:r>
          </w:p>
        </w:tc>
        <w:tc>
          <w:tcPr>
            <w:tcW w:w="1898" w:type="dxa"/>
          </w:tcPr>
          <w:p w14:paraId="477DB60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3.12</w:t>
            </w:r>
          </w:p>
        </w:tc>
      </w:tr>
      <w:tr w:rsidR="0095289E" w:rsidRPr="00E31EFC" w14:paraId="47B359A7" w14:textId="77777777" w:rsidTr="005F178B">
        <w:tc>
          <w:tcPr>
            <w:tcW w:w="1245" w:type="dxa"/>
          </w:tcPr>
          <w:p w14:paraId="66E08BA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w:t>
            </w:r>
          </w:p>
        </w:tc>
        <w:tc>
          <w:tcPr>
            <w:tcW w:w="6405" w:type="dxa"/>
          </w:tcPr>
          <w:p w14:paraId="4F5976B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Bölümümüzün akademik kadrosunu eğitim ve öğretimi yürütme açısından ne derece yeterli buluyorsunuz?</w:t>
            </w:r>
          </w:p>
        </w:tc>
        <w:tc>
          <w:tcPr>
            <w:tcW w:w="1898" w:type="dxa"/>
          </w:tcPr>
          <w:p w14:paraId="362BC1B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3.60</w:t>
            </w:r>
          </w:p>
        </w:tc>
      </w:tr>
      <w:tr w:rsidR="0095289E" w:rsidRPr="00E31EFC" w14:paraId="42F1DC0B" w14:textId="77777777" w:rsidTr="005F178B">
        <w:tc>
          <w:tcPr>
            <w:tcW w:w="1245" w:type="dxa"/>
          </w:tcPr>
          <w:p w14:paraId="4683432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9</w:t>
            </w:r>
          </w:p>
        </w:tc>
        <w:tc>
          <w:tcPr>
            <w:tcW w:w="6405" w:type="dxa"/>
          </w:tcPr>
          <w:p w14:paraId="34B3B65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Bölümümüz öğretim elemanlarının size olan yaklaşımlarını nasıl değerlendiriyorsunuz?</w:t>
            </w:r>
          </w:p>
        </w:tc>
        <w:tc>
          <w:tcPr>
            <w:tcW w:w="1898" w:type="dxa"/>
          </w:tcPr>
          <w:p w14:paraId="6D67D20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3.52</w:t>
            </w:r>
          </w:p>
        </w:tc>
      </w:tr>
      <w:tr w:rsidR="0095289E" w:rsidRPr="00E31EFC" w14:paraId="16F43F7C" w14:textId="77777777" w:rsidTr="005F178B">
        <w:tc>
          <w:tcPr>
            <w:tcW w:w="1245" w:type="dxa"/>
          </w:tcPr>
          <w:p w14:paraId="5393692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10</w:t>
            </w:r>
          </w:p>
        </w:tc>
        <w:tc>
          <w:tcPr>
            <w:tcW w:w="6405" w:type="dxa"/>
          </w:tcPr>
          <w:p w14:paraId="5935471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Danışmanınızı sizi yönlendirme ve sorunlarınızı çözme açısından nasıl değerlendiriyorsunuz?</w:t>
            </w:r>
          </w:p>
        </w:tc>
        <w:tc>
          <w:tcPr>
            <w:tcW w:w="1898" w:type="dxa"/>
          </w:tcPr>
          <w:p w14:paraId="6BF451D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3.84</w:t>
            </w:r>
          </w:p>
        </w:tc>
      </w:tr>
      <w:tr w:rsidR="0095289E" w:rsidRPr="00E31EFC" w14:paraId="561ABECD" w14:textId="77777777" w:rsidTr="005F178B">
        <w:tc>
          <w:tcPr>
            <w:tcW w:w="1245" w:type="dxa"/>
          </w:tcPr>
          <w:p w14:paraId="3334292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11</w:t>
            </w:r>
          </w:p>
        </w:tc>
        <w:tc>
          <w:tcPr>
            <w:tcW w:w="6405" w:type="dxa"/>
          </w:tcPr>
          <w:p w14:paraId="731A897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Bölümümüz mesleki seçmeli derslerini sayı ve içerik açısından nasıl değerlendiriyorsunuz?</w:t>
            </w:r>
          </w:p>
        </w:tc>
        <w:tc>
          <w:tcPr>
            <w:tcW w:w="1898" w:type="dxa"/>
          </w:tcPr>
          <w:p w14:paraId="5C196A9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3.76</w:t>
            </w:r>
          </w:p>
        </w:tc>
      </w:tr>
      <w:tr w:rsidR="0095289E" w:rsidRPr="00E31EFC" w14:paraId="0451533B" w14:textId="77777777" w:rsidTr="005F178B">
        <w:tc>
          <w:tcPr>
            <w:tcW w:w="1245" w:type="dxa"/>
          </w:tcPr>
          <w:p w14:paraId="5B16B52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12</w:t>
            </w:r>
          </w:p>
        </w:tc>
        <w:tc>
          <w:tcPr>
            <w:tcW w:w="6405" w:type="dxa"/>
          </w:tcPr>
          <w:p w14:paraId="1130B4F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Bölümümüz dışından aldığınız seçmeli dersleri sayı ve içerik açısından nasıl değerlendiriyorsunuz?</w:t>
            </w:r>
          </w:p>
        </w:tc>
        <w:tc>
          <w:tcPr>
            <w:tcW w:w="1898" w:type="dxa"/>
          </w:tcPr>
          <w:p w14:paraId="149A739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3.44</w:t>
            </w:r>
          </w:p>
        </w:tc>
      </w:tr>
      <w:tr w:rsidR="0095289E" w:rsidRPr="00E31EFC" w14:paraId="265E6B5E" w14:textId="77777777" w:rsidTr="005F178B">
        <w:tc>
          <w:tcPr>
            <w:tcW w:w="1245" w:type="dxa"/>
          </w:tcPr>
          <w:p w14:paraId="3EF2BD1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13</w:t>
            </w:r>
          </w:p>
        </w:tc>
        <w:tc>
          <w:tcPr>
            <w:tcW w:w="6405" w:type="dxa"/>
          </w:tcPr>
          <w:p w14:paraId="014C560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Yabancı dil öğretimine ilişkin dersleri sayı ve içerik açısından nasıl değerlendiriyorsunuz?</w:t>
            </w:r>
          </w:p>
        </w:tc>
        <w:tc>
          <w:tcPr>
            <w:tcW w:w="1898" w:type="dxa"/>
          </w:tcPr>
          <w:p w14:paraId="688DE38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2.76</w:t>
            </w:r>
          </w:p>
        </w:tc>
      </w:tr>
      <w:tr w:rsidR="0095289E" w:rsidRPr="00E31EFC" w14:paraId="56FB4115" w14:textId="77777777" w:rsidTr="005F178B">
        <w:tc>
          <w:tcPr>
            <w:tcW w:w="1245" w:type="dxa"/>
          </w:tcPr>
          <w:p w14:paraId="0F49B25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lastRenderedPageBreak/>
              <w:t>14</w:t>
            </w:r>
          </w:p>
        </w:tc>
        <w:tc>
          <w:tcPr>
            <w:tcW w:w="6405" w:type="dxa"/>
          </w:tcPr>
          <w:p w14:paraId="194C82F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Bölümümüzde aldığınız sanat kültürünü bölüm dışında aldığınız diğer derslerde kullanma becerinizi nasıl değerlendirirsiniz?</w:t>
            </w:r>
          </w:p>
        </w:tc>
        <w:tc>
          <w:tcPr>
            <w:tcW w:w="1898" w:type="dxa"/>
          </w:tcPr>
          <w:p w14:paraId="2749D84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3.36</w:t>
            </w:r>
          </w:p>
        </w:tc>
      </w:tr>
      <w:tr w:rsidR="0095289E" w:rsidRPr="00E31EFC" w14:paraId="63FA3288" w14:textId="77777777" w:rsidTr="005F178B">
        <w:tc>
          <w:tcPr>
            <w:tcW w:w="1245" w:type="dxa"/>
          </w:tcPr>
          <w:p w14:paraId="7FFCB74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15</w:t>
            </w:r>
          </w:p>
        </w:tc>
        <w:tc>
          <w:tcPr>
            <w:tcW w:w="6405" w:type="dxa"/>
          </w:tcPr>
          <w:p w14:paraId="1D108AF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Bölümümüzden aldığınız derslerin çağdaş gelişmeleri yansıtması konusunda ne düşünüyorsunuz?</w:t>
            </w:r>
          </w:p>
        </w:tc>
        <w:tc>
          <w:tcPr>
            <w:tcW w:w="1898" w:type="dxa"/>
          </w:tcPr>
          <w:p w14:paraId="1EB013F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3.32</w:t>
            </w:r>
          </w:p>
        </w:tc>
      </w:tr>
      <w:tr w:rsidR="0095289E" w:rsidRPr="00E31EFC" w14:paraId="39DDDDCC" w14:textId="77777777" w:rsidTr="005F178B">
        <w:tc>
          <w:tcPr>
            <w:tcW w:w="1245" w:type="dxa"/>
          </w:tcPr>
          <w:p w14:paraId="107182C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16</w:t>
            </w:r>
          </w:p>
        </w:tc>
        <w:tc>
          <w:tcPr>
            <w:tcW w:w="6405" w:type="dxa"/>
          </w:tcPr>
          <w:p w14:paraId="6DB2809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Bölümümüzde aldığınız eğitim ve öğretimin sosyal aktivitelerinizi ne düzeyde etkilediğini düşünüyorsunuz?</w:t>
            </w:r>
          </w:p>
        </w:tc>
        <w:tc>
          <w:tcPr>
            <w:tcW w:w="1898" w:type="dxa"/>
          </w:tcPr>
          <w:p w14:paraId="73FC874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3.24</w:t>
            </w:r>
          </w:p>
        </w:tc>
      </w:tr>
      <w:tr w:rsidR="0095289E" w:rsidRPr="00E31EFC" w14:paraId="780937D8" w14:textId="77777777" w:rsidTr="005F178B">
        <w:tc>
          <w:tcPr>
            <w:tcW w:w="1245" w:type="dxa"/>
          </w:tcPr>
          <w:p w14:paraId="0F92A77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17</w:t>
            </w:r>
          </w:p>
        </w:tc>
        <w:tc>
          <w:tcPr>
            <w:tcW w:w="6405" w:type="dxa"/>
          </w:tcPr>
          <w:p w14:paraId="082F373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Fakülte binamızı altyapı, donanım ve güvenlik açısından nasıl değerlendiriyorsunuz?</w:t>
            </w:r>
          </w:p>
        </w:tc>
        <w:tc>
          <w:tcPr>
            <w:tcW w:w="1898" w:type="dxa"/>
          </w:tcPr>
          <w:p w14:paraId="1666925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2.32</w:t>
            </w:r>
          </w:p>
        </w:tc>
      </w:tr>
      <w:tr w:rsidR="0095289E" w:rsidRPr="00E31EFC" w14:paraId="7290D612" w14:textId="77777777" w:rsidTr="005F178B">
        <w:tc>
          <w:tcPr>
            <w:tcW w:w="1245" w:type="dxa"/>
          </w:tcPr>
          <w:p w14:paraId="14B05FA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18</w:t>
            </w:r>
          </w:p>
        </w:tc>
        <w:tc>
          <w:tcPr>
            <w:tcW w:w="6405" w:type="dxa"/>
          </w:tcPr>
          <w:p w14:paraId="4D52E2E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Fakülte kantinimizin olanaklarını nasıl değerlendiriyorsunuz?</w:t>
            </w:r>
          </w:p>
        </w:tc>
        <w:tc>
          <w:tcPr>
            <w:tcW w:w="1898" w:type="dxa"/>
          </w:tcPr>
          <w:p w14:paraId="7FD6E80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2.00</w:t>
            </w:r>
          </w:p>
        </w:tc>
      </w:tr>
      <w:tr w:rsidR="0095289E" w:rsidRPr="00E31EFC" w14:paraId="3BA1209D" w14:textId="77777777" w:rsidTr="005F178B">
        <w:tc>
          <w:tcPr>
            <w:tcW w:w="1245" w:type="dxa"/>
          </w:tcPr>
          <w:p w14:paraId="397155E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19</w:t>
            </w:r>
          </w:p>
        </w:tc>
        <w:tc>
          <w:tcPr>
            <w:tcW w:w="6405" w:type="dxa"/>
          </w:tcPr>
          <w:p w14:paraId="4BF9E91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Fakültemizin öğrenci işleri hizmetlerini nasıl buluyorsunuz?</w:t>
            </w:r>
          </w:p>
        </w:tc>
        <w:tc>
          <w:tcPr>
            <w:tcW w:w="1898" w:type="dxa"/>
          </w:tcPr>
          <w:p w14:paraId="4D6F231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2.56</w:t>
            </w:r>
          </w:p>
        </w:tc>
      </w:tr>
      <w:tr w:rsidR="0095289E" w:rsidRPr="00E31EFC" w14:paraId="6231FCAD" w14:textId="77777777" w:rsidTr="005F178B">
        <w:tc>
          <w:tcPr>
            <w:tcW w:w="1245" w:type="dxa"/>
          </w:tcPr>
          <w:p w14:paraId="2F6CEDE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20</w:t>
            </w:r>
          </w:p>
        </w:tc>
        <w:tc>
          <w:tcPr>
            <w:tcW w:w="6405" w:type="dxa"/>
          </w:tcPr>
          <w:p w14:paraId="00F023C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Üniversitemizi öğrencilere sağladığı kültürel, sanatsal ve sportif faaliyetleri açısından nasıl buluyorsunuz?</w:t>
            </w:r>
          </w:p>
        </w:tc>
        <w:tc>
          <w:tcPr>
            <w:tcW w:w="1898" w:type="dxa"/>
          </w:tcPr>
          <w:p w14:paraId="1798F66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2.72</w:t>
            </w:r>
          </w:p>
        </w:tc>
      </w:tr>
      <w:tr w:rsidR="0095289E" w:rsidRPr="00E31EFC" w14:paraId="05C75C6B" w14:textId="77777777" w:rsidTr="005F178B">
        <w:tc>
          <w:tcPr>
            <w:tcW w:w="1245" w:type="dxa"/>
          </w:tcPr>
          <w:p w14:paraId="32B758B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21</w:t>
            </w:r>
          </w:p>
        </w:tc>
        <w:tc>
          <w:tcPr>
            <w:tcW w:w="6405" w:type="dxa"/>
          </w:tcPr>
          <w:p w14:paraId="3ED3612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Üniversitemizin bilgisayar ve internet olanaklarını nasıl buluyorsunuz?</w:t>
            </w:r>
          </w:p>
        </w:tc>
        <w:tc>
          <w:tcPr>
            <w:tcW w:w="1898" w:type="dxa"/>
          </w:tcPr>
          <w:p w14:paraId="4E43455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2.48</w:t>
            </w:r>
          </w:p>
        </w:tc>
      </w:tr>
      <w:tr w:rsidR="0095289E" w:rsidRPr="00E31EFC" w14:paraId="3A61C614" w14:textId="77777777" w:rsidTr="005F178B">
        <w:tc>
          <w:tcPr>
            <w:tcW w:w="1245" w:type="dxa"/>
          </w:tcPr>
          <w:p w14:paraId="4C31317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22</w:t>
            </w:r>
          </w:p>
        </w:tc>
        <w:tc>
          <w:tcPr>
            <w:tcW w:w="6405" w:type="dxa"/>
          </w:tcPr>
          <w:p w14:paraId="1644603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Üniversitemiz kütüphanesindeki sanat ile ilgili kaynakların yeterliliği hakkında ne düşünüyorsunuz?</w:t>
            </w:r>
          </w:p>
        </w:tc>
        <w:tc>
          <w:tcPr>
            <w:tcW w:w="1898" w:type="dxa"/>
          </w:tcPr>
          <w:p w14:paraId="582C666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2.84</w:t>
            </w:r>
          </w:p>
        </w:tc>
      </w:tr>
      <w:tr w:rsidR="0095289E" w:rsidRPr="00E31EFC" w14:paraId="78645C52" w14:textId="77777777" w:rsidTr="005F178B">
        <w:tc>
          <w:tcPr>
            <w:tcW w:w="1245" w:type="dxa"/>
          </w:tcPr>
          <w:p w14:paraId="53F8B16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23</w:t>
            </w:r>
          </w:p>
        </w:tc>
        <w:tc>
          <w:tcPr>
            <w:tcW w:w="6405" w:type="dxa"/>
          </w:tcPr>
          <w:p w14:paraId="06B98DF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Kampüsümüzdeki yemek olanaklarını nasıl buluyorsunuz?</w:t>
            </w:r>
          </w:p>
        </w:tc>
        <w:tc>
          <w:tcPr>
            <w:tcW w:w="1898" w:type="dxa"/>
          </w:tcPr>
          <w:p w14:paraId="1788DBC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2.36</w:t>
            </w:r>
          </w:p>
        </w:tc>
      </w:tr>
      <w:tr w:rsidR="0095289E" w:rsidRPr="00E31EFC" w14:paraId="49CE5DD0" w14:textId="77777777" w:rsidTr="005F178B">
        <w:tc>
          <w:tcPr>
            <w:tcW w:w="1245" w:type="dxa"/>
          </w:tcPr>
          <w:p w14:paraId="3D36BFB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24</w:t>
            </w:r>
          </w:p>
        </w:tc>
        <w:tc>
          <w:tcPr>
            <w:tcW w:w="6405" w:type="dxa"/>
          </w:tcPr>
          <w:p w14:paraId="7866523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Üniversitemiz yurtlarının sayıca yeterliliğini nasıl buluyorsunuz?</w:t>
            </w:r>
          </w:p>
        </w:tc>
        <w:tc>
          <w:tcPr>
            <w:tcW w:w="1898" w:type="dxa"/>
          </w:tcPr>
          <w:p w14:paraId="086C9CF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2.80</w:t>
            </w:r>
          </w:p>
        </w:tc>
      </w:tr>
      <w:tr w:rsidR="0095289E" w:rsidRPr="00E31EFC" w14:paraId="07A10D67" w14:textId="77777777" w:rsidTr="005F178B">
        <w:tc>
          <w:tcPr>
            <w:tcW w:w="1245" w:type="dxa"/>
          </w:tcPr>
          <w:p w14:paraId="0CF1C33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25</w:t>
            </w:r>
          </w:p>
        </w:tc>
        <w:tc>
          <w:tcPr>
            <w:tcW w:w="6405" w:type="dxa"/>
          </w:tcPr>
          <w:p w14:paraId="31DBCA5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Bölümümüz öğretim elemanlarının gelecekle ilgili mesleki planlarınızı oluşturmada size yardımlarını nasıl değerlendiriyorsunuz?</w:t>
            </w:r>
          </w:p>
        </w:tc>
        <w:tc>
          <w:tcPr>
            <w:tcW w:w="1898" w:type="dxa"/>
          </w:tcPr>
          <w:p w14:paraId="57EF050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3.20</w:t>
            </w:r>
          </w:p>
        </w:tc>
      </w:tr>
      <w:tr w:rsidR="0095289E" w:rsidRPr="00E31EFC" w14:paraId="0AD83F51" w14:textId="77777777" w:rsidTr="005F178B">
        <w:tc>
          <w:tcPr>
            <w:tcW w:w="1245" w:type="dxa"/>
          </w:tcPr>
          <w:p w14:paraId="488BE7C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26</w:t>
            </w:r>
          </w:p>
        </w:tc>
        <w:tc>
          <w:tcPr>
            <w:tcW w:w="6405" w:type="dxa"/>
          </w:tcPr>
          <w:p w14:paraId="3A48BD4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Üniversitemizin sağladığı yurtdışı eğitim olanaklarını nasıl değerlendiriyorsunuz?</w:t>
            </w:r>
          </w:p>
        </w:tc>
        <w:tc>
          <w:tcPr>
            <w:tcW w:w="1898" w:type="dxa"/>
          </w:tcPr>
          <w:p w14:paraId="1393094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3.32</w:t>
            </w:r>
          </w:p>
        </w:tc>
      </w:tr>
      <w:tr w:rsidR="0095289E" w:rsidRPr="00E31EFC" w14:paraId="348148F7" w14:textId="77777777" w:rsidTr="005F178B">
        <w:tc>
          <w:tcPr>
            <w:tcW w:w="1245" w:type="dxa"/>
          </w:tcPr>
          <w:p w14:paraId="2501BB5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27</w:t>
            </w:r>
          </w:p>
        </w:tc>
        <w:tc>
          <w:tcPr>
            <w:tcW w:w="6405" w:type="dxa"/>
          </w:tcPr>
          <w:p w14:paraId="4E7C422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Bölüm Başkanlığını, iletilen sorunları çözme konusunda nasıl değerlendiriyorsunuz?</w:t>
            </w:r>
          </w:p>
        </w:tc>
        <w:tc>
          <w:tcPr>
            <w:tcW w:w="1898" w:type="dxa"/>
          </w:tcPr>
          <w:p w14:paraId="1001EA2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3.48</w:t>
            </w:r>
          </w:p>
        </w:tc>
      </w:tr>
      <w:tr w:rsidR="0095289E" w:rsidRPr="00E31EFC" w14:paraId="701C8BE4" w14:textId="77777777" w:rsidTr="005F178B">
        <w:tc>
          <w:tcPr>
            <w:tcW w:w="1245" w:type="dxa"/>
          </w:tcPr>
          <w:p w14:paraId="5ED9014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28</w:t>
            </w:r>
          </w:p>
        </w:tc>
        <w:tc>
          <w:tcPr>
            <w:tcW w:w="6405" w:type="dxa"/>
          </w:tcPr>
          <w:p w14:paraId="4613AB1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Bölümümüz öğretim elemanlarının ders saatleri dışındaki ulaşılabilirliğini nasıl değerlendiriyorsunuz?</w:t>
            </w:r>
          </w:p>
        </w:tc>
        <w:tc>
          <w:tcPr>
            <w:tcW w:w="1898" w:type="dxa"/>
          </w:tcPr>
          <w:p w14:paraId="7B9722B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3.44</w:t>
            </w:r>
          </w:p>
        </w:tc>
      </w:tr>
      <w:tr w:rsidR="0095289E" w:rsidRPr="00E31EFC" w14:paraId="008AE9DD" w14:textId="77777777" w:rsidTr="005F178B">
        <w:tc>
          <w:tcPr>
            <w:tcW w:w="1245" w:type="dxa"/>
          </w:tcPr>
          <w:p w14:paraId="122FA4F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29</w:t>
            </w:r>
          </w:p>
        </w:tc>
        <w:tc>
          <w:tcPr>
            <w:tcW w:w="6405" w:type="dxa"/>
          </w:tcPr>
          <w:p w14:paraId="48D74F7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Bölümümüzde aldığınız eğitimi uluslararası düzeyde nasıl değerlendiriyorsunuz?</w:t>
            </w:r>
          </w:p>
        </w:tc>
        <w:tc>
          <w:tcPr>
            <w:tcW w:w="1898" w:type="dxa"/>
          </w:tcPr>
          <w:p w14:paraId="070FB47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3.08</w:t>
            </w:r>
          </w:p>
        </w:tc>
      </w:tr>
      <w:tr w:rsidR="0095289E" w:rsidRPr="00E31EFC" w14:paraId="65F9F566" w14:textId="77777777" w:rsidTr="005F178B">
        <w:tc>
          <w:tcPr>
            <w:tcW w:w="1245" w:type="dxa"/>
          </w:tcPr>
          <w:p w14:paraId="6C3A725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30</w:t>
            </w:r>
          </w:p>
        </w:tc>
        <w:tc>
          <w:tcPr>
            <w:tcW w:w="6405" w:type="dxa"/>
          </w:tcPr>
          <w:p w14:paraId="1941502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Bölümümüzde almakta olduğunuz eğitimi, bölümümüze girişteki beklentilerinize göre nasıl buluyorsunuz?</w:t>
            </w:r>
          </w:p>
        </w:tc>
        <w:tc>
          <w:tcPr>
            <w:tcW w:w="1898" w:type="dxa"/>
          </w:tcPr>
          <w:p w14:paraId="79AC670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3.00</w:t>
            </w:r>
          </w:p>
        </w:tc>
      </w:tr>
    </w:tbl>
    <w:p w14:paraId="4148332E" w14:textId="04129DEF" w:rsidR="0095289E" w:rsidRPr="00E31EFC" w:rsidRDefault="00591787" w:rsidP="00205B2D">
      <w:pPr>
        <w:ind w:right="789"/>
        <w:rPr>
          <w:rFonts w:ascii="Times New Roman" w:hAnsi="Times New Roman" w:cs="Times New Roman"/>
          <w:sz w:val="24"/>
          <w:szCs w:val="24"/>
        </w:rPr>
      </w:pPr>
      <w:r w:rsidRPr="00E31EFC">
        <w:rPr>
          <w:rFonts w:ascii="Times New Roman" w:hAnsi="Times New Roman" w:cs="Times New Roman"/>
          <w:sz w:val="24"/>
          <w:szCs w:val="24"/>
        </w:rPr>
        <w:t xml:space="preserve">Genel Ortalama: </w:t>
      </w:r>
      <w:r w:rsidR="001737A3" w:rsidRPr="00E31EFC">
        <w:rPr>
          <w:rFonts w:ascii="Times New Roman" w:hAnsi="Times New Roman" w:cs="Times New Roman"/>
          <w:sz w:val="24"/>
          <w:szCs w:val="24"/>
        </w:rPr>
        <w:t>3.03</w:t>
      </w:r>
    </w:p>
    <w:p w14:paraId="09E03F7C" w14:textId="5AF99793" w:rsidR="0095289E" w:rsidRPr="00E31EFC" w:rsidRDefault="006E4C34" w:rsidP="00205B2D">
      <w:pPr>
        <w:pStyle w:val="Balk1"/>
        <w:ind w:right="789"/>
        <w:rPr>
          <w:rFonts w:ascii="Times New Roman" w:hAnsi="Times New Roman" w:cs="Times New Roman"/>
          <w:b/>
          <w:bCs/>
          <w:color w:val="auto"/>
          <w:sz w:val="24"/>
          <w:szCs w:val="24"/>
        </w:rPr>
      </w:pPr>
      <w:r w:rsidRPr="00E31EFC">
        <w:rPr>
          <w:rFonts w:ascii="Times New Roman" w:hAnsi="Times New Roman" w:cs="Times New Roman"/>
          <w:b/>
          <w:bCs/>
          <w:color w:val="auto"/>
          <w:sz w:val="24"/>
          <w:szCs w:val="24"/>
        </w:rPr>
        <w:t>BÖLÜM ÖĞRENCİ MEMNUNİYET ANKETİ</w:t>
      </w:r>
    </w:p>
    <w:p w14:paraId="7AF02E5E"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1. Bölümümüz dersliklerinin fiziksel donanımını nasıl buluyorsunuz?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5F8D98FD" w14:textId="77777777" w:rsidTr="00D15560">
        <w:tc>
          <w:tcPr>
            <w:tcW w:w="2880" w:type="dxa"/>
          </w:tcPr>
          <w:p w14:paraId="6B2FC06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21F65EE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03A4AD0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25959300" w14:textId="77777777" w:rsidTr="00D15560">
        <w:tc>
          <w:tcPr>
            <w:tcW w:w="2880" w:type="dxa"/>
          </w:tcPr>
          <w:p w14:paraId="5633006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7DA2FE6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2880" w:type="dxa"/>
          </w:tcPr>
          <w:p w14:paraId="71069BD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8.0</w:t>
            </w:r>
          </w:p>
        </w:tc>
      </w:tr>
      <w:tr w:rsidR="0095289E" w:rsidRPr="00E31EFC" w14:paraId="7F8DDCC6" w14:textId="77777777" w:rsidTr="00D15560">
        <w:tc>
          <w:tcPr>
            <w:tcW w:w="2880" w:type="dxa"/>
          </w:tcPr>
          <w:p w14:paraId="76351F4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6EFD83B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9</w:t>
            </w:r>
          </w:p>
        </w:tc>
        <w:tc>
          <w:tcPr>
            <w:tcW w:w="2880" w:type="dxa"/>
          </w:tcPr>
          <w:p w14:paraId="0EB2E1D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36.0</w:t>
            </w:r>
          </w:p>
        </w:tc>
      </w:tr>
      <w:tr w:rsidR="0095289E" w:rsidRPr="00E31EFC" w14:paraId="6E5C79D7" w14:textId="77777777" w:rsidTr="00D15560">
        <w:tc>
          <w:tcPr>
            <w:tcW w:w="2880" w:type="dxa"/>
          </w:tcPr>
          <w:p w14:paraId="005B8D9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5352D46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w:t>
            </w:r>
          </w:p>
        </w:tc>
        <w:tc>
          <w:tcPr>
            <w:tcW w:w="2880" w:type="dxa"/>
          </w:tcPr>
          <w:p w14:paraId="2BAB86B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32.0</w:t>
            </w:r>
          </w:p>
        </w:tc>
      </w:tr>
      <w:tr w:rsidR="0095289E" w:rsidRPr="00E31EFC" w14:paraId="3F91CF10" w14:textId="77777777" w:rsidTr="00D15560">
        <w:tc>
          <w:tcPr>
            <w:tcW w:w="2880" w:type="dxa"/>
          </w:tcPr>
          <w:p w14:paraId="6CBB190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60BB046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2880" w:type="dxa"/>
          </w:tcPr>
          <w:p w14:paraId="01A55A9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8.0</w:t>
            </w:r>
          </w:p>
        </w:tc>
      </w:tr>
      <w:tr w:rsidR="0095289E" w:rsidRPr="00E31EFC" w14:paraId="11A9C3E8" w14:textId="77777777" w:rsidTr="00D15560">
        <w:tc>
          <w:tcPr>
            <w:tcW w:w="2880" w:type="dxa"/>
          </w:tcPr>
          <w:p w14:paraId="57C1821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35A8732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w:t>
            </w:r>
          </w:p>
        </w:tc>
        <w:tc>
          <w:tcPr>
            <w:tcW w:w="2880" w:type="dxa"/>
          </w:tcPr>
          <w:p w14:paraId="1A56DEB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16.0</w:t>
            </w:r>
          </w:p>
        </w:tc>
      </w:tr>
    </w:tbl>
    <w:p w14:paraId="38CD571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lastRenderedPageBreak/>
        <w:t>Ortalama Puan: 3.12</w:t>
      </w:r>
    </w:p>
    <w:p w14:paraId="38924BCB"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2. Bölümümüz dersliklerinin öğrenci kapasitesini nasıl değerlendiriyorsunuz?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67775938" w14:textId="77777777" w:rsidTr="00D15560">
        <w:tc>
          <w:tcPr>
            <w:tcW w:w="2880" w:type="dxa"/>
          </w:tcPr>
          <w:p w14:paraId="5F72870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47B41BE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639F0B0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0344A22D" w14:textId="77777777" w:rsidTr="00D15560">
        <w:tc>
          <w:tcPr>
            <w:tcW w:w="2880" w:type="dxa"/>
          </w:tcPr>
          <w:p w14:paraId="68A6AA5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5CE17BC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w:t>
            </w:r>
          </w:p>
        </w:tc>
        <w:tc>
          <w:tcPr>
            <w:tcW w:w="2880" w:type="dxa"/>
          </w:tcPr>
          <w:p w14:paraId="51569FF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16.0</w:t>
            </w:r>
          </w:p>
        </w:tc>
      </w:tr>
      <w:tr w:rsidR="0095289E" w:rsidRPr="00E31EFC" w14:paraId="12E3F2E0" w14:textId="77777777" w:rsidTr="00D15560">
        <w:tc>
          <w:tcPr>
            <w:tcW w:w="2880" w:type="dxa"/>
          </w:tcPr>
          <w:p w14:paraId="7B0E561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70097D9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w:t>
            </w:r>
          </w:p>
        </w:tc>
        <w:tc>
          <w:tcPr>
            <w:tcW w:w="2880" w:type="dxa"/>
          </w:tcPr>
          <w:p w14:paraId="37249E9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16.0</w:t>
            </w:r>
          </w:p>
        </w:tc>
      </w:tr>
      <w:tr w:rsidR="0095289E" w:rsidRPr="00E31EFC" w14:paraId="14A920D4" w14:textId="77777777" w:rsidTr="00D15560">
        <w:tc>
          <w:tcPr>
            <w:tcW w:w="2880" w:type="dxa"/>
          </w:tcPr>
          <w:p w14:paraId="4DE938D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073581A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6</w:t>
            </w:r>
          </w:p>
        </w:tc>
        <w:tc>
          <w:tcPr>
            <w:tcW w:w="2880" w:type="dxa"/>
          </w:tcPr>
          <w:p w14:paraId="2ABC4B7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24.0</w:t>
            </w:r>
          </w:p>
        </w:tc>
      </w:tr>
      <w:tr w:rsidR="0095289E" w:rsidRPr="00E31EFC" w14:paraId="09AB2211" w14:textId="77777777" w:rsidTr="00D15560">
        <w:tc>
          <w:tcPr>
            <w:tcW w:w="2880" w:type="dxa"/>
          </w:tcPr>
          <w:p w14:paraId="375D28C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0BF12F6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6</w:t>
            </w:r>
          </w:p>
        </w:tc>
        <w:tc>
          <w:tcPr>
            <w:tcW w:w="2880" w:type="dxa"/>
          </w:tcPr>
          <w:p w14:paraId="3EB3901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24.0</w:t>
            </w:r>
          </w:p>
        </w:tc>
      </w:tr>
      <w:tr w:rsidR="0095289E" w:rsidRPr="00E31EFC" w14:paraId="2C6BA635" w14:textId="77777777" w:rsidTr="00D15560">
        <w:tc>
          <w:tcPr>
            <w:tcW w:w="2880" w:type="dxa"/>
          </w:tcPr>
          <w:p w14:paraId="05468EA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7EDAE05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w:t>
            </w:r>
          </w:p>
        </w:tc>
        <w:tc>
          <w:tcPr>
            <w:tcW w:w="2880" w:type="dxa"/>
          </w:tcPr>
          <w:p w14:paraId="2DDDAE1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20.0</w:t>
            </w:r>
          </w:p>
        </w:tc>
      </w:tr>
    </w:tbl>
    <w:p w14:paraId="38D4058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2.84</w:t>
      </w:r>
    </w:p>
    <w:p w14:paraId="38E54125"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3. Bölümümüzün grafik atölyelerini donanım açısından nasıl buluyorsunuz?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123299A5" w14:textId="77777777" w:rsidTr="00D15560">
        <w:tc>
          <w:tcPr>
            <w:tcW w:w="2880" w:type="dxa"/>
          </w:tcPr>
          <w:p w14:paraId="4E01034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17E6B42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0899DFF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0B855D51" w14:textId="77777777" w:rsidTr="00D15560">
        <w:tc>
          <w:tcPr>
            <w:tcW w:w="2880" w:type="dxa"/>
          </w:tcPr>
          <w:p w14:paraId="3A3D134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5419577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w:t>
            </w:r>
          </w:p>
        </w:tc>
        <w:tc>
          <w:tcPr>
            <w:tcW w:w="2880" w:type="dxa"/>
          </w:tcPr>
          <w:p w14:paraId="6B3C834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12.0</w:t>
            </w:r>
          </w:p>
        </w:tc>
      </w:tr>
      <w:tr w:rsidR="0095289E" w:rsidRPr="00E31EFC" w14:paraId="4943B115" w14:textId="77777777" w:rsidTr="00D15560">
        <w:tc>
          <w:tcPr>
            <w:tcW w:w="2880" w:type="dxa"/>
          </w:tcPr>
          <w:p w14:paraId="16599F2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073B73E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w:t>
            </w:r>
          </w:p>
        </w:tc>
        <w:tc>
          <w:tcPr>
            <w:tcW w:w="2880" w:type="dxa"/>
          </w:tcPr>
          <w:p w14:paraId="0ED9815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16.0</w:t>
            </w:r>
          </w:p>
        </w:tc>
      </w:tr>
      <w:tr w:rsidR="0095289E" w:rsidRPr="00E31EFC" w14:paraId="5B85D31F" w14:textId="77777777" w:rsidTr="00D15560">
        <w:tc>
          <w:tcPr>
            <w:tcW w:w="2880" w:type="dxa"/>
          </w:tcPr>
          <w:p w14:paraId="44ED619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61C604C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6</w:t>
            </w:r>
          </w:p>
        </w:tc>
        <w:tc>
          <w:tcPr>
            <w:tcW w:w="2880" w:type="dxa"/>
          </w:tcPr>
          <w:p w14:paraId="04B2D44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24.0</w:t>
            </w:r>
          </w:p>
        </w:tc>
      </w:tr>
      <w:tr w:rsidR="0095289E" w:rsidRPr="00E31EFC" w14:paraId="5F44F790" w14:textId="77777777" w:rsidTr="00D15560">
        <w:tc>
          <w:tcPr>
            <w:tcW w:w="2880" w:type="dxa"/>
          </w:tcPr>
          <w:p w14:paraId="380142B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236993B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6</w:t>
            </w:r>
          </w:p>
        </w:tc>
        <w:tc>
          <w:tcPr>
            <w:tcW w:w="2880" w:type="dxa"/>
          </w:tcPr>
          <w:p w14:paraId="2454AB8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24.0</w:t>
            </w:r>
          </w:p>
        </w:tc>
      </w:tr>
      <w:tr w:rsidR="0095289E" w:rsidRPr="00E31EFC" w14:paraId="052E5C2B" w14:textId="77777777" w:rsidTr="00D15560">
        <w:tc>
          <w:tcPr>
            <w:tcW w:w="2880" w:type="dxa"/>
          </w:tcPr>
          <w:p w14:paraId="73DA3EE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16AB295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6</w:t>
            </w:r>
          </w:p>
        </w:tc>
        <w:tc>
          <w:tcPr>
            <w:tcW w:w="2880" w:type="dxa"/>
          </w:tcPr>
          <w:p w14:paraId="3F5D9BC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24.0</w:t>
            </w:r>
          </w:p>
        </w:tc>
      </w:tr>
    </w:tbl>
    <w:p w14:paraId="5E92918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2.68</w:t>
      </w:r>
    </w:p>
    <w:p w14:paraId="37E67CFB"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4. Bölümümüzün grafik atölyelerini etkin kullanımınız açısından nasıl buluyorsunuz?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37FE3697" w14:textId="77777777" w:rsidTr="00D15560">
        <w:tc>
          <w:tcPr>
            <w:tcW w:w="2880" w:type="dxa"/>
          </w:tcPr>
          <w:p w14:paraId="205569D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07CA7A4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7DC2DF5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58CFD0BC" w14:textId="77777777" w:rsidTr="00D15560">
        <w:tc>
          <w:tcPr>
            <w:tcW w:w="2880" w:type="dxa"/>
          </w:tcPr>
          <w:p w14:paraId="2E81049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269AD8F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2880" w:type="dxa"/>
          </w:tcPr>
          <w:p w14:paraId="1D837FF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8.0</w:t>
            </w:r>
          </w:p>
        </w:tc>
      </w:tr>
      <w:tr w:rsidR="0095289E" w:rsidRPr="00E31EFC" w14:paraId="47BD1A9E" w14:textId="77777777" w:rsidTr="00D15560">
        <w:tc>
          <w:tcPr>
            <w:tcW w:w="2880" w:type="dxa"/>
          </w:tcPr>
          <w:p w14:paraId="37879F2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68F07ED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9</w:t>
            </w:r>
          </w:p>
        </w:tc>
        <w:tc>
          <w:tcPr>
            <w:tcW w:w="2880" w:type="dxa"/>
          </w:tcPr>
          <w:p w14:paraId="6D3FE83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36.0</w:t>
            </w:r>
          </w:p>
        </w:tc>
      </w:tr>
      <w:tr w:rsidR="0095289E" w:rsidRPr="00E31EFC" w14:paraId="1B3D5A0D" w14:textId="77777777" w:rsidTr="00D15560">
        <w:tc>
          <w:tcPr>
            <w:tcW w:w="2880" w:type="dxa"/>
          </w:tcPr>
          <w:p w14:paraId="3CB2EA8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36DD042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w:t>
            </w:r>
          </w:p>
        </w:tc>
        <w:tc>
          <w:tcPr>
            <w:tcW w:w="2880" w:type="dxa"/>
          </w:tcPr>
          <w:p w14:paraId="57F6343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20.0</w:t>
            </w:r>
          </w:p>
        </w:tc>
      </w:tr>
      <w:tr w:rsidR="0095289E" w:rsidRPr="00E31EFC" w14:paraId="7B080D8E" w14:textId="77777777" w:rsidTr="00D15560">
        <w:tc>
          <w:tcPr>
            <w:tcW w:w="2880" w:type="dxa"/>
          </w:tcPr>
          <w:p w14:paraId="1BB4702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744044D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6</w:t>
            </w:r>
          </w:p>
        </w:tc>
        <w:tc>
          <w:tcPr>
            <w:tcW w:w="2880" w:type="dxa"/>
          </w:tcPr>
          <w:p w14:paraId="609CD0E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24.0</w:t>
            </w:r>
          </w:p>
        </w:tc>
      </w:tr>
      <w:tr w:rsidR="0095289E" w:rsidRPr="00E31EFC" w14:paraId="65AF0538" w14:textId="77777777" w:rsidTr="00D15560">
        <w:tc>
          <w:tcPr>
            <w:tcW w:w="2880" w:type="dxa"/>
          </w:tcPr>
          <w:p w14:paraId="7EFCEB4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47DB1C2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w:t>
            </w:r>
          </w:p>
        </w:tc>
        <w:tc>
          <w:tcPr>
            <w:tcW w:w="2880" w:type="dxa"/>
          </w:tcPr>
          <w:p w14:paraId="3BD496E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12.0</w:t>
            </w:r>
          </w:p>
        </w:tc>
      </w:tr>
    </w:tbl>
    <w:p w14:paraId="0668309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3.04</w:t>
      </w:r>
    </w:p>
    <w:p w14:paraId="661D5611"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5. Bölümümüzdeki grafik atölyelerinin öğrenci kapasitesini nasıl değerlendiriyorsunuz?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19F317CB" w14:textId="77777777" w:rsidTr="00D15560">
        <w:tc>
          <w:tcPr>
            <w:tcW w:w="2880" w:type="dxa"/>
          </w:tcPr>
          <w:p w14:paraId="0E7BA70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38C2F9F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2AFBD3A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1224E2A9" w14:textId="77777777" w:rsidTr="00D15560">
        <w:tc>
          <w:tcPr>
            <w:tcW w:w="2880" w:type="dxa"/>
          </w:tcPr>
          <w:p w14:paraId="1DE478B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60F830F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2880" w:type="dxa"/>
          </w:tcPr>
          <w:p w14:paraId="2C7B52D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8.0</w:t>
            </w:r>
          </w:p>
        </w:tc>
      </w:tr>
      <w:tr w:rsidR="0095289E" w:rsidRPr="00E31EFC" w14:paraId="2FAC489F" w14:textId="77777777" w:rsidTr="00D15560">
        <w:tc>
          <w:tcPr>
            <w:tcW w:w="2880" w:type="dxa"/>
          </w:tcPr>
          <w:p w14:paraId="2C1832D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3763BDA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w:t>
            </w:r>
          </w:p>
        </w:tc>
        <w:tc>
          <w:tcPr>
            <w:tcW w:w="2880" w:type="dxa"/>
          </w:tcPr>
          <w:p w14:paraId="086F44B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20.0</w:t>
            </w:r>
          </w:p>
        </w:tc>
      </w:tr>
      <w:tr w:rsidR="0095289E" w:rsidRPr="00E31EFC" w14:paraId="6F478DFB" w14:textId="77777777" w:rsidTr="00D15560">
        <w:tc>
          <w:tcPr>
            <w:tcW w:w="2880" w:type="dxa"/>
          </w:tcPr>
          <w:p w14:paraId="7F6AC65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3E46E10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w:t>
            </w:r>
          </w:p>
        </w:tc>
        <w:tc>
          <w:tcPr>
            <w:tcW w:w="2880" w:type="dxa"/>
          </w:tcPr>
          <w:p w14:paraId="4032933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12.0</w:t>
            </w:r>
          </w:p>
        </w:tc>
      </w:tr>
      <w:tr w:rsidR="0095289E" w:rsidRPr="00E31EFC" w14:paraId="6B335C6D" w14:textId="77777777" w:rsidTr="00D15560">
        <w:tc>
          <w:tcPr>
            <w:tcW w:w="2880" w:type="dxa"/>
          </w:tcPr>
          <w:p w14:paraId="271EDBE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65E81C2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9</w:t>
            </w:r>
          </w:p>
        </w:tc>
        <w:tc>
          <w:tcPr>
            <w:tcW w:w="2880" w:type="dxa"/>
          </w:tcPr>
          <w:p w14:paraId="148C736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36.0</w:t>
            </w:r>
          </w:p>
        </w:tc>
      </w:tr>
      <w:tr w:rsidR="0095289E" w:rsidRPr="00E31EFC" w14:paraId="2A49E0C6" w14:textId="77777777" w:rsidTr="00D15560">
        <w:tc>
          <w:tcPr>
            <w:tcW w:w="2880" w:type="dxa"/>
          </w:tcPr>
          <w:p w14:paraId="2C6DBC0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08D3514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6</w:t>
            </w:r>
          </w:p>
        </w:tc>
        <w:tc>
          <w:tcPr>
            <w:tcW w:w="2880" w:type="dxa"/>
          </w:tcPr>
          <w:p w14:paraId="2DE0F5F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24.0</w:t>
            </w:r>
          </w:p>
        </w:tc>
      </w:tr>
    </w:tbl>
    <w:p w14:paraId="6F40DB0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2.52</w:t>
      </w:r>
    </w:p>
    <w:p w14:paraId="26207ABC"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6. Bölüm derslerimizi içerikleri açısından nasıl buluyorsunuz?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4840490A" w14:textId="77777777" w:rsidTr="00D15560">
        <w:tc>
          <w:tcPr>
            <w:tcW w:w="2880" w:type="dxa"/>
          </w:tcPr>
          <w:p w14:paraId="47113F4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7BB4B35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5E5043A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635BCA2C" w14:textId="77777777" w:rsidTr="00D15560">
        <w:tc>
          <w:tcPr>
            <w:tcW w:w="2880" w:type="dxa"/>
          </w:tcPr>
          <w:p w14:paraId="653EE9A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3995E65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w:t>
            </w:r>
          </w:p>
        </w:tc>
        <w:tc>
          <w:tcPr>
            <w:tcW w:w="2880" w:type="dxa"/>
          </w:tcPr>
          <w:p w14:paraId="46B3309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16.0</w:t>
            </w:r>
          </w:p>
        </w:tc>
      </w:tr>
      <w:tr w:rsidR="0095289E" w:rsidRPr="00E31EFC" w14:paraId="5C5F69DF" w14:textId="77777777" w:rsidTr="00D15560">
        <w:tc>
          <w:tcPr>
            <w:tcW w:w="2880" w:type="dxa"/>
          </w:tcPr>
          <w:p w14:paraId="5367F87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56B3B81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6</w:t>
            </w:r>
          </w:p>
        </w:tc>
        <w:tc>
          <w:tcPr>
            <w:tcW w:w="2880" w:type="dxa"/>
          </w:tcPr>
          <w:p w14:paraId="47A9E91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24.0</w:t>
            </w:r>
          </w:p>
        </w:tc>
      </w:tr>
      <w:tr w:rsidR="0095289E" w:rsidRPr="00E31EFC" w14:paraId="5143FA1C" w14:textId="77777777" w:rsidTr="00D15560">
        <w:tc>
          <w:tcPr>
            <w:tcW w:w="2880" w:type="dxa"/>
          </w:tcPr>
          <w:p w14:paraId="536D866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2BC9D09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10</w:t>
            </w:r>
          </w:p>
        </w:tc>
        <w:tc>
          <w:tcPr>
            <w:tcW w:w="2880" w:type="dxa"/>
          </w:tcPr>
          <w:p w14:paraId="7854336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40.0</w:t>
            </w:r>
          </w:p>
        </w:tc>
      </w:tr>
      <w:tr w:rsidR="0095289E" w:rsidRPr="00E31EFC" w14:paraId="0634CE46" w14:textId="77777777" w:rsidTr="00D15560">
        <w:tc>
          <w:tcPr>
            <w:tcW w:w="2880" w:type="dxa"/>
          </w:tcPr>
          <w:p w14:paraId="37DEF75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7FC37F0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w:t>
            </w:r>
          </w:p>
        </w:tc>
        <w:tc>
          <w:tcPr>
            <w:tcW w:w="2880" w:type="dxa"/>
          </w:tcPr>
          <w:p w14:paraId="09EDE34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12.0</w:t>
            </w:r>
          </w:p>
        </w:tc>
      </w:tr>
      <w:tr w:rsidR="0095289E" w:rsidRPr="00E31EFC" w14:paraId="538E7807" w14:textId="77777777" w:rsidTr="00D15560">
        <w:tc>
          <w:tcPr>
            <w:tcW w:w="2880" w:type="dxa"/>
          </w:tcPr>
          <w:p w14:paraId="32D9FEB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700E720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2880" w:type="dxa"/>
          </w:tcPr>
          <w:p w14:paraId="753A2AF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8.0</w:t>
            </w:r>
          </w:p>
        </w:tc>
      </w:tr>
    </w:tbl>
    <w:p w14:paraId="1B9F96F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3.28</w:t>
      </w:r>
    </w:p>
    <w:p w14:paraId="546F1CDB"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lastRenderedPageBreak/>
        <w:t>7. Bölüm derslerimizle ilgili dokümanların (ders notu, kitap vb.) yeterliliği konusunda ne düşünüyorsunuz?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1C75A71F" w14:textId="77777777" w:rsidTr="00D15560">
        <w:tc>
          <w:tcPr>
            <w:tcW w:w="2880" w:type="dxa"/>
          </w:tcPr>
          <w:p w14:paraId="45B2CDF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7794060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04B7DBB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5FFE0DD4" w14:textId="77777777" w:rsidTr="00D15560">
        <w:tc>
          <w:tcPr>
            <w:tcW w:w="2880" w:type="dxa"/>
          </w:tcPr>
          <w:p w14:paraId="6899125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5361C21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w:t>
            </w:r>
          </w:p>
        </w:tc>
        <w:tc>
          <w:tcPr>
            <w:tcW w:w="2880" w:type="dxa"/>
          </w:tcPr>
          <w:p w14:paraId="6860ADF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16.0</w:t>
            </w:r>
          </w:p>
        </w:tc>
      </w:tr>
      <w:tr w:rsidR="0095289E" w:rsidRPr="00E31EFC" w14:paraId="771586E9" w14:textId="77777777" w:rsidTr="00D15560">
        <w:tc>
          <w:tcPr>
            <w:tcW w:w="2880" w:type="dxa"/>
          </w:tcPr>
          <w:p w14:paraId="306573F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3F1E2DB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w:t>
            </w:r>
          </w:p>
        </w:tc>
        <w:tc>
          <w:tcPr>
            <w:tcW w:w="2880" w:type="dxa"/>
          </w:tcPr>
          <w:p w14:paraId="03CD53D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16.0</w:t>
            </w:r>
          </w:p>
        </w:tc>
      </w:tr>
      <w:tr w:rsidR="0095289E" w:rsidRPr="00E31EFC" w14:paraId="69601977" w14:textId="77777777" w:rsidTr="00D15560">
        <w:tc>
          <w:tcPr>
            <w:tcW w:w="2880" w:type="dxa"/>
          </w:tcPr>
          <w:p w14:paraId="0FE5A0D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775920D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10</w:t>
            </w:r>
          </w:p>
        </w:tc>
        <w:tc>
          <w:tcPr>
            <w:tcW w:w="2880" w:type="dxa"/>
          </w:tcPr>
          <w:p w14:paraId="314CC64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40.0</w:t>
            </w:r>
          </w:p>
        </w:tc>
      </w:tr>
      <w:tr w:rsidR="0095289E" w:rsidRPr="00E31EFC" w14:paraId="12692407" w14:textId="77777777" w:rsidTr="00D15560">
        <w:tc>
          <w:tcPr>
            <w:tcW w:w="2880" w:type="dxa"/>
          </w:tcPr>
          <w:p w14:paraId="26BDCB7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5A344B6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w:t>
            </w:r>
          </w:p>
        </w:tc>
        <w:tc>
          <w:tcPr>
            <w:tcW w:w="2880" w:type="dxa"/>
          </w:tcPr>
          <w:p w14:paraId="233DBC2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20.0</w:t>
            </w:r>
          </w:p>
        </w:tc>
      </w:tr>
      <w:tr w:rsidR="0095289E" w:rsidRPr="00E31EFC" w14:paraId="0912B046" w14:textId="77777777" w:rsidTr="00D15560">
        <w:tc>
          <w:tcPr>
            <w:tcW w:w="2880" w:type="dxa"/>
          </w:tcPr>
          <w:p w14:paraId="6697E8E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6CCF916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2880" w:type="dxa"/>
          </w:tcPr>
          <w:p w14:paraId="720A1D4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8.0</w:t>
            </w:r>
          </w:p>
        </w:tc>
      </w:tr>
    </w:tbl>
    <w:p w14:paraId="2D0121C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3.12</w:t>
      </w:r>
    </w:p>
    <w:p w14:paraId="1F7AB467"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8. Bölümümüzün akademik kadrosunu eğitim ve öğretimi yürütme açısından ne derece yeterli buluyorsunuz?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060CEEAB" w14:textId="77777777" w:rsidTr="00D15560">
        <w:tc>
          <w:tcPr>
            <w:tcW w:w="2880" w:type="dxa"/>
          </w:tcPr>
          <w:p w14:paraId="4167A1B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3FB3E29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73079C8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48135C11" w14:textId="77777777" w:rsidTr="00D15560">
        <w:tc>
          <w:tcPr>
            <w:tcW w:w="2880" w:type="dxa"/>
          </w:tcPr>
          <w:p w14:paraId="392CC0E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04F1534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w:t>
            </w:r>
          </w:p>
        </w:tc>
        <w:tc>
          <w:tcPr>
            <w:tcW w:w="2880" w:type="dxa"/>
          </w:tcPr>
          <w:p w14:paraId="3913CFB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16.0</w:t>
            </w:r>
          </w:p>
        </w:tc>
      </w:tr>
      <w:tr w:rsidR="0095289E" w:rsidRPr="00E31EFC" w14:paraId="273892E1" w14:textId="77777777" w:rsidTr="00D15560">
        <w:tc>
          <w:tcPr>
            <w:tcW w:w="2880" w:type="dxa"/>
          </w:tcPr>
          <w:p w14:paraId="29BFDCC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4086A28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10</w:t>
            </w:r>
          </w:p>
        </w:tc>
        <w:tc>
          <w:tcPr>
            <w:tcW w:w="2880" w:type="dxa"/>
          </w:tcPr>
          <w:p w14:paraId="0814F64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40.0</w:t>
            </w:r>
          </w:p>
        </w:tc>
      </w:tr>
      <w:tr w:rsidR="0095289E" w:rsidRPr="00E31EFC" w14:paraId="574CE8A9" w14:textId="77777777" w:rsidTr="00D15560">
        <w:tc>
          <w:tcPr>
            <w:tcW w:w="2880" w:type="dxa"/>
          </w:tcPr>
          <w:p w14:paraId="4067851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5E69F53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w:t>
            </w:r>
          </w:p>
        </w:tc>
        <w:tc>
          <w:tcPr>
            <w:tcW w:w="2880" w:type="dxa"/>
          </w:tcPr>
          <w:p w14:paraId="21F1E0E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32.0</w:t>
            </w:r>
          </w:p>
        </w:tc>
      </w:tr>
      <w:tr w:rsidR="0095289E" w:rsidRPr="00E31EFC" w14:paraId="2313F79E" w14:textId="77777777" w:rsidTr="00D15560">
        <w:tc>
          <w:tcPr>
            <w:tcW w:w="2880" w:type="dxa"/>
          </w:tcPr>
          <w:p w14:paraId="3C867BD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0E49451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w:t>
            </w:r>
          </w:p>
        </w:tc>
        <w:tc>
          <w:tcPr>
            <w:tcW w:w="2880" w:type="dxa"/>
          </w:tcPr>
          <w:p w14:paraId="2BEC4B5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12.0</w:t>
            </w:r>
          </w:p>
        </w:tc>
      </w:tr>
      <w:tr w:rsidR="0095289E" w:rsidRPr="00E31EFC" w14:paraId="5688C0A2" w14:textId="77777777" w:rsidTr="00D15560">
        <w:tc>
          <w:tcPr>
            <w:tcW w:w="2880" w:type="dxa"/>
          </w:tcPr>
          <w:p w14:paraId="500F312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71DD8D5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0</w:t>
            </w:r>
          </w:p>
        </w:tc>
        <w:tc>
          <w:tcPr>
            <w:tcW w:w="2880" w:type="dxa"/>
          </w:tcPr>
          <w:p w14:paraId="5B8348B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0.0</w:t>
            </w:r>
          </w:p>
        </w:tc>
      </w:tr>
    </w:tbl>
    <w:p w14:paraId="5752FD3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3.60</w:t>
      </w:r>
    </w:p>
    <w:p w14:paraId="25C9E6B4"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9. Bölümümüz öğretim elemanlarının size olan yaklaşımlarını nasıl değerlendiriyorsunuz?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7B978838" w14:textId="77777777" w:rsidTr="00D15560">
        <w:tc>
          <w:tcPr>
            <w:tcW w:w="2880" w:type="dxa"/>
          </w:tcPr>
          <w:p w14:paraId="4DA43D3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30CC445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27657DC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570927F5" w14:textId="77777777" w:rsidTr="00D15560">
        <w:tc>
          <w:tcPr>
            <w:tcW w:w="2880" w:type="dxa"/>
          </w:tcPr>
          <w:p w14:paraId="7F51C46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7EE796C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w:t>
            </w:r>
          </w:p>
        </w:tc>
        <w:tc>
          <w:tcPr>
            <w:tcW w:w="2880" w:type="dxa"/>
          </w:tcPr>
          <w:p w14:paraId="15902C8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16.0</w:t>
            </w:r>
          </w:p>
        </w:tc>
      </w:tr>
      <w:tr w:rsidR="0095289E" w:rsidRPr="00E31EFC" w14:paraId="0B4922DC" w14:textId="77777777" w:rsidTr="00D15560">
        <w:tc>
          <w:tcPr>
            <w:tcW w:w="2880" w:type="dxa"/>
          </w:tcPr>
          <w:p w14:paraId="154ED7F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0CBF0EA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9</w:t>
            </w:r>
          </w:p>
        </w:tc>
        <w:tc>
          <w:tcPr>
            <w:tcW w:w="2880" w:type="dxa"/>
          </w:tcPr>
          <w:p w14:paraId="18A19E7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36.0</w:t>
            </w:r>
          </w:p>
        </w:tc>
      </w:tr>
      <w:tr w:rsidR="0095289E" w:rsidRPr="00E31EFC" w14:paraId="5D538C49" w14:textId="77777777" w:rsidTr="00D15560">
        <w:tc>
          <w:tcPr>
            <w:tcW w:w="2880" w:type="dxa"/>
          </w:tcPr>
          <w:p w14:paraId="0FCB0D6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7BCE7DE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9</w:t>
            </w:r>
          </w:p>
        </w:tc>
        <w:tc>
          <w:tcPr>
            <w:tcW w:w="2880" w:type="dxa"/>
          </w:tcPr>
          <w:p w14:paraId="3BC05A4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36.0</w:t>
            </w:r>
          </w:p>
        </w:tc>
      </w:tr>
      <w:tr w:rsidR="0095289E" w:rsidRPr="00E31EFC" w14:paraId="34CF5F8C" w14:textId="77777777" w:rsidTr="00D15560">
        <w:tc>
          <w:tcPr>
            <w:tcW w:w="2880" w:type="dxa"/>
          </w:tcPr>
          <w:p w14:paraId="6939C57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6858D36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2880" w:type="dxa"/>
          </w:tcPr>
          <w:p w14:paraId="32B3BFB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8.0</w:t>
            </w:r>
          </w:p>
        </w:tc>
      </w:tr>
      <w:tr w:rsidR="0095289E" w:rsidRPr="00E31EFC" w14:paraId="5E6A8A0A" w14:textId="77777777" w:rsidTr="00D15560">
        <w:tc>
          <w:tcPr>
            <w:tcW w:w="2880" w:type="dxa"/>
          </w:tcPr>
          <w:p w14:paraId="129145F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6A34FE5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w:t>
            </w:r>
          </w:p>
        </w:tc>
        <w:tc>
          <w:tcPr>
            <w:tcW w:w="2880" w:type="dxa"/>
          </w:tcPr>
          <w:p w14:paraId="0E0E875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4.0</w:t>
            </w:r>
          </w:p>
        </w:tc>
      </w:tr>
    </w:tbl>
    <w:p w14:paraId="383E8A6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3.52</w:t>
      </w:r>
    </w:p>
    <w:p w14:paraId="524FA8E4"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10. Danışmanınızı sizi yönlendirme ve sorunlarınızı çözme açısından nasıl değerlendiriyorsunuz?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3E9D2268" w14:textId="77777777" w:rsidTr="00D15560">
        <w:tc>
          <w:tcPr>
            <w:tcW w:w="2880" w:type="dxa"/>
          </w:tcPr>
          <w:p w14:paraId="550F241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40E9855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59AC35E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77BF695D" w14:textId="77777777" w:rsidTr="00D15560">
        <w:tc>
          <w:tcPr>
            <w:tcW w:w="2880" w:type="dxa"/>
          </w:tcPr>
          <w:p w14:paraId="2D3DC5C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35DA110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w:t>
            </w:r>
          </w:p>
        </w:tc>
        <w:tc>
          <w:tcPr>
            <w:tcW w:w="2880" w:type="dxa"/>
          </w:tcPr>
          <w:p w14:paraId="09CC254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32.0</w:t>
            </w:r>
          </w:p>
        </w:tc>
      </w:tr>
      <w:tr w:rsidR="0095289E" w:rsidRPr="00E31EFC" w14:paraId="739A555E" w14:textId="77777777" w:rsidTr="00D15560">
        <w:tc>
          <w:tcPr>
            <w:tcW w:w="2880" w:type="dxa"/>
          </w:tcPr>
          <w:p w14:paraId="0539FAB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1C530CF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w:t>
            </w:r>
          </w:p>
        </w:tc>
        <w:tc>
          <w:tcPr>
            <w:tcW w:w="2880" w:type="dxa"/>
          </w:tcPr>
          <w:p w14:paraId="3925A0E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32.0</w:t>
            </w:r>
          </w:p>
        </w:tc>
      </w:tr>
      <w:tr w:rsidR="0095289E" w:rsidRPr="00E31EFC" w14:paraId="4D2FF827" w14:textId="77777777" w:rsidTr="00D15560">
        <w:tc>
          <w:tcPr>
            <w:tcW w:w="2880" w:type="dxa"/>
          </w:tcPr>
          <w:p w14:paraId="02C9F1B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184B731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7</w:t>
            </w:r>
          </w:p>
        </w:tc>
        <w:tc>
          <w:tcPr>
            <w:tcW w:w="2880" w:type="dxa"/>
          </w:tcPr>
          <w:p w14:paraId="218A2EB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28.0</w:t>
            </w:r>
          </w:p>
        </w:tc>
      </w:tr>
      <w:tr w:rsidR="0095289E" w:rsidRPr="00E31EFC" w14:paraId="7420DAD6" w14:textId="77777777" w:rsidTr="00D15560">
        <w:tc>
          <w:tcPr>
            <w:tcW w:w="2880" w:type="dxa"/>
          </w:tcPr>
          <w:p w14:paraId="444FD4C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45A36DC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w:t>
            </w:r>
          </w:p>
        </w:tc>
        <w:tc>
          <w:tcPr>
            <w:tcW w:w="2880" w:type="dxa"/>
          </w:tcPr>
          <w:p w14:paraId="29B732B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4.0</w:t>
            </w:r>
          </w:p>
        </w:tc>
      </w:tr>
      <w:tr w:rsidR="0095289E" w:rsidRPr="00E31EFC" w14:paraId="0DEA0C64" w14:textId="77777777" w:rsidTr="00D15560">
        <w:tc>
          <w:tcPr>
            <w:tcW w:w="2880" w:type="dxa"/>
          </w:tcPr>
          <w:p w14:paraId="2B782D7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3C75137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w:t>
            </w:r>
          </w:p>
        </w:tc>
        <w:tc>
          <w:tcPr>
            <w:tcW w:w="2880" w:type="dxa"/>
          </w:tcPr>
          <w:p w14:paraId="7278588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4.0</w:t>
            </w:r>
          </w:p>
        </w:tc>
      </w:tr>
    </w:tbl>
    <w:p w14:paraId="66EA12D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3.84</w:t>
      </w:r>
    </w:p>
    <w:p w14:paraId="3CE1E35A"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11. Bölümümüz mesleki seçmeli derslerini sayı ve içerik açısından nasıl değerlendiriyorsunuz?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6E44BBEB" w14:textId="77777777" w:rsidTr="00D15560">
        <w:tc>
          <w:tcPr>
            <w:tcW w:w="2880" w:type="dxa"/>
          </w:tcPr>
          <w:p w14:paraId="40DBC95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4AC7D9A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6FF6E88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38BDE6FE" w14:textId="77777777" w:rsidTr="00D15560">
        <w:tc>
          <w:tcPr>
            <w:tcW w:w="2880" w:type="dxa"/>
          </w:tcPr>
          <w:p w14:paraId="5DEA1DE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7989362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w:t>
            </w:r>
          </w:p>
        </w:tc>
        <w:tc>
          <w:tcPr>
            <w:tcW w:w="2880" w:type="dxa"/>
          </w:tcPr>
          <w:p w14:paraId="1FEF41D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20.0</w:t>
            </w:r>
          </w:p>
        </w:tc>
      </w:tr>
      <w:tr w:rsidR="0095289E" w:rsidRPr="00E31EFC" w14:paraId="29C8C847" w14:textId="77777777" w:rsidTr="00D15560">
        <w:tc>
          <w:tcPr>
            <w:tcW w:w="2880" w:type="dxa"/>
          </w:tcPr>
          <w:p w14:paraId="68536AD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6336F91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10</w:t>
            </w:r>
          </w:p>
        </w:tc>
        <w:tc>
          <w:tcPr>
            <w:tcW w:w="2880" w:type="dxa"/>
          </w:tcPr>
          <w:p w14:paraId="4EFF0DF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40.0</w:t>
            </w:r>
          </w:p>
        </w:tc>
      </w:tr>
      <w:tr w:rsidR="0095289E" w:rsidRPr="00E31EFC" w14:paraId="78836B64" w14:textId="77777777" w:rsidTr="00D15560">
        <w:tc>
          <w:tcPr>
            <w:tcW w:w="2880" w:type="dxa"/>
          </w:tcPr>
          <w:p w14:paraId="16B8211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30D9316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9</w:t>
            </w:r>
          </w:p>
        </w:tc>
        <w:tc>
          <w:tcPr>
            <w:tcW w:w="2880" w:type="dxa"/>
          </w:tcPr>
          <w:p w14:paraId="174977B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36.0</w:t>
            </w:r>
          </w:p>
        </w:tc>
      </w:tr>
      <w:tr w:rsidR="0095289E" w:rsidRPr="00E31EFC" w14:paraId="4778E12B" w14:textId="77777777" w:rsidTr="00D15560">
        <w:tc>
          <w:tcPr>
            <w:tcW w:w="2880" w:type="dxa"/>
          </w:tcPr>
          <w:p w14:paraId="64BBE47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1737D2D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w:t>
            </w:r>
          </w:p>
        </w:tc>
        <w:tc>
          <w:tcPr>
            <w:tcW w:w="2880" w:type="dxa"/>
          </w:tcPr>
          <w:p w14:paraId="53A04B6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4.0</w:t>
            </w:r>
          </w:p>
        </w:tc>
      </w:tr>
      <w:tr w:rsidR="0095289E" w:rsidRPr="00E31EFC" w14:paraId="7C8B09B8" w14:textId="77777777" w:rsidTr="00D15560">
        <w:tc>
          <w:tcPr>
            <w:tcW w:w="2880" w:type="dxa"/>
          </w:tcPr>
          <w:p w14:paraId="0362FE0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07B8DA8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0</w:t>
            </w:r>
          </w:p>
        </w:tc>
        <w:tc>
          <w:tcPr>
            <w:tcW w:w="2880" w:type="dxa"/>
          </w:tcPr>
          <w:p w14:paraId="59A3D0B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0.0</w:t>
            </w:r>
          </w:p>
        </w:tc>
      </w:tr>
    </w:tbl>
    <w:p w14:paraId="7D00C0B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3.76</w:t>
      </w:r>
    </w:p>
    <w:p w14:paraId="20EF1E41"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lastRenderedPageBreak/>
        <w:t>12. Bölümümüz dışından aldığınız seçmeli dersleri sayı ve içerik açısından nasıl değerlendiriyorsunuz?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2905D06A" w14:textId="77777777" w:rsidTr="00D15560">
        <w:tc>
          <w:tcPr>
            <w:tcW w:w="2880" w:type="dxa"/>
          </w:tcPr>
          <w:p w14:paraId="1068666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102C44A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0D524AA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705D379A" w14:textId="77777777" w:rsidTr="00D15560">
        <w:tc>
          <w:tcPr>
            <w:tcW w:w="2880" w:type="dxa"/>
          </w:tcPr>
          <w:p w14:paraId="5F1948C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6808CA3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w:t>
            </w:r>
          </w:p>
        </w:tc>
        <w:tc>
          <w:tcPr>
            <w:tcW w:w="2880" w:type="dxa"/>
          </w:tcPr>
          <w:p w14:paraId="3442590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20.0</w:t>
            </w:r>
          </w:p>
        </w:tc>
      </w:tr>
      <w:tr w:rsidR="0095289E" w:rsidRPr="00E31EFC" w14:paraId="3E68E54A" w14:textId="77777777" w:rsidTr="00D15560">
        <w:tc>
          <w:tcPr>
            <w:tcW w:w="2880" w:type="dxa"/>
          </w:tcPr>
          <w:p w14:paraId="432B10A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662A73F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7</w:t>
            </w:r>
          </w:p>
        </w:tc>
        <w:tc>
          <w:tcPr>
            <w:tcW w:w="2880" w:type="dxa"/>
          </w:tcPr>
          <w:p w14:paraId="05AFA56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28.0</w:t>
            </w:r>
          </w:p>
        </w:tc>
      </w:tr>
      <w:tr w:rsidR="0095289E" w:rsidRPr="00E31EFC" w14:paraId="27736824" w14:textId="77777777" w:rsidTr="00D15560">
        <w:tc>
          <w:tcPr>
            <w:tcW w:w="2880" w:type="dxa"/>
          </w:tcPr>
          <w:p w14:paraId="59311A4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4BCAF4A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9</w:t>
            </w:r>
          </w:p>
        </w:tc>
        <w:tc>
          <w:tcPr>
            <w:tcW w:w="2880" w:type="dxa"/>
          </w:tcPr>
          <w:p w14:paraId="4419A8F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36.0</w:t>
            </w:r>
          </w:p>
        </w:tc>
      </w:tr>
      <w:tr w:rsidR="0095289E" w:rsidRPr="00E31EFC" w14:paraId="4AD02932" w14:textId="77777777" w:rsidTr="00D15560">
        <w:tc>
          <w:tcPr>
            <w:tcW w:w="2880" w:type="dxa"/>
          </w:tcPr>
          <w:p w14:paraId="116EFC3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69CE298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2880" w:type="dxa"/>
          </w:tcPr>
          <w:p w14:paraId="251C540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8.0</w:t>
            </w:r>
          </w:p>
        </w:tc>
      </w:tr>
      <w:tr w:rsidR="0095289E" w:rsidRPr="00E31EFC" w14:paraId="35ECABD5" w14:textId="77777777" w:rsidTr="00D15560">
        <w:tc>
          <w:tcPr>
            <w:tcW w:w="2880" w:type="dxa"/>
          </w:tcPr>
          <w:p w14:paraId="2EC933C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77D490F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2880" w:type="dxa"/>
          </w:tcPr>
          <w:p w14:paraId="30C94F1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8.0</w:t>
            </w:r>
          </w:p>
        </w:tc>
      </w:tr>
    </w:tbl>
    <w:p w14:paraId="5388C8D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3.44</w:t>
      </w:r>
    </w:p>
    <w:p w14:paraId="418ED938"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13. Yabancı dil öğretimine ilişkin dersleri sayı ve içerik açısından nasıl değerlendiriyorsunuz?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56F2F825" w14:textId="77777777" w:rsidTr="00D15560">
        <w:tc>
          <w:tcPr>
            <w:tcW w:w="2880" w:type="dxa"/>
          </w:tcPr>
          <w:p w14:paraId="20301AC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707F16A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569616B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1CBE293C" w14:textId="77777777" w:rsidTr="00D15560">
        <w:tc>
          <w:tcPr>
            <w:tcW w:w="2880" w:type="dxa"/>
          </w:tcPr>
          <w:p w14:paraId="4226991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5DCB74D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2880" w:type="dxa"/>
          </w:tcPr>
          <w:p w14:paraId="614E87D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8.0</w:t>
            </w:r>
          </w:p>
        </w:tc>
      </w:tr>
      <w:tr w:rsidR="0095289E" w:rsidRPr="00E31EFC" w14:paraId="1B7946C9" w14:textId="77777777" w:rsidTr="00D15560">
        <w:tc>
          <w:tcPr>
            <w:tcW w:w="2880" w:type="dxa"/>
          </w:tcPr>
          <w:p w14:paraId="4640AC6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3A21C6F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w:t>
            </w:r>
          </w:p>
        </w:tc>
        <w:tc>
          <w:tcPr>
            <w:tcW w:w="2880" w:type="dxa"/>
          </w:tcPr>
          <w:p w14:paraId="3CDA3D9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20.0</w:t>
            </w:r>
          </w:p>
        </w:tc>
      </w:tr>
      <w:tr w:rsidR="0095289E" w:rsidRPr="00E31EFC" w14:paraId="63AC5F76" w14:textId="77777777" w:rsidTr="00D15560">
        <w:tc>
          <w:tcPr>
            <w:tcW w:w="2880" w:type="dxa"/>
          </w:tcPr>
          <w:p w14:paraId="169D55B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2CED953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9</w:t>
            </w:r>
          </w:p>
        </w:tc>
        <w:tc>
          <w:tcPr>
            <w:tcW w:w="2880" w:type="dxa"/>
          </w:tcPr>
          <w:p w14:paraId="318202A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36.0</w:t>
            </w:r>
          </w:p>
        </w:tc>
      </w:tr>
      <w:tr w:rsidR="0095289E" w:rsidRPr="00E31EFC" w14:paraId="4C91D210" w14:textId="77777777" w:rsidTr="00D15560">
        <w:tc>
          <w:tcPr>
            <w:tcW w:w="2880" w:type="dxa"/>
          </w:tcPr>
          <w:p w14:paraId="66D724C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66ABE51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w:t>
            </w:r>
          </w:p>
        </w:tc>
        <w:tc>
          <w:tcPr>
            <w:tcW w:w="2880" w:type="dxa"/>
          </w:tcPr>
          <w:p w14:paraId="6B80F05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12.0</w:t>
            </w:r>
          </w:p>
        </w:tc>
      </w:tr>
      <w:tr w:rsidR="0095289E" w:rsidRPr="00E31EFC" w14:paraId="3A8097B2" w14:textId="77777777" w:rsidTr="00D15560">
        <w:tc>
          <w:tcPr>
            <w:tcW w:w="2880" w:type="dxa"/>
          </w:tcPr>
          <w:p w14:paraId="1134852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26E5251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6</w:t>
            </w:r>
          </w:p>
        </w:tc>
        <w:tc>
          <w:tcPr>
            <w:tcW w:w="2880" w:type="dxa"/>
          </w:tcPr>
          <w:p w14:paraId="3FCD1A8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24.0</w:t>
            </w:r>
          </w:p>
        </w:tc>
      </w:tr>
    </w:tbl>
    <w:p w14:paraId="724866E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2.76</w:t>
      </w:r>
    </w:p>
    <w:p w14:paraId="5EA05A39"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14. Bölümümüzde aldığınız sanat kültürünü bölüm dışında aldığınız diğer derslerde kullanma becerinizi nasıl değerlendirirsiniz?</w:t>
      </w:r>
    </w:p>
    <w:tbl>
      <w:tblPr>
        <w:tblStyle w:val="TabloKlavuzu"/>
        <w:tblW w:w="0" w:type="auto"/>
        <w:tblLook w:val="04A0" w:firstRow="1" w:lastRow="0" w:firstColumn="1" w:lastColumn="0" w:noHBand="0" w:noVBand="1"/>
      </w:tblPr>
      <w:tblGrid>
        <w:gridCol w:w="2880"/>
        <w:gridCol w:w="2880"/>
        <w:gridCol w:w="2880"/>
      </w:tblGrid>
      <w:tr w:rsidR="0095289E" w:rsidRPr="00E31EFC" w14:paraId="3C02672D" w14:textId="77777777" w:rsidTr="00D15560">
        <w:tc>
          <w:tcPr>
            <w:tcW w:w="2880" w:type="dxa"/>
          </w:tcPr>
          <w:p w14:paraId="48B2207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7493397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4F10365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32373C1C" w14:textId="77777777" w:rsidTr="00D15560">
        <w:tc>
          <w:tcPr>
            <w:tcW w:w="2880" w:type="dxa"/>
          </w:tcPr>
          <w:p w14:paraId="433CF79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14F28E2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w:t>
            </w:r>
          </w:p>
        </w:tc>
        <w:tc>
          <w:tcPr>
            <w:tcW w:w="2880" w:type="dxa"/>
          </w:tcPr>
          <w:p w14:paraId="3844608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20.0</w:t>
            </w:r>
          </w:p>
        </w:tc>
      </w:tr>
      <w:tr w:rsidR="0095289E" w:rsidRPr="00E31EFC" w14:paraId="076F8D6A" w14:textId="77777777" w:rsidTr="00D15560">
        <w:tc>
          <w:tcPr>
            <w:tcW w:w="2880" w:type="dxa"/>
          </w:tcPr>
          <w:p w14:paraId="0C09D2B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6FE4A5F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7</w:t>
            </w:r>
          </w:p>
        </w:tc>
        <w:tc>
          <w:tcPr>
            <w:tcW w:w="2880" w:type="dxa"/>
          </w:tcPr>
          <w:p w14:paraId="31BEFFF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28.0</w:t>
            </w:r>
          </w:p>
        </w:tc>
      </w:tr>
      <w:tr w:rsidR="0095289E" w:rsidRPr="00E31EFC" w14:paraId="18D08BDA" w14:textId="77777777" w:rsidTr="00D15560">
        <w:tc>
          <w:tcPr>
            <w:tcW w:w="2880" w:type="dxa"/>
          </w:tcPr>
          <w:p w14:paraId="5D90E2B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1A55693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w:t>
            </w:r>
          </w:p>
        </w:tc>
        <w:tc>
          <w:tcPr>
            <w:tcW w:w="2880" w:type="dxa"/>
          </w:tcPr>
          <w:p w14:paraId="59B1E5F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32.0</w:t>
            </w:r>
          </w:p>
        </w:tc>
      </w:tr>
      <w:tr w:rsidR="0095289E" w:rsidRPr="00E31EFC" w14:paraId="2DCB92DB" w14:textId="77777777" w:rsidTr="00D15560">
        <w:tc>
          <w:tcPr>
            <w:tcW w:w="2880" w:type="dxa"/>
          </w:tcPr>
          <w:p w14:paraId="1391F07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60C360B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2880" w:type="dxa"/>
          </w:tcPr>
          <w:p w14:paraId="4261677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8.0</w:t>
            </w:r>
          </w:p>
        </w:tc>
      </w:tr>
      <w:tr w:rsidR="0095289E" w:rsidRPr="00E31EFC" w14:paraId="72B0DC28" w14:textId="77777777" w:rsidTr="00D15560">
        <w:tc>
          <w:tcPr>
            <w:tcW w:w="2880" w:type="dxa"/>
          </w:tcPr>
          <w:p w14:paraId="75CDA5B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6D5C16C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w:t>
            </w:r>
          </w:p>
        </w:tc>
        <w:tc>
          <w:tcPr>
            <w:tcW w:w="2880" w:type="dxa"/>
          </w:tcPr>
          <w:p w14:paraId="00E1D4E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12.0</w:t>
            </w:r>
          </w:p>
        </w:tc>
      </w:tr>
    </w:tbl>
    <w:p w14:paraId="05FAE69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3.36</w:t>
      </w:r>
    </w:p>
    <w:p w14:paraId="056DF2A0"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15. Bölümümüzden aldığınız derslerin çağdaş gelişmeleri yansıtması konusunda ne düşünüyorsunuz?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619A8405" w14:textId="77777777" w:rsidTr="00D15560">
        <w:tc>
          <w:tcPr>
            <w:tcW w:w="2880" w:type="dxa"/>
          </w:tcPr>
          <w:p w14:paraId="6601929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6561294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5B79901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07C2C111" w14:textId="77777777" w:rsidTr="00D15560">
        <w:tc>
          <w:tcPr>
            <w:tcW w:w="2880" w:type="dxa"/>
          </w:tcPr>
          <w:p w14:paraId="7FC7ABB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2A12E3D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w:t>
            </w:r>
          </w:p>
        </w:tc>
        <w:tc>
          <w:tcPr>
            <w:tcW w:w="2880" w:type="dxa"/>
          </w:tcPr>
          <w:p w14:paraId="31BBAC0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16.0</w:t>
            </w:r>
          </w:p>
        </w:tc>
      </w:tr>
      <w:tr w:rsidR="0095289E" w:rsidRPr="00E31EFC" w14:paraId="01F9C543" w14:textId="77777777" w:rsidTr="00D15560">
        <w:tc>
          <w:tcPr>
            <w:tcW w:w="2880" w:type="dxa"/>
          </w:tcPr>
          <w:p w14:paraId="557551B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10CC973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w:t>
            </w:r>
          </w:p>
        </w:tc>
        <w:tc>
          <w:tcPr>
            <w:tcW w:w="2880" w:type="dxa"/>
          </w:tcPr>
          <w:p w14:paraId="13D232F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16.0</w:t>
            </w:r>
          </w:p>
        </w:tc>
      </w:tr>
      <w:tr w:rsidR="0095289E" w:rsidRPr="00E31EFC" w14:paraId="5B2A29A1" w14:textId="77777777" w:rsidTr="00D15560">
        <w:tc>
          <w:tcPr>
            <w:tcW w:w="2880" w:type="dxa"/>
          </w:tcPr>
          <w:p w14:paraId="6611502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413D374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13</w:t>
            </w:r>
          </w:p>
        </w:tc>
        <w:tc>
          <w:tcPr>
            <w:tcW w:w="2880" w:type="dxa"/>
          </w:tcPr>
          <w:p w14:paraId="647E450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52.0</w:t>
            </w:r>
          </w:p>
        </w:tc>
      </w:tr>
      <w:tr w:rsidR="0095289E" w:rsidRPr="00E31EFC" w14:paraId="0BED6851" w14:textId="77777777" w:rsidTr="00D15560">
        <w:tc>
          <w:tcPr>
            <w:tcW w:w="2880" w:type="dxa"/>
          </w:tcPr>
          <w:p w14:paraId="7B8BDF6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40064B0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w:t>
            </w:r>
          </w:p>
        </w:tc>
        <w:tc>
          <w:tcPr>
            <w:tcW w:w="2880" w:type="dxa"/>
          </w:tcPr>
          <w:p w14:paraId="4C7A53C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16.0</w:t>
            </w:r>
          </w:p>
        </w:tc>
      </w:tr>
      <w:tr w:rsidR="0095289E" w:rsidRPr="00E31EFC" w14:paraId="57CA5B20" w14:textId="77777777" w:rsidTr="00D15560">
        <w:tc>
          <w:tcPr>
            <w:tcW w:w="2880" w:type="dxa"/>
          </w:tcPr>
          <w:p w14:paraId="2DC7AF8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60A5F8E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0</w:t>
            </w:r>
          </w:p>
        </w:tc>
        <w:tc>
          <w:tcPr>
            <w:tcW w:w="2880" w:type="dxa"/>
          </w:tcPr>
          <w:p w14:paraId="5A49AEF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0.0</w:t>
            </w:r>
          </w:p>
        </w:tc>
      </w:tr>
    </w:tbl>
    <w:p w14:paraId="0916BE3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3.32</w:t>
      </w:r>
    </w:p>
    <w:p w14:paraId="488BBA17"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16. Bölümümüzde aldığınız eğitim ve öğretimin sosyal aktivitelerinizi ne düzeyde etkilediğini düşünüyorsunuz?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17B86503" w14:textId="77777777" w:rsidTr="00D15560">
        <w:tc>
          <w:tcPr>
            <w:tcW w:w="2880" w:type="dxa"/>
          </w:tcPr>
          <w:p w14:paraId="336EDF1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3F71744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7E86E2D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6855F096" w14:textId="77777777" w:rsidTr="00D15560">
        <w:tc>
          <w:tcPr>
            <w:tcW w:w="2880" w:type="dxa"/>
          </w:tcPr>
          <w:p w14:paraId="1807EBF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02F3842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w:t>
            </w:r>
          </w:p>
        </w:tc>
        <w:tc>
          <w:tcPr>
            <w:tcW w:w="2880" w:type="dxa"/>
          </w:tcPr>
          <w:p w14:paraId="53225CF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12.0</w:t>
            </w:r>
          </w:p>
        </w:tc>
      </w:tr>
      <w:tr w:rsidR="0095289E" w:rsidRPr="00E31EFC" w14:paraId="74C684A2" w14:textId="77777777" w:rsidTr="00D15560">
        <w:tc>
          <w:tcPr>
            <w:tcW w:w="2880" w:type="dxa"/>
          </w:tcPr>
          <w:p w14:paraId="43FB8E7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2494911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w:t>
            </w:r>
          </w:p>
        </w:tc>
        <w:tc>
          <w:tcPr>
            <w:tcW w:w="2880" w:type="dxa"/>
          </w:tcPr>
          <w:p w14:paraId="728F0BD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20.0</w:t>
            </w:r>
          </w:p>
        </w:tc>
      </w:tr>
      <w:tr w:rsidR="0095289E" w:rsidRPr="00E31EFC" w14:paraId="59C20DF6" w14:textId="77777777" w:rsidTr="00D15560">
        <w:tc>
          <w:tcPr>
            <w:tcW w:w="2880" w:type="dxa"/>
          </w:tcPr>
          <w:p w14:paraId="7EDB1DF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371A0C0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13</w:t>
            </w:r>
          </w:p>
        </w:tc>
        <w:tc>
          <w:tcPr>
            <w:tcW w:w="2880" w:type="dxa"/>
          </w:tcPr>
          <w:p w14:paraId="7D4BA33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52.0</w:t>
            </w:r>
          </w:p>
        </w:tc>
      </w:tr>
      <w:tr w:rsidR="0095289E" w:rsidRPr="00E31EFC" w14:paraId="3476E4DC" w14:textId="77777777" w:rsidTr="00D15560">
        <w:tc>
          <w:tcPr>
            <w:tcW w:w="2880" w:type="dxa"/>
          </w:tcPr>
          <w:p w14:paraId="049E763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4E29689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w:t>
            </w:r>
          </w:p>
        </w:tc>
        <w:tc>
          <w:tcPr>
            <w:tcW w:w="2880" w:type="dxa"/>
          </w:tcPr>
          <w:p w14:paraId="259DDEB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12.0</w:t>
            </w:r>
          </w:p>
        </w:tc>
      </w:tr>
      <w:tr w:rsidR="0095289E" w:rsidRPr="00E31EFC" w14:paraId="2BF5C69A" w14:textId="77777777" w:rsidTr="00D15560">
        <w:tc>
          <w:tcPr>
            <w:tcW w:w="2880" w:type="dxa"/>
          </w:tcPr>
          <w:p w14:paraId="50368A7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576BAA9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w:t>
            </w:r>
          </w:p>
        </w:tc>
        <w:tc>
          <w:tcPr>
            <w:tcW w:w="2880" w:type="dxa"/>
          </w:tcPr>
          <w:p w14:paraId="587C19C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4.0</w:t>
            </w:r>
          </w:p>
        </w:tc>
      </w:tr>
    </w:tbl>
    <w:p w14:paraId="0ED0DD9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3.24</w:t>
      </w:r>
    </w:p>
    <w:p w14:paraId="7DD17C96"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lastRenderedPageBreak/>
        <w:t>17. Fakülte binamızı altyapı, donanım ve güvenlik açısından nasıl değerlendiriyorsunuz?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1999B9BC" w14:textId="77777777" w:rsidTr="00D15560">
        <w:tc>
          <w:tcPr>
            <w:tcW w:w="2880" w:type="dxa"/>
          </w:tcPr>
          <w:p w14:paraId="68A5701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2DC9137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15FCAD8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4DABE962" w14:textId="77777777" w:rsidTr="00D15560">
        <w:tc>
          <w:tcPr>
            <w:tcW w:w="2880" w:type="dxa"/>
          </w:tcPr>
          <w:p w14:paraId="397722C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2A7E496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2880" w:type="dxa"/>
          </w:tcPr>
          <w:p w14:paraId="49D363E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8.0</w:t>
            </w:r>
          </w:p>
        </w:tc>
      </w:tr>
      <w:tr w:rsidR="0095289E" w:rsidRPr="00E31EFC" w14:paraId="3D914C45" w14:textId="77777777" w:rsidTr="00D15560">
        <w:tc>
          <w:tcPr>
            <w:tcW w:w="2880" w:type="dxa"/>
          </w:tcPr>
          <w:p w14:paraId="5725405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4B2277D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0</w:t>
            </w:r>
          </w:p>
        </w:tc>
        <w:tc>
          <w:tcPr>
            <w:tcW w:w="2880" w:type="dxa"/>
          </w:tcPr>
          <w:p w14:paraId="045B4C7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0.0</w:t>
            </w:r>
          </w:p>
        </w:tc>
      </w:tr>
      <w:tr w:rsidR="0095289E" w:rsidRPr="00E31EFC" w14:paraId="5E744C4C" w14:textId="77777777" w:rsidTr="00D15560">
        <w:tc>
          <w:tcPr>
            <w:tcW w:w="2880" w:type="dxa"/>
          </w:tcPr>
          <w:p w14:paraId="0A27C12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3229664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9</w:t>
            </w:r>
          </w:p>
        </w:tc>
        <w:tc>
          <w:tcPr>
            <w:tcW w:w="2880" w:type="dxa"/>
          </w:tcPr>
          <w:p w14:paraId="7944C63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36.0</w:t>
            </w:r>
          </w:p>
        </w:tc>
      </w:tr>
      <w:tr w:rsidR="0095289E" w:rsidRPr="00E31EFC" w14:paraId="0E1ED7B7" w14:textId="77777777" w:rsidTr="00D15560">
        <w:tc>
          <w:tcPr>
            <w:tcW w:w="2880" w:type="dxa"/>
          </w:tcPr>
          <w:p w14:paraId="2E9FDB4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45AADF5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7</w:t>
            </w:r>
          </w:p>
        </w:tc>
        <w:tc>
          <w:tcPr>
            <w:tcW w:w="2880" w:type="dxa"/>
          </w:tcPr>
          <w:p w14:paraId="47471C8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28.0</w:t>
            </w:r>
          </w:p>
        </w:tc>
      </w:tr>
      <w:tr w:rsidR="0095289E" w:rsidRPr="00E31EFC" w14:paraId="2F1FB6FF" w14:textId="77777777" w:rsidTr="00D15560">
        <w:tc>
          <w:tcPr>
            <w:tcW w:w="2880" w:type="dxa"/>
          </w:tcPr>
          <w:p w14:paraId="50464B7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33C8FE3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7</w:t>
            </w:r>
          </w:p>
        </w:tc>
        <w:tc>
          <w:tcPr>
            <w:tcW w:w="2880" w:type="dxa"/>
          </w:tcPr>
          <w:p w14:paraId="40CDB82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28.0</w:t>
            </w:r>
          </w:p>
        </w:tc>
      </w:tr>
    </w:tbl>
    <w:p w14:paraId="6EBC18E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2.32</w:t>
      </w:r>
    </w:p>
    <w:p w14:paraId="4113F53D"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18. Fakülte kantinimizin olanaklarını nasıl değerlendiriyorsunuz?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382DEF4D" w14:textId="77777777" w:rsidTr="00D15560">
        <w:tc>
          <w:tcPr>
            <w:tcW w:w="2880" w:type="dxa"/>
          </w:tcPr>
          <w:p w14:paraId="35B3FC4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54E2F95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2283DFD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3F30C72D" w14:textId="77777777" w:rsidTr="00D15560">
        <w:tc>
          <w:tcPr>
            <w:tcW w:w="2880" w:type="dxa"/>
          </w:tcPr>
          <w:p w14:paraId="5542346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67E19F5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2880" w:type="dxa"/>
          </w:tcPr>
          <w:p w14:paraId="55ABE9A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8.0</w:t>
            </w:r>
          </w:p>
        </w:tc>
      </w:tr>
      <w:tr w:rsidR="0095289E" w:rsidRPr="00E31EFC" w14:paraId="1D533F02" w14:textId="77777777" w:rsidTr="00D15560">
        <w:tc>
          <w:tcPr>
            <w:tcW w:w="2880" w:type="dxa"/>
          </w:tcPr>
          <w:p w14:paraId="4D55D2B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7081168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0</w:t>
            </w:r>
          </w:p>
        </w:tc>
        <w:tc>
          <w:tcPr>
            <w:tcW w:w="2880" w:type="dxa"/>
          </w:tcPr>
          <w:p w14:paraId="234B5D9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0.0</w:t>
            </w:r>
          </w:p>
        </w:tc>
      </w:tr>
      <w:tr w:rsidR="0095289E" w:rsidRPr="00E31EFC" w14:paraId="003FDCA2" w14:textId="77777777" w:rsidTr="00D15560">
        <w:tc>
          <w:tcPr>
            <w:tcW w:w="2880" w:type="dxa"/>
          </w:tcPr>
          <w:p w14:paraId="1DA4E39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59BB72E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w:t>
            </w:r>
          </w:p>
        </w:tc>
        <w:tc>
          <w:tcPr>
            <w:tcW w:w="2880" w:type="dxa"/>
          </w:tcPr>
          <w:p w14:paraId="0734662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16.0</w:t>
            </w:r>
          </w:p>
        </w:tc>
      </w:tr>
      <w:tr w:rsidR="0095289E" w:rsidRPr="00E31EFC" w14:paraId="120A249C" w14:textId="77777777" w:rsidTr="00D15560">
        <w:tc>
          <w:tcPr>
            <w:tcW w:w="2880" w:type="dxa"/>
          </w:tcPr>
          <w:p w14:paraId="2CFFECF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7133CAA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9</w:t>
            </w:r>
          </w:p>
        </w:tc>
        <w:tc>
          <w:tcPr>
            <w:tcW w:w="2880" w:type="dxa"/>
          </w:tcPr>
          <w:p w14:paraId="6AF3477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36.0</w:t>
            </w:r>
          </w:p>
        </w:tc>
      </w:tr>
      <w:tr w:rsidR="0095289E" w:rsidRPr="00E31EFC" w14:paraId="16B5496F" w14:textId="77777777" w:rsidTr="00D15560">
        <w:tc>
          <w:tcPr>
            <w:tcW w:w="2880" w:type="dxa"/>
          </w:tcPr>
          <w:p w14:paraId="2A2B2FF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55DAFE0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10</w:t>
            </w:r>
          </w:p>
        </w:tc>
        <w:tc>
          <w:tcPr>
            <w:tcW w:w="2880" w:type="dxa"/>
          </w:tcPr>
          <w:p w14:paraId="4D50255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40.0</w:t>
            </w:r>
          </w:p>
        </w:tc>
      </w:tr>
    </w:tbl>
    <w:p w14:paraId="43CEDE1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2.00</w:t>
      </w:r>
    </w:p>
    <w:p w14:paraId="722B3674"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19. Fakültemizin öğrenci işleri hizmetlerini nasıl buluyorsunuz?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30BDDA70" w14:textId="77777777" w:rsidTr="00D15560">
        <w:tc>
          <w:tcPr>
            <w:tcW w:w="2880" w:type="dxa"/>
          </w:tcPr>
          <w:p w14:paraId="7ED4E40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483C729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52054F3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2EDFCA92" w14:textId="77777777" w:rsidTr="00D15560">
        <w:tc>
          <w:tcPr>
            <w:tcW w:w="2880" w:type="dxa"/>
          </w:tcPr>
          <w:p w14:paraId="7E71B72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6B8C436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2880" w:type="dxa"/>
          </w:tcPr>
          <w:p w14:paraId="7F02F0E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8.0</w:t>
            </w:r>
          </w:p>
        </w:tc>
      </w:tr>
      <w:tr w:rsidR="0095289E" w:rsidRPr="00E31EFC" w14:paraId="67152902" w14:textId="77777777" w:rsidTr="00D15560">
        <w:tc>
          <w:tcPr>
            <w:tcW w:w="2880" w:type="dxa"/>
          </w:tcPr>
          <w:p w14:paraId="5A6B0CF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57DE50D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w:t>
            </w:r>
          </w:p>
        </w:tc>
        <w:tc>
          <w:tcPr>
            <w:tcW w:w="2880" w:type="dxa"/>
          </w:tcPr>
          <w:p w14:paraId="06CFA5B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16.0</w:t>
            </w:r>
          </w:p>
        </w:tc>
      </w:tr>
      <w:tr w:rsidR="0095289E" w:rsidRPr="00E31EFC" w14:paraId="2327C72B" w14:textId="77777777" w:rsidTr="00D15560">
        <w:tc>
          <w:tcPr>
            <w:tcW w:w="2880" w:type="dxa"/>
          </w:tcPr>
          <w:p w14:paraId="31D30F2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08F9852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w:t>
            </w:r>
          </w:p>
        </w:tc>
        <w:tc>
          <w:tcPr>
            <w:tcW w:w="2880" w:type="dxa"/>
          </w:tcPr>
          <w:p w14:paraId="6775897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20.0</w:t>
            </w:r>
          </w:p>
        </w:tc>
      </w:tr>
      <w:tr w:rsidR="0095289E" w:rsidRPr="00E31EFC" w14:paraId="25424B9C" w14:textId="77777777" w:rsidTr="00D15560">
        <w:tc>
          <w:tcPr>
            <w:tcW w:w="2880" w:type="dxa"/>
          </w:tcPr>
          <w:p w14:paraId="481078C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3AF6B1C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9</w:t>
            </w:r>
          </w:p>
        </w:tc>
        <w:tc>
          <w:tcPr>
            <w:tcW w:w="2880" w:type="dxa"/>
          </w:tcPr>
          <w:p w14:paraId="250E00D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36.0</w:t>
            </w:r>
          </w:p>
        </w:tc>
      </w:tr>
      <w:tr w:rsidR="0095289E" w:rsidRPr="00E31EFC" w14:paraId="6681315A" w14:textId="77777777" w:rsidTr="00D15560">
        <w:tc>
          <w:tcPr>
            <w:tcW w:w="2880" w:type="dxa"/>
          </w:tcPr>
          <w:p w14:paraId="7B5B78E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7F3A694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w:t>
            </w:r>
          </w:p>
        </w:tc>
        <w:tc>
          <w:tcPr>
            <w:tcW w:w="2880" w:type="dxa"/>
          </w:tcPr>
          <w:p w14:paraId="7EE65CC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20.0</w:t>
            </w:r>
          </w:p>
        </w:tc>
      </w:tr>
    </w:tbl>
    <w:p w14:paraId="054F306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2.56</w:t>
      </w:r>
    </w:p>
    <w:p w14:paraId="4A017A32"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20. Üniversitemizi öğrencilere sağladığı kültürel, sanatsal ve sportif faaliyetleri açısından nasıl buluyorsunuz?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7A8B6ABE" w14:textId="77777777" w:rsidTr="00D15560">
        <w:tc>
          <w:tcPr>
            <w:tcW w:w="2880" w:type="dxa"/>
          </w:tcPr>
          <w:p w14:paraId="35B9BDA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31ACD82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4EED240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7772D23B" w14:textId="77777777" w:rsidTr="00D15560">
        <w:tc>
          <w:tcPr>
            <w:tcW w:w="2880" w:type="dxa"/>
          </w:tcPr>
          <w:p w14:paraId="518AEB3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596D8D7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w:t>
            </w:r>
          </w:p>
        </w:tc>
        <w:tc>
          <w:tcPr>
            <w:tcW w:w="2880" w:type="dxa"/>
          </w:tcPr>
          <w:p w14:paraId="5AD9FAA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12.0</w:t>
            </w:r>
          </w:p>
        </w:tc>
      </w:tr>
      <w:tr w:rsidR="0095289E" w:rsidRPr="00E31EFC" w14:paraId="6D64B58E" w14:textId="77777777" w:rsidTr="00D15560">
        <w:tc>
          <w:tcPr>
            <w:tcW w:w="2880" w:type="dxa"/>
          </w:tcPr>
          <w:p w14:paraId="0AF8064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68160B3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2880" w:type="dxa"/>
          </w:tcPr>
          <w:p w14:paraId="30BA128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8.0</w:t>
            </w:r>
          </w:p>
        </w:tc>
      </w:tr>
      <w:tr w:rsidR="0095289E" w:rsidRPr="00E31EFC" w14:paraId="2FFC3028" w14:textId="77777777" w:rsidTr="00D15560">
        <w:tc>
          <w:tcPr>
            <w:tcW w:w="2880" w:type="dxa"/>
          </w:tcPr>
          <w:p w14:paraId="4B95E87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510516C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9</w:t>
            </w:r>
          </w:p>
        </w:tc>
        <w:tc>
          <w:tcPr>
            <w:tcW w:w="2880" w:type="dxa"/>
          </w:tcPr>
          <w:p w14:paraId="4B484E9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36.0</w:t>
            </w:r>
          </w:p>
        </w:tc>
      </w:tr>
      <w:tr w:rsidR="0095289E" w:rsidRPr="00E31EFC" w14:paraId="3993F9FD" w14:textId="77777777" w:rsidTr="00D15560">
        <w:tc>
          <w:tcPr>
            <w:tcW w:w="2880" w:type="dxa"/>
          </w:tcPr>
          <w:p w14:paraId="78D0299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64D7CB5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7</w:t>
            </w:r>
          </w:p>
        </w:tc>
        <w:tc>
          <w:tcPr>
            <w:tcW w:w="2880" w:type="dxa"/>
          </w:tcPr>
          <w:p w14:paraId="45A0817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28.0</w:t>
            </w:r>
          </w:p>
        </w:tc>
      </w:tr>
      <w:tr w:rsidR="0095289E" w:rsidRPr="00E31EFC" w14:paraId="361711B6" w14:textId="77777777" w:rsidTr="00D15560">
        <w:tc>
          <w:tcPr>
            <w:tcW w:w="2880" w:type="dxa"/>
          </w:tcPr>
          <w:p w14:paraId="7CEA427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42059E9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w:t>
            </w:r>
          </w:p>
        </w:tc>
        <w:tc>
          <w:tcPr>
            <w:tcW w:w="2880" w:type="dxa"/>
          </w:tcPr>
          <w:p w14:paraId="6CA2A16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16.0</w:t>
            </w:r>
          </w:p>
        </w:tc>
      </w:tr>
    </w:tbl>
    <w:p w14:paraId="2E0F419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2.72</w:t>
      </w:r>
    </w:p>
    <w:p w14:paraId="1A533856"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21. Üniversitemizin bilgisayar ve internet olanaklarını nasıl buluyorsunuz?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44D8660B" w14:textId="77777777" w:rsidTr="00D15560">
        <w:tc>
          <w:tcPr>
            <w:tcW w:w="2880" w:type="dxa"/>
          </w:tcPr>
          <w:p w14:paraId="05A4FAD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2538859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0468D5A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0A0DF80C" w14:textId="77777777" w:rsidTr="00D15560">
        <w:tc>
          <w:tcPr>
            <w:tcW w:w="2880" w:type="dxa"/>
          </w:tcPr>
          <w:p w14:paraId="3CCF84B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00226C3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w:t>
            </w:r>
          </w:p>
        </w:tc>
        <w:tc>
          <w:tcPr>
            <w:tcW w:w="2880" w:type="dxa"/>
          </w:tcPr>
          <w:p w14:paraId="439D713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12.0</w:t>
            </w:r>
          </w:p>
        </w:tc>
      </w:tr>
      <w:tr w:rsidR="0095289E" w:rsidRPr="00E31EFC" w14:paraId="487F9846" w14:textId="77777777" w:rsidTr="00D15560">
        <w:tc>
          <w:tcPr>
            <w:tcW w:w="2880" w:type="dxa"/>
          </w:tcPr>
          <w:p w14:paraId="54F19FC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548B70B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2880" w:type="dxa"/>
          </w:tcPr>
          <w:p w14:paraId="046F9A5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8.0</w:t>
            </w:r>
          </w:p>
        </w:tc>
      </w:tr>
      <w:tr w:rsidR="0095289E" w:rsidRPr="00E31EFC" w14:paraId="251A45E3" w14:textId="77777777" w:rsidTr="00D15560">
        <w:tc>
          <w:tcPr>
            <w:tcW w:w="2880" w:type="dxa"/>
          </w:tcPr>
          <w:p w14:paraId="62018B8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7052623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7</w:t>
            </w:r>
          </w:p>
        </w:tc>
        <w:tc>
          <w:tcPr>
            <w:tcW w:w="2880" w:type="dxa"/>
          </w:tcPr>
          <w:p w14:paraId="238E4C8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28.0</w:t>
            </w:r>
          </w:p>
        </w:tc>
      </w:tr>
      <w:tr w:rsidR="0095289E" w:rsidRPr="00E31EFC" w14:paraId="6C5B2A39" w14:textId="77777777" w:rsidTr="00D15560">
        <w:tc>
          <w:tcPr>
            <w:tcW w:w="2880" w:type="dxa"/>
          </w:tcPr>
          <w:p w14:paraId="7BF7D87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6E379C7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w:t>
            </w:r>
          </w:p>
        </w:tc>
        <w:tc>
          <w:tcPr>
            <w:tcW w:w="2880" w:type="dxa"/>
          </w:tcPr>
          <w:p w14:paraId="6679DE8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20.0</w:t>
            </w:r>
          </w:p>
        </w:tc>
      </w:tr>
      <w:tr w:rsidR="0095289E" w:rsidRPr="00E31EFC" w14:paraId="0E7A0100" w14:textId="77777777" w:rsidTr="00D15560">
        <w:tc>
          <w:tcPr>
            <w:tcW w:w="2880" w:type="dxa"/>
          </w:tcPr>
          <w:p w14:paraId="006FC19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5A62CBD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w:t>
            </w:r>
          </w:p>
        </w:tc>
        <w:tc>
          <w:tcPr>
            <w:tcW w:w="2880" w:type="dxa"/>
          </w:tcPr>
          <w:p w14:paraId="1B32FF5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32.0</w:t>
            </w:r>
          </w:p>
        </w:tc>
      </w:tr>
    </w:tbl>
    <w:p w14:paraId="79851B6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2.48</w:t>
      </w:r>
    </w:p>
    <w:p w14:paraId="0279971D"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22. Üniversitemiz kütüphanesindeki sanat ile ilgili kaynakların yeterliliği hakkında ne düşünüyorsunuz?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10566E97" w14:textId="77777777" w:rsidTr="00D15560">
        <w:tc>
          <w:tcPr>
            <w:tcW w:w="2880" w:type="dxa"/>
          </w:tcPr>
          <w:p w14:paraId="0DA6F2B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58B99B9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6392C32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069AA9F0" w14:textId="77777777" w:rsidTr="00D15560">
        <w:tc>
          <w:tcPr>
            <w:tcW w:w="2880" w:type="dxa"/>
          </w:tcPr>
          <w:p w14:paraId="5EDD572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lastRenderedPageBreak/>
              <w:t>5 - Çok iyi</w:t>
            </w:r>
          </w:p>
        </w:tc>
        <w:tc>
          <w:tcPr>
            <w:tcW w:w="2880" w:type="dxa"/>
          </w:tcPr>
          <w:p w14:paraId="6C64FA6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w:t>
            </w:r>
          </w:p>
        </w:tc>
        <w:tc>
          <w:tcPr>
            <w:tcW w:w="2880" w:type="dxa"/>
          </w:tcPr>
          <w:p w14:paraId="78E865E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16.0</w:t>
            </w:r>
          </w:p>
        </w:tc>
      </w:tr>
      <w:tr w:rsidR="0095289E" w:rsidRPr="00E31EFC" w14:paraId="5A52132C" w14:textId="77777777" w:rsidTr="00D15560">
        <w:tc>
          <w:tcPr>
            <w:tcW w:w="2880" w:type="dxa"/>
          </w:tcPr>
          <w:p w14:paraId="76760D4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29E7C29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w:t>
            </w:r>
          </w:p>
        </w:tc>
        <w:tc>
          <w:tcPr>
            <w:tcW w:w="2880" w:type="dxa"/>
          </w:tcPr>
          <w:p w14:paraId="3B201F0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12.0</w:t>
            </w:r>
          </w:p>
        </w:tc>
      </w:tr>
      <w:tr w:rsidR="0095289E" w:rsidRPr="00E31EFC" w14:paraId="3E4BD4A0" w14:textId="77777777" w:rsidTr="00D15560">
        <w:tc>
          <w:tcPr>
            <w:tcW w:w="2880" w:type="dxa"/>
          </w:tcPr>
          <w:p w14:paraId="19B6667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058590C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w:t>
            </w:r>
          </w:p>
        </w:tc>
        <w:tc>
          <w:tcPr>
            <w:tcW w:w="2880" w:type="dxa"/>
          </w:tcPr>
          <w:p w14:paraId="701059A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32.0</w:t>
            </w:r>
          </w:p>
        </w:tc>
      </w:tr>
      <w:tr w:rsidR="0095289E" w:rsidRPr="00E31EFC" w14:paraId="5391E3F1" w14:textId="77777777" w:rsidTr="00D15560">
        <w:tc>
          <w:tcPr>
            <w:tcW w:w="2880" w:type="dxa"/>
          </w:tcPr>
          <w:p w14:paraId="7E28D54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7F8A750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w:t>
            </w:r>
          </w:p>
        </w:tc>
        <w:tc>
          <w:tcPr>
            <w:tcW w:w="2880" w:type="dxa"/>
          </w:tcPr>
          <w:p w14:paraId="7DB994E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20.0</w:t>
            </w:r>
          </w:p>
        </w:tc>
      </w:tr>
      <w:tr w:rsidR="0095289E" w:rsidRPr="00E31EFC" w14:paraId="64F479E5" w14:textId="77777777" w:rsidTr="00D15560">
        <w:tc>
          <w:tcPr>
            <w:tcW w:w="2880" w:type="dxa"/>
          </w:tcPr>
          <w:p w14:paraId="1EE26AC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6F27CA3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w:t>
            </w:r>
          </w:p>
        </w:tc>
        <w:tc>
          <w:tcPr>
            <w:tcW w:w="2880" w:type="dxa"/>
          </w:tcPr>
          <w:p w14:paraId="648532A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20.0</w:t>
            </w:r>
          </w:p>
        </w:tc>
      </w:tr>
    </w:tbl>
    <w:p w14:paraId="11F5288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2.84</w:t>
      </w:r>
    </w:p>
    <w:p w14:paraId="051F75F8"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23. Kampüsümüzdeki yemek olanaklarını nasıl buluyorsunuz?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436404D7" w14:textId="77777777" w:rsidTr="00D15560">
        <w:tc>
          <w:tcPr>
            <w:tcW w:w="2880" w:type="dxa"/>
          </w:tcPr>
          <w:p w14:paraId="22FD58C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6C4482A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1B55BDE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0033DA2E" w14:textId="77777777" w:rsidTr="00D15560">
        <w:tc>
          <w:tcPr>
            <w:tcW w:w="2880" w:type="dxa"/>
          </w:tcPr>
          <w:p w14:paraId="6F1A7A7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65D99A5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w:t>
            </w:r>
          </w:p>
        </w:tc>
        <w:tc>
          <w:tcPr>
            <w:tcW w:w="2880" w:type="dxa"/>
          </w:tcPr>
          <w:p w14:paraId="680418A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12.0</w:t>
            </w:r>
          </w:p>
        </w:tc>
      </w:tr>
      <w:tr w:rsidR="0095289E" w:rsidRPr="00E31EFC" w14:paraId="4FA2A92C" w14:textId="77777777" w:rsidTr="00D15560">
        <w:tc>
          <w:tcPr>
            <w:tcW w:w="2880" w:type="dxa"/>
          </w:tcPr>
          <w:p w14:paraId="6045B9B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6DF2018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0</w:t>
            </w:r>
          </w:p>
        </w:tc>
        <w:tc>
          <w:tcPr>
            <w:tcW w:w="2880" w:type="dxa"/>
          </w:tcPr>
          <w:p w14:paraId="7832CB0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0.0</w:t>
            </w:r>
          </w:p>
        </w:tc>
      </w:tr>
      <w:tr w:rsidR="0095289E" w:rsidRPr="00E31EFC" w14:paraId="66354DDE" w14:textId="77777777" w:rsidTr="00D15560">
        <w:tc>
          <w:tcPr>
            <w:tcW w:w="2880" w:type="dxa"/>
          </w:tcPr>
          <w:p w14:paraId="2E40E5A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0AB754B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7</w:t>
            </w:r>
          </w:p>
        </w:tc>
        <w:tc>
          <w:tcPr>
            <w:tcW w:w="2880" w:type="dxa"/>
          </w:tcPr>
          <w:p w14:paraId="3639E5E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28.0</w:t>
            </w:r>
          </w:p>
        </w:tc>
      </w:tr>
      <w:tr w:rsidR="0095289E" w:rsidRPr="00E31EFC" w14:paraId="6A2CA87D" w14:textId="77777777" w:rsidTr="00D15560">
        <w:tc>
          <w:tcPr>
            <w:tcW w:w="2880" w:type="dxa"/>
          </w:tcPr>
          <w:p w14:paraId="25F9290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62A789D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w:t>
            </w:r>
          </w:p>
        </w:tc>
        <w:tc>
          <w:tcPr>
            <w:tcW w:w="2880" w:type="dxa"/>
          </w:tcPr>
          <w:p w14:paraId="505F116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32.0</w:t>
            </w:r>
          </w:p>
        </w:tc>
      </w:tr>
      <w:tr w:rsidR="0095289E" w:rsidRPr="00E31EFC" w14:paraId="3572BDAB" w14:textId="77777777" w:rsidTr="00D15560">
        <w:tc>
          <w:tcPr>
            <w:tcW w:w="2880" w:type="dxa"/>
          </w:tcPr>
          <w:p w14:paraId="4E48A31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53A5A7D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7</w:t>
            </w:r>
          </w:p>
        </w:tc>
        <w:tc>
          <w:tcPr>
            <w:tcW w:w="2880" w:type="dxa"/>
          </w:tcPr>
          <w:p w14:paraId="1524879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28.0</w:t>
            </w:r>
          </w:p>
        </w:tc>
      </w:tr>
    </w:tbl>
    <w:p w14:paraId="0DE30EB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2.36</w:t>
      </w:r>
    </w:p>
    <w:p w14:paraId="5AB8EBF5"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24. Üniversitemiz yurtlarının sayıca yeterliliğini nasıl buluyorsunuz?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63A98102" w14:textId="77777777" w:rsidTr="00D15560">
        <w:tc>
          <w:tcPr>
            <w:tcW w:w="2880" w:type="dxa"/>
          </w:tcPr>
          <w:p w14:paraId="0340EF8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6D3283A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45F1ADE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72EDF495" w14:textId="77777777" w:rsidTr="00D15560">
        <w:tc>
          <w:tcPr>
            <w:tcW w:w="2880" w:type="dxa"/>
          </w:tcPr>
          <w:p w14:paraId="78C720D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0A4490C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2880" w:type="dxa"/>
          </w:tcPr>
          <w:p w14:paraId="0373220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8.0</w:t>
            </w:r>
          </w:p>
        </w:tc>
      </w:tr>
      <w:tr w:rsidR="0095289E" w:rsidRPr="00E31EFC" w14:paraId="097B0109" w14:textId="77777777" w:rsidTr="00D15560">
        <w:tc>
          <w:tcPr>
            <w:tcW w:w="2880" w:type="dxa"/>
          </w:tcPr>
          <w:p w14:paraId="2DCCEA3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29433EF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w:t>
            </w:r>
          </w:p>
        </w:tc>
        <w:tc>
          <w:tcPr>
            <w:tcW w:w="2880" w:type="dxa"/>
          </w:tcPr>
          <w:p w14:paraId="13D2650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12.0</w:t>
            </w:r>
          </w:p>
        </w:tc>
      </w:tr>
      <w:tr w:rsidR="0095289E" w:rsidRPr="00E31EFC" w14:paraId="7F7489FC" w14:textId="77777777" w:rsidTr="00D15560">
        <w:tc>
          <w:tcPr>
            <w:tcW w:w="2880" w:type="dxa"/>
          </w:tcPr>
          <w:p w14:paraId="4EE365E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04C9FCA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10</w:t>
            </w:r>
          </w:p>
        </w:tc>
        <w:tc>
          <w:tcPr>
            <w:tcW w:w="2880" w:type="dxa"/>
          </w:tcPr>
          <w:p w14:paraId="53EE7E6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40.0</w:t>
            </w:r>
          </w:p>
        </w:tc>
      </w:tr>
      <w:tr w:rsidR="0095289E" w:rsidRPr="00E31EFC" w14:paraId="029A5800" w14:textId="77777777" w:rsidTr="00D15560">
        <w:tc>
          <w:tcPr>
            <w:tcW w:w="2880" w:type="dxa"/>
          </w:tcPr>
          <w:p w14:paraId="34DE94D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59FFCA9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w:t>
            </w:r>
          </w:p>
        </w:tc>
        <w:tc>
          <w:tcPr>
            <w:tcW w:w="2880" w:type="dxa"/>
          </w:tcPr>
          <w:p w14:paraId="450C440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32.0</w:t>
            </w:r>
          </w:p>
        </w:tc>
      </w:tr>
      <w:tr w:rsidR="0095289E" w:rsidRPr="00E31EFC" w14:paraId="34B2DE26" w14:textId="77777777" w:rsidTr="00D15560">
        <w:tc>
          <w:tcPr>
            <w:tcW w:w="2880" w:type="dxa"/>
          </w:tcPr>
          <w:p w14:paraId="762EA5D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769DA2B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2880" w:type="dxa"/>
          </w:tcPr>
          <w:p w14:paraId="187752D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8.0</w:t>
            </w:r>
          </w:p>
        </w:tc>
      </w:tr>
    </w:tbl>
    <w:p w14:paraId="4D0126E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2.80</w:t>
      </w:r>
    </w:p>
    <w:p w14:paraId="403F4B1B"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25. Bölümümüz öğretim elemanlarının gelecekle ilgili mesleki planlarınızı oluşturmada size yardımlarını nasıl değerlendiriyorsunuz?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39F2B723" w14:textId="77777777" w:rsidTr="00D15560">
        <w:tc>
          <w:tcPr>
            <w:tcW w:w="2880" w:type="dxa"/>
          </w:tcPr>
          <w:p w14:paraId="5731320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155A4ED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448EEBA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103D5243" w14:textId="77777777" w:rsidTr="00D15560">
        <w:tc>
          <w:tcPr>
            <w:tcW w:w="2880" w:type="dxa"/>
          </w:tcPr>
          <w:p w14:paraId="2F689B4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5B1992F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w:t>
            </w:r>
          </w:p>
        </w:tc>
        <w:tc>
          <w:tcPr>
            <w:tcW w:w="2880" w:type="dxa"/>
          </w:tcPr>
          <w:p w14:paraId="7F26D81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16.0</w:t>
            </w:r>
          </w:p>
        </w:tc>
      </w:tr>
      <w:tr w:rsidR="0095289E" w:rsidRPr="00E31EFC" w14:paraId="3EA7FD56" w14:textId="77777777" w:rsidTr="00D15560">
        <w:tc>
          <w:tcPr>
            <w:tcW w:w="2880" w:type="dxa"/>
          </w:tcPr>
          <w:p w14:paraId="1B898EB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0734A2B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w:t>
            </w:r>
          </w:p>
        </w:tc>
        <w:tc>
          <w:tcPr>
            <w:tcW w:w="2880" w:type="dxa"/>
          </w:tcPr>
          <w:p w14:paraId="09528AE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20.0</w:t>
            </w:r>
          </w:p>
        </w:tc>
      </w:tr>
      <w:tr w:rsidR="0095289E" w:rsidRPr="00E31EFC" w14:paraId="6843F579" w14:textId="77777777" w:rsidTr="00D15560">
        <w:tc>
          <w:tcPr>
            <w:tcW w:w="2880" w:type="dxa"/>
          </w:tcPr>
          <w:p w14:paraId="4DAEAD4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413A38E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11</w:t>
            </w:r>
          </w:p>
        </w:tc>
        <w:tc>
          <w:tcPr>
            <w:tcW w:w="2880" w:type="dxa"/>
          </w:tcPr>
          <w:p w14:paraId="71A529D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44.0</w:t>
            </w:r>
          </w:p>
        </w:tc>
      </w:tr>
      <w:tr w:rsidR="0095289E" w:rsidRPr="00E31EFC" w14:paraId="2BE520BF" w14:textId="77777777" w:rsidTr="00D15560">
        <w:tc>
          <w:tcPr>
            <w:tcW w:w="2880" w:type="dxa"/>
          </w:tcPr>
          <w:p w14:paraId="122D1C4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67A2397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2880" w:type="dxa"/>
          </w:tcPr>
          <w:p w14:paraId="55835F2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8.0</w:t>
            </w:r>
          </w:p>
        </w:tc>
      </w:tr>
      <w:tr w:rsidR="0095289E" w:rsidRPr="00E31EFC" w14:paraId="715B91D7" w14:textId="77777777" w:rsidTr="00D15560">
        <w:tc>
          <w:tcPr>
            <w:tcW w:w="2880" w:type="dxa"/>
          </w:tcPr>
          <w:p w14:paraId="10261C3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2115929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w:t>
            </w:r>
          </w:p>
        </w:tc>
        <w:tc>
          <w:tcPr>
            <w:tcW w:w="2880" w:type="dxa"/>
          </w:tcPr>
          <w:p w14:paraId="53A4B90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12.0</w:t>
            </w:r>
          </w:p>
        </w:tc>
      </w:tr>
    </w:tbl>
    <w:p w14:paraId="60F6E3C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3.20</w:t>
      </w:r>
    </w:p>
    <w:p w14:paraId="7A8E5C07"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26. Üniversitemizin sağladığı yurtdışı eğitim olanaklarını nasıl değerlendiriyorsunuz?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1836B451" w14:textId="77777777" w:rsidTr="00D15560">
        <w:tc>
          <w:tcPr>
            <w:tcW w:w="2880" w:type="dxa"/>
          </w:tcPr>
          <w:p w14:paraId="426D84F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7E92942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584989C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5A144F96" w14:textId="77777777" w:rsidTr="00D15560">
        <w:tc>
          <w:tcPr>
            <w:tcW w:w="2880" w:type="dxa"/>
          </w:tcPr>
          <w:p w14:paraId="05B03CE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551E1E1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w:t>
            </w:r>
          </w:p>
        </w:tc>
        <w:tc>
          <w:tcPr>
            <w:tcW w:w="2880" w:type="dxa"/>
          </w:tcPr>
          <w:p w14:paraId="7F75824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12.0</w:t>
            </w:r>
          </w:p>
        </w:tc>
      </w:tr>
      <w:tr w:rsidR="0095289E" w:rsidRPr="00E31EFC" w14:paraId="1405D87C" w14:textId="77777777" w:rsidTr="00D15560">
        <w:tc>
          <w:tcPr>
            <w:tcW w:w="2880" w:type="dxa"/>
          </w:tcPr>
          <w:p w14:paraId="583E0D5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5F920F3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6</w:t>
            </w:r>
          </w:p>
        </w:tc>
        <w:tc>
          <w:tcPr>
            <w:tcW w:w="2880" w:type="dxa"/>
          </w:tcPr>
          <w:p w14:paraId="015E26D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24.0</w:t>
            </w:r>
          </w:p>
        </w:tc>
      </w:tr>
      <w:tr w:rsidR="0095289E" w:rsidRPr="00E31EFC" w14:paraId="16E71A83" w14:textId="77777777" w:rsidTr="00D15560">
        <w:tc>
          <w:tcPr>
            <w:tcW w:w="2880" w:type="dxa"/>
          </w:tcPr>
          <w:p w14:paraId="3F4ECB9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4CE61EB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12</w:t>
            </w:r>
          </w:p>
        </w:tc>
        <w:tc>
          <w:tcPr>
            <w:tcW w:w="2880" w:type="dxa"/>
          </w:tcPr>
          <w:p w14:paraId="3335180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48.0</w:t>
            </w:r>
          </w:p>
        </w:tc>
      </w:tr>
      <w:tr w:rsidR="0095289E" w:rsidRPr="00E31EFC" w14:paraId="1F9D6147" w14:textId="77777777" w:rsidTr="00D15560">
        <w:tc>
          <w:tcPr>
            <w:tcW w:w="2880" w:type="dxa"/>
          </w:tcPr>
          <w:p w14:paraId="3AF0CAE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42A4424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w:t>
            </w:r>
          </w:p>
        </w:tc>
        <w:tc>
          <w:tcPr>
            <w:tcW w:w="2880" w:type="dxa"/>
          </w:tcPr>
          <w:p w14:paraId="328E7EA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16.0</w:t>
            </w:r>
          </w:p>
        </w:tc>
      </w:tr>
      <w:tr w:rsidR="0095289E" w:rsidRPr="00E31EFC" w14:paraId="32C113C0" w14:textId="77777777" w:rsidTr="00D15560">
        <w:tc>
          <w:tcPr>
            <w:tcW w:w="2880" w:type="dxa"/>
          </w:tcPr>
          <w:p w14:paraId="73A9926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4B620FF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0</w:t>
            </w:r>
          </w:p>
        </w:tc>
        <w:tc>
          <w:tcPr>
            <w:tcW w:w="2880" w:type="dxa"/>
          </w:tcPr>
          <w:p w14:paraId="0C0B90D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0.0</w:t>
            </w:r>
          </w:p>
        </w:tc>
      </w:tr>
    </w:tbl>
    <w:p w14:paraId="341F7FB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3.32</w:t>
      </w:r>
    </w:p>
    <w:p w14:paraId="3772AC6D"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27. Bölüm Başkanlığını, iletilen sorunları çözme konusunda nasıl değerlendiriyorsunuz?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12446768" w14:textId="77777777" w:rsidTr="00D15560">
        <w:tc>
          <w:tcPr>
            <w:tcW w:w="2880" w:type="dxa"/>
          </w:tcPr>
          <w:p w14:paraId="454DA67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4EF901E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41CA8B0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4F2C38AB" w14:textId="77777777" w:rsidTr="00D15560">
        <w:tc>
          <w:tcPr>
            <w:tcW w:w="2880" w:type="dxa"/>
          </w:tcPr>
          <w:p w14:paraId="653FCEC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5BECABD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7</w:t>
            </w:r>
          </w:p>
        </w:tc>
        <w:tc>
          <w:tcPr>
            <w:tcW w:w="2880" w:type="dxa"/>
          </w:tcPr>
          <w:p w14:paraId="218A3BF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28.0</w:t>
            </w:r>
          </w:p>
        </w:tc>
      </w:tr>
      <w:tr w:rsidR="0095289E" w:rsidRPr="00E31EFC" w14:paraId="4F777399" w14:textId="77777777" w:rsidTr="00D15560">
        <w:tc>
          <w:tcPr>
            <w:tcW w:w="2880" w:type="dxa"/>
          </w:tcPr>
          <w:p w14:paraId="6E86D73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45FAD2F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w:t>
            </w:r>
          </w:p>
        </w:tc>
        <w:tc>
          <w:tcPr>
            <w:tcW w:w="2880" w:type="dxa"/>
          </w:tcPr>
          <w:p w14:paraId="427CF95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12.0</w:t>
            </w:r>
          </w:p>
        </w:tc>
      </w:tr>
      <w:tr w:rsidR="0095289E" w:rsidRPr="00E31EFC" w14:paraId="6D139933" w14:textId="77777777" w:rsidTr="00D15560">
        <w:tc>
          <w:tcPr>
            <w:tcW w:w="2880" w:type="dxa"/>
          </w:tcPr>
          <w:p w14:paraId="349A965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2987493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10</w:t>
            </w:r>
          </w:p>
        </w:tc>
        <w:tc>
          <w:tcPr>
            <w:tcW w:w="2880" w:type="dxa"/>
          </w:tcPr>
          <w:p w14:paraId="460FF41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40.0</w:t>
            </w:r>
          </w:p>
        </w:tc>
      </w:tr>
      <w:tr w:rsidR="0095289E" w:rsidRPr="00E31EFC" w14:paraId="61553401" w14:textId="77777777" w:rsidTr="00D15560">
        <w:tc>
          <w:tcPr>
            <w:tcW w:w="2880" w:type="dxa"/>
          </w:tcPr>
          <w:p w14:paraId="23E935F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lastRenderedPageBreak/>
              <w:t>2 - Kötü</w:t>
            </w:r>
          </w:p>
        </w:tc>
        <w:tc>
          <w:tcPr>
            <w:tcW w:w="2880" w:type="dxa"/>
          </w:tcPr>
          <w:p w14:paraId="44C8D326"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w:t>
            </w:r>
          </w:p>
        </w:tc>
        <w:tc>
          <w:tcPr>
            <w:tcW w:w="2880" w:type="dxa"/>
          </w:tcPr>
          <w:p w14:paraId="6759210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20.0</w:t>
            </w:r>
          </w:p>
        </w:tc>
      </w:tr>
      <w:tr w:rsidR="0095289E" w:rsidRPr="00E31EFC" w14:paraId="676798BE" w14:textId="77777777" w:rsidTr="00D15560">
        <w:tc>
          <w:tcPr>
            <w:tcW w:w="2880" w:type="dxa"/>
          </w:tcPr>
          <w:p w14:paraId="1CB8ED1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7D6D812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0</w:t>
            </w:r>
          </w:p>
        </w:tc>
        <w:tc>
          <w:tcPr>
            <w:tcW w:w="2880" w:type="dxa"/>
          </w:tcPr>
          <w:p w14:paraId="6D0156B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0.0</w:t>
            </w:r>
          </w:p>
        </w:tc>
      </w:tr>
    </w:tbl>
    <w:p w14:paraId="0C5BA62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3.48</w:t>
      </w:r>
    </w:p>
    <w:p w14:paraId="330162E2"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28. Bölümümüz öğretim elemanlarının ders saatleri dışındaki ulaşılabilirliğini nasıl değerlendiriyorsunuz?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78B2F18B" w14:textId="77777777" w:rsidTr="00D15560">
        <w:tc>
          <w:tcPr>
            <w:tcW w:w="2880" w:type="dxa"/>
          </w:tcPr>
          <w:p w14:paraId="573B4D98"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191CA3B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7AC1D26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54E921EE" w14:textId="77777777" w:rsidTr="00D15560">
        <w:tc>
          <w:tcPr>
            <w:tcW w:w="2880" w:type="dxa"/>
          </w:tcPr>
          <w:p w14:paraId="03E9603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2B1C645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7</w:t>
            </w:r>
          </w:p>
        </w:tc>
        <w:tc>
          <w:tcPr>
            <w:tcW w:w="2880" w:type="dxa"/>
          </w:tcPr>
          <w:p w14:paraId="7B43037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28.0</w:t>
            </w:r>
          </w:p>
        </w:tc>
      </w:tr>
      <w:tr w:rsidR="0095289E" w:rsidRPr="00E31EFC" w14:paraId="56E2FBFC" w14:textId="77777777" w:rsidTr="00D15560">
        <w:tc>
          <w:tcPr>
            <w:tcW w:w="2880" w:type="dxa"/>
          </w:tcPr>
          <w:p w14:paraId="0EC793B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197B58D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w:t>
            </w:r>
          </w:p>
        </w:tc>
        <w:tc>
          <w:tcPr>
            <w:tcW w:w="2880" w:type="dxa"/>
          </w:tcPr>
          <w:p w14:paraId="2C0BAC6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16.0</w:t>
            </w:r>
          </w:p>
        </w:tc>
      </w:tr>
      <w:tr w:rsidR="0095289E" w:rsidRPr="00E31EFC" w14:paraId="3DC4B6CE" w14:textId="77777777" w:rsidTr="00D15560">
        <w:tc>
          <w:tcPr>
            <w:tcW w:w="2880" w:type="dxa"/>
          </w:tcPr>
          <w:p w14:paraId="5CE9CE5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109D804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9</w:t>
            </w:r>
          </w:p>
        </w:tc>
        <w:tc>
          <w:tcPr>
            <w:tcW w:w="2880" w:type="dxa"/>
          </w:tcPr>
          <w:p w14:paraId="054EDEC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36.0</w:t>
            </w:r>
          </w:p>
        </w:tc>
      </w:tr>
      <w:tr w:rsidR="0095289E" w:rsidRPr="00E31EFC" w14:paraId="4B480E9A" w14:textId="77777777" w:rsidTr="00D15560">
        <w:tc>
          <w:tcPr>
            <w:tcW w:w="2880" w:type="dxa"/>
          </w:tcPr>
          <w:p w14:paraId="3EA5E01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7C93AC3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w:t>
            </w:r>
          </w:p>
        </w:tc>
        <w:tc>
          <w:tcPr>
            <w:tcW w:w="2880" w:type="dxa"/>
          </w:tcPr>
          <w:p w14:paraId="4842F1E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12.0</w:t>
            </w:r>
          </w:p>
        </w:tc>
      </w:tr>
      <w:tr w:rsidR="0095289E" w:rsidRPr="00E31EFC" w14:paraId="2EA22047" w14:textId="77777777" w:rsidTr="00D15560">
        <w:tc>
          <w:tcPr>
            <w:tcW w:w="2880" w:type="dxa"/>
          </w:tcPr>
          <w:p w14:paraId="26650D4D"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0DBC174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2880" w:type="dxa"/>
          </w:tcPr>
          <w:p w14:paraId="03D572C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8.0</w:t>
            </w:r>
          </w:p>
        </w:tc>
      </w:tr>
    </w:tbl>
    <w:p w14:paraId="1CBD1CA9"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3.44</w:t>
      </w:r>
    </w:p>
    <w:p w14:paraId="1E014335"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29. Bölümümüzde aldığınız eğitimi uluslararası düzeyde nasıl değerlendiriyorsunuz?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731DF658" w14:textId="77777777" w:rsidTr="00D15560">
        <w:tc>
          <w:tcPr>
            <w:tcW w:w="2880" w:type="dxa"/>
          </w:tcPr>
          <w:p w14:paraId="317C0A7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7EAB4D2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0CBABE2A"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29291D1E" w14:textId="77777777" w:rsidTr="00D15560">
        <w:tc>
          <w:tcPr>
            <w:tcW w:w="2880" w:type="dxa"/>
          </w:tcPr>
          <w:p w14:paraId="5F808AC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6159A5A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2880" w:type="dxa"/>
          </w:tcPr>
          <w:p w14:paraId="4733CC1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8.0</w:t>
            </w:r>
          </w:p>
        </w:tc>
      </w:tr>
      <w:tr w:rsidR="0095289E" w:rsidRPr="00E31EFC" w14:paraId="41C385C9" w14:textId="77777777" w:rsidTr="00D15560">
        <w:tc>
          <w:tcPr>
            <w:tcW w:w="2880" w:type="dxa"/>
          </w:tcPr>
          <w:p w14:paraId="294ED96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50F7CFB0"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w:t>
            </w:r>
          </w:p>
        </w:tc>
        <w:tc>
          <w:tcPr>
            <w:tcW w:w="2880" w:type="dxa"/>
          </w:tcPr>
          <w:p w14:paraId="4DE7696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20.0</w:t>
            </w:r>
          </w:p>
        </w:tc>
      </w:tr>
      <w:tr w:rsidR="0095289E" w:rsidRPr="00E31EFC" w14:paraId="2CC60A72" w14:textId="77777777" w:rsidTr="00D15560">
        <w:tc>
          <w:tcPr>
            <w:tcW w:w="2880" w:type="dxa"/>
          </w:tcPr>
          <w:p w14:paraId="04F0430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1048BA5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11</w:t>
            </w:r>
          </w:p>
        </w:tc>
        <w:tc>
          <w:tcPr>
            <w:tcW w:w="2880" w:type="dxa"/>
          </w:tcPr>
          <w:p w14:paraId="5122528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44.0</w:t>
            </w:r>
          </w:p>
        </w:tc>
      </w:tr>
      <w:tr w:rsidR="0095289E" w:rsidRPr="00E31EFC" w14:paraId="63DEA873" w14:textId="77777777" w:rsidTr="00D15560">
        <w:tc>
          <w:tcPr>
            <w:tcW w:w="2880" w:type="dxa"/>
          </w:tcPr>
          <w:p w14:paraId="448B90B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393C1D3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7</w:t>
            </w:r>
          </w:p>
        </w:tc>
        <w:tc>
          <w:tcPr>
            <w:tcW w:w="2880" w:type="dxa"/>
          </w:tcPr>
          <w:p w14:paraId="5238B0AC"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28.0</w:t>
            </w:r>
          </w:p>
        </w:tc>
      </w:tr>
      <w:tr w:rsidR="0095289E" w:rsidRPr="00E31EFC" w14:paraId="074B4C27" w14:textId="77777777" w:rsidTr="00D15560">
        <w:tc>
          <w:tcPr>
            <w:tcW w:w="2880" w:type="dxa"/>
          </w:tcPr>
          <w:p w14:paraId="6FF1282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119F55D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0</w:t>
            </w:r>
          </w:p>
        </w:tc>
        <w:tc>
          <w:tcPr>
            <w:tcW w:w="2880" w:type="dxa"/>
          </w:tcPr>
          <w:p w14:paraId="28ACC69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0.0</w:t>
            </w:r>
          </w:p>
        </w:tc>
      </w:tr>
    </w:tbl>
    <w:p w14:paraId="6EB5179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Ortalama Puan: 3.08</w:t>
      </w:r>
    </w:p>
    <w:p w14:paraId="3457924A" w14:textId="77777777" w:rsidR="0095289E" w:rsidRPr="00E31EFC" w:rsidRDefault="0095289E" w:rsidP="00205B2D">
      <w:pPr>
        <w:pStyle w:val="Balk2"/>
        <w:ind w:right="789"/>
        <w:rPr>
          <w:rFonts w:ascii="Times New Roman" w:hAnsi="Times New Roman" w:cs="Times New Roman"/>
          <w:color w:val="auto"/>
          <w:sz w:val="24"/>
          <w:szCs w:val="24"/>
        </w:rPr>
      </w:pPr>
      <w:r w:rsidRPr="00E31EFC">
        <w:rPr>
          <w:rFonts w:ascii="Times New Roman" w:hAnsi="Times New Roman" w:cs="Times New Roman"/>
          <w:color w:val="auto"/>
          <w:sz w:val="24"/>
          <w:szCs w:val="24"/>
        </w:rPr>
        <w:t>30. Bölümümüzde almakta olduğunuz eğitimi, bölümümüze girişteki beklentilerinize göre nasıl buluyorsunuz?</w:t>
      </w:r>
    </w:p>
    <w:tbl>
      <w:tblPr>
        <w:tblStyle w:val="TabloKlavuzu"/>
        <w:tblW w:w="0" w:type="auto"/>
        <w:tblLook w:val="04A0" w:firstRow="1" w:lastRow="0" w:firstColumn="1" w:lastColumn="0" w:noHBand="0" w:noVBand="1"/>
      </w:tblPr>
      <w:tblGrid>
        <w:gridCol w:w="2880"/>
        <w:gridCol w:w="2880"/>
        <w:gridCol w:w="2880"/>
      </w:tblGrid>
      <w:tr w:rsidR="0095289E" w:rsidRPr="00E31EFC" w14:paraId="35D8E6C8" w14:textId="77777777" w:rsidTr="00D15560">
        <w:tc>
          <w:tcPr>
            <w:tcW w:w="2880" w:type="dxa"/>
          </w:tcPr>
          <w:p w14:paraId="1E93F9D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Seçenek</w:t>
            </w:r>
          </w:p>
        </w:tc>
        <w:tc>
          <w:tcPr>
            <w:tcW w:w="2880" w:type="dxa"/>
          </w:tcPr>
          <w:p w14:paraId="2DE3DE6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Cevap Sayısı</w:t>
            </w:r>
          </w:p>
        </w:tc>
        <w:tc>
          <w:tcPr>
            <w:tcW w:w="2880" w:type="dxa"/>
          </w:tcPr>
          <w:p w14:paraId="19D9067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Yüzde (%)</w:t>
            </w:r>
          </w:p>
        </w:tc>
      </w:tr>
      <w:tr w:rsidR="0095289E" w:rsidRPr="00E31EFC" w14:paraId="7F36BA80" w14:textId="77777777" w:rsidTr="00D15560">
        <w:tc>
          <w:tcPr>
            <w:tcW w:w="2880" w:type="dxa"/>
          </w:tcPr>
          <w:p w14:paraId="5D1A564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5 - Çok iyi</w:t>
            </w:r>
          </w:p>
        </w:tc>
        <w:tc>
          <w:tcPr>
            <w:tcW w:w="2880" w:type="dxa"/>
          </w:tcPr>
          <w:p w14:paraId="566DCB6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w:t>
            </w:r>
          </w:p>
        </w:tc>
        <w:tc>
          <w:tcPr>
            <w:tcW w:w="2880" w:type="dxa"/>
          </w:tcPr>
          <w:p w14:paraId="4D20D275"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8.0</w:t>
            </w:r>
          </w:p>
        </w:tc>
      </w:tr>
      <w:tr w:rsidR="0095289E" w:rsidRPr="00E31EFC" w14:paraId="4556B50B" w14:textId="77777777" w:rsidTr="00D15560">
        <w:tc>
          <w:tcPr>
            <w:tcW w:w="2880" w:type="dxa"/>
          </w:tcPr>
          <w:p w14:paraId="719DC532"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4 - İyi</w:t>
            </w:r>
          </w:p>
        </w:tc>
        <w:tc>
          <w:tcPr>
            <w:tcW w:w="2880" w:type="dxa"/>
          </w:tcPr>
          <w:p w14:paraId="4CA3036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w:t>
            </w:r>
          </w:p>
        </w:tc>
        <w:tc>
          <w:tcPr>
            <w:tcW w:w="2880" w:type="dxa"/>
          </w:tcPr>
          <w:p w14:paraId="24C56F97"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16.0</w:t>
            </w:r>
          </w:p>
        </w:tc>
      </w:tr>
      <w:tr w:rsidR="0095289E" w:rsidRPr="00E31EFC" w14:paraId="6380129E" w14:textId="77777777" w:rsidTr="00D15560">
        <w:tc>
          <w:tcPr>
            <w:tcW w:w="2880" w:type="dxa"/>
          </w:tcPr>
          <w:p w14:paraId="2A6C41E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3 - Orta</w:t>
            </w:r>
          </w:p>
        </w:tc>
        <w:tc>
          <w:tcPr>
            <w:tcW w:w="2880" w:type="dxa"/>
          </w:tcPr>
          <w:p w14:paraId="1628619B"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12</w:t>
            </w:r>
          </w:p>
        </w:tc>
        <w:tc>
          <w:tcPr>
            <w:tcW w:w="2880" w:type="dxa"/>
          </w:tcPr>
          <w:p w14:paraId="26353D5E"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48.0</w:t>
            </w:r>
          </w:p>
        </w:tc>
      </w:tr>
      <w:tr w:rsidR="0095289E" w:rsidRPr="00E31EFC" w14:paraId="08AEFDE4" w14:textId="77777777" w:rsidTr="00D15560">
        <w:tc>
          <w:tcPr>
            <w:tcW w:w="2880" w:type="dxa"/>
          </w:tcPr>
          <w:p w14:paraId="43571E93"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2 - Kötü</w:t>
            </w:r>
          </w:p>
        </w:tc>
        <w:tc>
          <w:tcPr>
            <w:tcW w:w="2880" w:type="dxa"/>
          </w:tcPr>
          <w:p w14:paraId="003CCBD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6</w:t>
            </w:r>
          </w:p>
        </w:tc>
        <w:tc>
          <w:tcPr>
            <w:tcW w:w="2880" w:type="dxa"/>
          </w:tcPr>
          <w:p w14:paraId="3763BF4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24.0</w:t>
            </w:r>
          </w:p>
        </w:tc>
      </w:tr>
      <w:tr w:rsidR="0095289E" w:rsidRPr="00E31EFC" w14:paraId="4C08CDA7" w14:textId="77777777" w:rsidTr="00D15560">
        <w:tc>
          <w:tcPr>
            <w:tcW w:w="2880" w:type="dxa"/>
          </w:tcPr>
          <w:p w14:paraId="3C4EBA91"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1 - Çok kötü</w:t>
            </w:r>
          </w:p>
        </w:tc>
        <w:tc>
          <w:tcPr>
            <w:tcW w:w="2880" w:type="dxa"/>
          </w:tcPr>
          <w:p w14:paraId="335822FF"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1</w:t>
            </w:r>
          </w:p>
        </w:tc>
        <w:tc>
          <w:tcPr>
            <w:tcW w:w="2880" w:type="dxa"/>
          </w:tcPr>
          <w:p w14:paraId="57434DB4" w14:textId="77777777" w:rsidR="0095289E" w:rsidRPr="00E31EFC" w:rsidRDefault="0095289E" w:rsidP="00205B2D">
            <w:pPr>
              <w:ind w:right="789"/>
              <w:rPr>
                <w:rFonts w:ascii="Times New Roman" w:hAnsi="Times New Roman" w:cs="Times New Roman"/>
                <w:sz w:val="24"/>
                <w:szCs w:val="24"/>
              </w:rPr>
            </w:pPr>
            <w:r w:rsidRPr="00E31EFC">
              <w:rPr>
                <w:rFonts w:ascii="Times New Roman" w:hAnsi="Times New Roman" w:cs="Times New Roman"/>
                <w:sz w:val="24"/>
                <w:szCs w:val="24"/>
              </w:rPr>
              <w:t>4.0</w:t>
            </w:r>
          </w:p>
        </w:tc>
      </w:tr>
    </w:tbl>
    <w:p w14:paraId="36D27EE3" w14:textId="77777777" w:rsidR="00D027C4" w:rsidRPr="00E31EFC" w:rsidRDefault="0095289E" w:rsidP="00205B2D">
      <w:pPr>
        <w:ind w:right="789"/>
        <w:jc w:val="both"/>
        <w:rPr>
          <w:rFonts w:ascii="Times New Roman" w:hAnsi="Times New Roman" w:cs="Times New Roman"/>
          <w:sz w:val="24"/>
          <w:szCs w:val="24"/>
        </w:rPr>
      </w:pPr>
      <w:r w:rsidRPr="00E31EFC">
        <w:rPr>
          <w:rFonts w:ascii="Times New Roman" w:hAnsi="Times New Roman" w:cs="Times New Roman"/>
          <w:sz w:val="24"/>
          <w:szCs w:val="24"/>
        </w:rPr>
        <w:t>Ortalama Puan: 3.00</w:t>
      </w:r>
    </w:p>
    <w:p w14:paraId="4E9CE6AB" w14:textId="445AAD5F" w:rsidR="001C7F31" w:rsidRPr="00E31EFC" w:rsidRDefault="00591787" w:rsidP="00205B2D">
      <w:pPr>
        <w:ind w:right="789"/>
        <w:jc w:val="both"/>
        <w:rPr>
          <w:rFonts w:ascii="Times New Roman" w:hAnsi="Times New Roman" w:cs="Times New Roman"/>
          <w:sz w:val="24"/>
          <w:szCs w:val="24"/>
        </w:rPr>
      </w:pPr>
      <w:r w:rsidRPr="00E31EFC">
        <w:rPr>
          <w:rFonts w:ascii="Times New Roman" w:hAnsi="Times New Roman" w:cs="Times New Roman"/>
          <w:sz w:val="24"/>
          <w:szCs w:val="24"/>
        </w:rPr>
        <w:br/>
      </w:r>
      <w:r w:rsidR="001C7F31" w:rsidRPr="00E31EFC">
        <w:rPr>
          <w:rFonts w:ascii="Times New Roman" w:hAnsi="Times New Roman" w:cs="Times New Roman"/>
          <w:b/>
          <w:bCs/>
          <w:sz w:val="24"/>
          <w:szCs w:val="24"/>
        </w:rPr>
        <w:t>Genel Değerlendirme</w:t>
      </w:r>
    </w:p>
    <w:p w14:paraId="744A0675" w14:textId="574F3474" w:rsidR="001C7F31" w:rsidRPr="00E31EFC" w:rsidRDefault="001C7F31" w:rsidP="00205B2D">
      <w:pPr>
        <w:ind w:right="789"/>
        <w:jc w:val="both"/>
        <w:rPr>
          <w:rFonts w:ascii="Times New Roman" w:hAnsi="Times New Roman" w:cs="Times New Roman"/>
          <w:sz w:val="24"/>
          <w:szCs w:val="24"/>
        </w:rPr>
      </w:pPr>
      <w:r w:rsidRPr="00E31EFC">
        <w:rPr>
          <w:rFonts w:ascii="Times New Roman" w:hAnsi="Times New Roman" w:cs="Times New Roman"/>
          <w:sz w:val="24"/>
          <w:szCs w:val="24"/>
        </w:rPr>
        <w:t>Anket verileri ışığında elde edilen 3.03'lük genel ortalama, katılımcıların memnuniyet düzeyinin "orta seviyede" seyrettiğini göstermektedir. Veriler derinlemesine analiz edildiğinde, Eğitim-Öğretim ve Akademik Destek boyutundaki başarının, Fakülte/Üniversite Hizmetleri ve Kurumsal Destek alanındaki eksikliklerle gölgelendiği görülmektedir. Bu tablo, bölümün akademik nitelik ve insan kaynağı açısından güçlü olduğunu</w:t>
      </w:r>
      <w:r w:rsidR="00BB2F47">
        <w:rPr>
          <w:rFonts w:ascii="Times New Roman" w:hAnsi="Times New Roman" w:cs="Times New Roman"/>
          <w:sz w:val="24"/>
          <w:szCs w:val="24"/>
        </w:rPr>
        <w:t xml:space="preserve"> </w:t>
      </w:r>
      <w:r w:rsidRPr="00E31EFC">
        <w:rPr>
          <w:rFonts w:ascii="Times New Roman" w:hAnsi="Times New Roman" w:cs="Times New Roman"/>
          <w:sz w:val="24"/>
          <w:szCs w:val="24"/>
        </w:rPr>
        <w:t>açıkça ortaya koymaktadır.</w:t>
      </w:r>
    </w:p>
    <w:p w14:paraId="0A0A4B4C" w14:textId="77777777" w:rsidR="001C7F31" w:rsidRPr="00E31EFC" w:rsidRDefault="001C7F31" w:rsidP="00205B2D">
      <w:pPr>
        <w:ind w:right="789"/>
        <w:jc w:val="both"/>
        <w:rPr>
          <w:rFonts w:ascii="Times New Roman" w:hAnsi="Times New Roman" w:cs="Times New Roman"/>
          <w:sz w:val="24"/>
          <w:szCs w:val="24"/>
        </w:rPr>
      </w:pPr>
    </w:p>
    <w:p w14:paraId="56E6BCA0" w14:textId="77777777" w:rsidR="001C7F31" w:rsidRPr="00E31EFC" w:rsidRDefault="001C7F31" w:rsidP="00205B2D">
      <w:pPr>
        <w:ind w:right="789"/>
        <w:jc w:val="both"/>
        <w:rPr>
          <w:rFonts w:ascii="Times New Roman" w:hAnsi="Times New Roman" w:cs="Times New Roman"/>
          <w:b/>
          <w:bCs/>
          <w:sz w:val="24"/>
          <w:szCs w:val="24"/>
        </w:rPr>
      </w:pPr>
      <w:r w:rsidRPr="00E31EFC">
        <w:rPr>
          <w:rFonts w:ascii="Times New Roman" w:hAnsi="Times New Roman" w:cs="Times New Roman"/>
          <w:b/>
          <w:bCs/>
          <w:sz w:val="24"/>
          <w:szCs w:val="24"/>
        </w:rPr>
        <w:t>Güçlü Yönler</w:t>
      </w:r>
    </w:p>
    <w:p w14:paraId="6CDF255B" w14:textId="77777777" w:rsidR="001C7F31" w:rsidRPr="00E31EFC" w:rsidRDefault="001C7F31" w:rsidP="00205B2D">
      <w:pPr>
        <w:ind w:right="789"/>
        <w:jc w:val="both"/>
        <w:rPr>
          <w:rFonts w:ascii="Times New Roman" w:hAnsi="Times New Roman" w:cs="Times New Roman"/>
          <w:sz w:val="24"/>
          <w:szCs w:val="24"/>
        </w:rPr>
      </w:pPr>
      <w:r w:rsidRPr="00E31EFC">
        <w:rPr>
          <w:rFonts w:ascii="Times New Roman" w:hAnsi="Times New Roman" w:cs="Times New Roman"/>
          <w:sz w:val="24"/>
          <w:szCs w:val="24"/>
        </w:rPr>
        <w:t>Memnuniyet anketinde en yüksek skorların alındığı alanlar, doğrudan akademik kadronun niteliği ve müfredat yapısı ile ilişkilidir.</w:t>
      </w:r>
    </w:p>
    <w:p w14:paraId="47A90F17" w14:textId="77777777" w:rsidR="001C7F31" w:rsidRPr="00E31EFC" w:rsidRDefault="001C7F31" w:rsidP="00205B2D">
      <w:pPr>
        <w:numPr>
          <w:ilvl w:val="0"/>
          <w:numId w:val="17"/>
        </w:numPr>
        <w:ind w:right="789"/>
        <w:jc w:val="both"/>
        <w:rPr>
          <w:rFonts w:ascii="Times New Roman" w:hAnsi="Times New Roman" w:cs="Times New Roman"/>
          <w:sz w:val="24"/>
          <w:szCs w:val="24"/>
        </w:rPr>
      </w:pPr>
      <w:r w:rsidRPr="00E31EFC">
        <w:rPr>
          <w:rFonts w:ascii="Times New Roman" w:hAnsi="Times New Roman" w:cs="Times New Roman"/>
          <w:sz w:val="24"/>
          <w:szCs w:val="24"/>
        </w:rPr>
        <w:t>Akademik Danışmanlık ve İletişim (Ort.: 3.84): Öğrencilerin danışmanlarıyla kurdukları iletişim ve sorun çözme mekanizmaları en yüksek memnuniyet alanıdır. Bu durum, öğretim üyelerinin öğrencilere karşı ilgili ve ulaşılabilir olduğunu kanıtlamaktadır.</w:t>
      </w:r>
    </w:p>
    <w:p w14:paraId="3BB4C916" w14:textId="77777777" w:rsidR="001C7F31" w:rsidRPr="00E31EFC" w:rsidRDefault="001C7F31" w:rsidP="00205B2D">
      <w:pPr>
        <w:numPr>
          <w:ilvl w:val="0"/>
          <w:numId w:val="17"/>
        </w:numPr>
        <w:ind w:right="789"/>
        <w:jc w:val="both"/>
        <w:rPr>
          <w:rFonts w:ascii="Times New Roman" w:hAnsi="Times New Roman" w:cs="Times New Roman"/>
          <w:sz w:val="24"/>
          <w:szCs w:val="24"/>
        </w:rPr>
      </w:pPr>
      <w:r w:rsidRPr="00E31EFC">
        <w:rPr>
          <w:rFonts w:ascii="Times New Roman" w:hAnsi="Times New Roman" w:cs="Times New Roman"/>
          <w:sz w:val="24"/>
          <w:szCs w:val="24"/>
        </w:rPr>
        <w:t>Müfredat Tatmini (Ort.: 3.76): Mesleki seçmeli derslerin çeşitliliği ve içerik zenginliği, öğrencilerin akademik beklentilerinin karşılandığını ve müfredatın güncel ihtiyaçlara cevap verebildiğini göstermektedir.</w:t>
      </w:r>
    </w:p>
    <w:p w14:paraId="219321C4" w14:textId="77777777" w:rsidR="001C7F31" w:rsidRPr="00E31EFC" w:rsidRDefault="001C7F31" w:rsidP="00205B2D">
      <w:pPr>
        <w:numPr>
          <w:ilvl w:val="0"/>
          <w:numId w:val="17"/>
        </w:numPr>
        <w:ind w:right="789"/>
        <w:jc w:val="both"/>
        <w:rPr>
          <w:rFonts w:ascii="Times New Roman" w:hAnsi="Times New Roman" w:cs="Times New Roman"/>
          <w:sz w:val="24"/>
          <w:szCs w:val="24"/>
        </w:rPr>
      </w:pPr>
      <w:r w:rsidRPr="00E31EFC">
        <w:rPr>
          <w:rFonts w:ascii="Times New Roman" w:hAnsi="Times New Roman" w:cs="Times New Roman"/>
          <w:sz w:val="24"/>
          <w:szCs w:val="24"/>
        </w:rPr>
        <w:lastRenderedPageBreak/>
        <w:t>Akademik Yetkinlik (Ort.: 3.60): Bölümün akademik kadrosunun eğitim-öğretimi yürütme konusundaki yeterliliği, öğrencilerin güven duyduğu temel unsurlardan biridir.</w:t>
      </w:r>
    </w:p>
    <w:p w14:paraId="763880F7" w14:textId="77777777" w:rsidR="001C7F31" w:rsidRDefault="001C7F31" w:rsidP="00E31EFC">
      <w:pPr>
        <w:ind w:left="720" w:right="789"/>
        <w:jc w:val="both"/>
        <w:rPr>
          <w:rFonts w:ascii="Times New Roman" w:hAnsi="Times New Roman" w:cs="Times New Roman"/>
          <w:sz w:val="24"/>
          <w:szCs w:val="24"/>
        </w:rPr>
      </w:pPr>
    </w:p>
    <w:p w14:paraId="178B526D" w14:textId="77777777" w:rsidR="00E31EFC" w:rsidRPr="00E31EFC" w:rsidRDefault="00E31EFC" w:rsidP="00E31EFC">
      <w:pPr>
        <w:ind w:left="720" w:right="789"/>
        <w:jc w:val="both"/>
        <w:rPr>
          <w:rFonts w:ascii="Times New Roman" w:hAnsi="Times New Roman" w:cs="Times New Roman"/>
          <w:sz w:val="24"/>
          <w:szCs w:val="24"/>
        </w:rPr>
      </w:pPr>
    </w:p>
    <w:p w14:paraId="24832EB4" w14:textId="77777777" w:rsidR="001C7F31" w:rsidRPr="00E31EFC" w:rsidRDefault="001C7F31" w:rsidP="00205B2D">
      <w:pPr>
        <w:ind w:right="789"/>
        <w:jc w:val="both"/>
        <w:rPr>
          <w:rFonts w:ascii="Times New Roman" w:hAnsi="Times New Roman" w:cs="Times New Roman"/>
          <w:b/>
          <w:bCs/>
          <w:sz w:val="24"/>
          <w:szCs w:val="24"/>
        </w:rPr>
      </w:pPr>
      <w:r w:rsidRPr="00E31EFC">
        <w:rPr>
          <w:rFonts w:ascii="Times New Roman" w:hAnsi="Times New Roman" w:cs="Times New Roman"/>
          <w:b/>
          <w:bCs/>
          <w:sz w:val="24"/>
          <w:szCs w:val="24"/>
        </w:rPr>
        <w:t>Geliştirilmeye Açık Alanlar</w:t>
      </w:r>
    </w:p>
    <w:p w14:paraId="57A36257" w14:textId="77777777" w:rsidR="001C7F31" w:rsidRPr="00E31EFC" w:rsidRDefault="001C7F31" w:rsidP="00205B2D">
      <w:pPr>
        <w:ind w:right="789"/>
        <w:jc w:val="both"/>
        <w:rPr>
          <w:rFonts w:ascii="Times New Roman" w:hAnsi="Times New Roman" w:cs="Times New Roman"/>
          <w:sz w:val="24"/>
          <w:szCs w:val="24"/>
        </w:rPr>
      </w:pPr>
      <w:r w:rsidRPr="00E31EFC">
        <w:rPr>
          <w:rFonts w:ascii="Times New Roman" w:hAnsi="Times New Roman" w:cs="Times New Roman"/>
          <w:sz w:val="24"/>
          <w:szCs w:val="24"/>
        </w:rPr>
        <w:t>Memnuniyetin kritik seviyenin altına düştüğü alanlar, eğitimden ziyade öğrencilerin günlük yaşam kalitesini ve fiziksel konforunu etkileyen altyapısal hizmetlerdir.</w:t>
      </w:r>
    </w:p>
    <w:p w14:paraId="3200913A" w14:textId="69C76E59" w:rsidR="001C7F31" w:rsidRPr="00E31EFC" w:rsidRDefault="001C7F31" w:rsidP="00205B2D">
      <w:pPr>
        <w:numPr>
          <w:ilvl w:val="0"/>
          <w:numId w:val="18"/>
        </w:numPr>
        <w:ind w:right="789"/>
        <w:jc w:val="both"/>
        <w:rPr>
          <w:rFonts w:ascii="Times New Roman" w:hAnsi="Times New Roman" w:cs="Times New Roman"/>
          <w:sz w:val="24"/>
          <w:szCs w:val="24"/>
        </w:rPr>
      </w:pPr>
      <w:r w:rsidRPr="00E31EFC">
        <w:rPr>
          <w:rFonts w:ascii="Times New Roman" w:hAnsi="Times New Roman" w:cs="Times New Roman"/>
          <w:sz w:val="24"/>
          <w:szCs w:val="24"/>
        </w:rPr>
        <w:t xml:space="preserve">Sosyal ve Beslenme İmkanları (Ort.: 2.00 - 2.36): Fakülte kantini (2.00) ve kampüs yemek olanakları (2.36), anketin </w:t>
      </w:r>
      <w:r w:rsidR="00BB2F47">
        <w:rPr>
          <w:rFonts w:ascii="Times New Roman" w:hAnsi="Times New Roman" w:cs="Times New Roman"/>
          <w:sz w:val="24"/>
          <w:szCs w:val="24"/>
        </w:rPr>
        <w:t>geliştirmeye açık alanını</w:t>
      </w:r>
      <w:r w:rsidRPr="00E31EFC">
        <w:rPr>
          <w:rFonts w:ascii="Times New Roman" w:hAnsi="Times New Roman" w:cs="Times New Roman"/>
          <w:sz w:val="24"/>
          <w:szCs w:val="24"/>
        </w:rPr>
        <w:t xml:space="preserve"> oluşturmaktadır. Bu durum, öğrencilerin temel ihtiyaçlarını karşılama noktasında </w:t>
      </w:r>
      <w:r w:rsidR="00BB2F47">
        <w:rPr>
          <w:rFonts w:ascii="Times New Roman" w:hAnsi="Times New Roman" w:cs="Times New Roman"/>
          <w:sz w:val="24"/>
          <w:szCs w:val="24"/>
        </w:rPr>
        <w:t>bazı noktaların tekrardan ele alınması gerektiğini göstermektedir.</w:t>
      </w:r>
    </w:p>
    <w:p w14:paraId="5AD02DF1" w14:textId="26565DE4" w:rsidR="001C7F31" w:rsidRPr="00E31EFC" w:rsidRDefault="001C7F31" w:rsidP="00205B2D">
      <w:pPr>
        <w:numPr>
          <w:ilvl w:val="0"/>
          <w:numId w:val="18"/>
        </w:numPr>
        <w:ind w:right="789"/>
        <w:jc w:val="both"/>
        <w:rPr>
          <w:rFonts w:ascii="Times New Roman" w:hAnsi="Times New Roman" w:cs="Times New Roman"/>
          <w:sz w:val="24"/>
          <w:szCs w:val="24"/>
        </w:rPr>
      </w:pPr>
      <w:r w:rsidRPr="00E31EFC">
        <w:rPr>
          <w:rFonts w:ascii="Times New Roman" w:hAnsi="Times New Roman" w:cs="Times New Roman"/>
          <w:sz w:val="24"/>
          <w:szCs w:val="24"/>
        </w:rPr>
        <w:t xml:space="preserve">Fiziksel Altyapı ve Donanım (Ort.: 2.32): Bina güvenliği, teknik altyapı ve donanım konusundaki  puanlar, eğitim ortamının fiziksel standartlarının </w:t>
      </w:r>
      <w:r w:rsidR="00BB2F47">
        <w:rPr>
          <w:rFonts w:ascii="Times New Roman" w:hAnsi="Times New Roman" w:cs="Times New Roman"/>
          <w:sz w:val="24"/>
          <w:szCs w:val="24"/>
        </w:rPr>
        <w:t xml:space="preserve">geliştirilmesi gerektiğini </w:t>
      </w:r>
      <w:r w:rsidRPr="00E31EFC">
        <w:rPr>
          <w:rFonts w:ascii="Times New Roman" w:hAnsi="Times New Roman" w:cs="Times New Roman"/>
          <w:sz w:val="24"/>
          <w:szCs w:val="24"/>
        </w:rPr>
        <w:t>göstermektedir.</w:t>
      </w:r>
    </w:p>
    <w:p w14:paraId="54FA58CE" w14:textId="54A0D3BF" w:rsidR="0095289E" w:rsidRPr="00E31EFC" w:rsidRDefault="0095289E" w:rsidP="00205B2D">
      <w:pPr>
        <w:ind w:right="789"/>
        <w:jc w:val="both"/>
        <w:rPr>
          <w:rFonts w:ascii="Times New Roman" w:hAnsi="Times New Roman" w:cs="Times New Roman"/>
          <w:b/>
          <w:bCs/>
          <w:sz w:val="24"/>
          <w:szCs w:val="24"/>
        </w:rPr>
      </w:pPr>
    </w:p>
    <w:p w14:paraId="688C3AB2" w14:textId="180321D1" w:rsidR="00E31EFC" w:rsidRPr="00E31EFC" w:rsidRDefault="00E31EFC" w:rsidP="00E31EFC">
      <w:pPr>
        <w:ind w:right="789"/>
        <w:jc w:val="both"/>
        <w:rPr>
          <w:rFonts w:ascii="Times New Roman" w:hAnsi="Times New Roman" w:cs="Times New Roman"/>
          <w:spacing w:val="-2"/>
          <w:sz w:val="24"/>
          <w:szCs w:val="24"/>
        </w:rPr>
      </w:pPr>
      <w:r w:rsidRPr="00E31EFC">
        <w:rPr>
          <w:rFonts w:ascii="Times New Roman" w:hAnsi="Times New Roman" w:cs="Times New Roman"/>
          <w:b/>
          <w:bCs/>
          <w:spacing w:val="-2"/>
          <w:sz w:val="24"/>
          <w:szCs w:val="24"/>
        </w:rPr>
        <w:t>SONUÇ</w:t>
      </w:r>
    </w:p>
    <w:p w14:paraId="4CC68E49" w14:textId="77777777" w:rsidR="00E31EFC" w:rsidRPr="00E31EFC" w:rsidRDefault="00E31EFC" w:rsidP="00E31EFC">
      <w:pPr>
        <w:ind w:right="789"/>
        <w:jc w:val="both"/>
        <w:rPr>
          <w:rFonts w:ascii="Times New Roman" w:hAnsi="Times New Roman" w:cs="Times New Roman"/>
          <w:spacing w:val="-2"/>
          <w:sz w:val="24"/>
          <w:szCs w:val="24"/>
        </w:rPr>
      </w:pPr>
    </w:p>
    <w:p w14:paraId="66B4B905" w14:textId="77777777" w:rsidR="00E31EFC" w:rsidRPr="00E31EFC" w:rsidRDefault="00E31EFC" w:rsidP="00E31EFC">
      <w:pPr>
        <w:ind w:right="789"/>
        <w:jc w:val="both"/>
        <w:rPr>
          <w:rFonts w:ascii="Times New Roman" w:hAnsi="Times New Roman" w:cs="Times New Roman"/>
          <w:spacing w:val="-2"/>
          <w:sz w:val="24"/>
          <w:szCs w:val="24"/>
        </w:rPr>
      </w:pPr>
      <w:r w:rsidRPr="00E31EFC">
        <w:rPr>
          <w:rFonts w:ascii="Times New Roman" w:hAnsi="Times New Roman" w:cs="Times New Roman"/>
          <w:spacing w:val="-2"/>
          <w:sz w:val="24"/>
          <w:szCs w:val="24"/>
        </w:rPr>
        <w:t>Balıkesir Üniversitesi Güzel Sanatlar Fakültesi Grafik Sanatlar Bölümü öğrencilerine uygulanan memnuniyet anketi verileri bütüncül olarak değerlendirildiğinde, bölümün akademik boyutu ile fiziksel ve sosyal olanakları arasında dikkate değer bir farklılaşma olduğu gözlemlenmektedir.</w:t>
      </w:r>
    </w:p>
    <w:p w14:paraId="3E2AE668" w14:textId="77777777" w:rsidR="00E31EFC" w:rsidRPr="00E31EFC" w:rsidRDefault="00E31EFC" w:rsidP="00E31EFC">
      <w:pPr>
        <w:ind w:right="789"/>
        <w:jc w:val="both"/>
        <w:rPr>
          <w:rFonts w:ascii="Times New Roman" w:hAnsi="Times New Roman" w:cs="Times New Roman"/>
          <w:spacing w:val="-2"/>
          <w:sz w:val="24"/>
          <w:szCs w:val="24"/>
        </w:rPr>
      </w:pPr>
      <w:r w:rsidRPr="00E31EFC">
        <w:rPr>
          <w:rFonts w:ascii="Times New Roman" w:hAnsi="Times New Roman" w:cs="Times New Roman"/>
          <w:spacing w:val="-2"/>
          <w:sz w:val="24"/>
          <w:szCs w:val="24"/>
        </w:rPr>
        <w:t>Elde edilen 3.03 genel ortalama puanı, öğrenci memnuniyetinin orta düzeyde seyrettiğine işaret etmekle birlikte, çalışmanın alt boyutları incelendiğinde şu çıkarımlarda bulunmak mümkündür:</w:t>
      </w:r>
    </w:p>
    <w:p w14:paraId="0ED60BB6" w14:textId="77777777" w:rsidR="00E31EFC" w:rsidRPr="00E31EFC" w:rsidRDefault="00E31EFC" w:rsidP="00E31EFC">
      <w:pPr>
        <w:numPr>
          <w:ilvl w:val="0"/>
          <w:numId w:val="20"/>
        </w:numPr>
        <w:ind w:right="789"/>
        <w:jc w:val="both"/>
        <w:rPr>
          <w:rFonts w:ascii="Times New Roman" w:hAnsi="Times New Roman" w:cs="Times New Roman"/>
          <w:spacing w:val="-2"/>
          <w:sz w:val="24"/>
          <w:szCs w:val="24"/>
        </w:rPr>
      </w:pPr>
      <w:r w:rsidRPr="00E31EFC">
        <w:rPr>
          <w:rFonts w:ascii="Times New Roman" w:hAnsi="Times New Roman" w:cs="Times New Roman"/>
          <w:spacing w:val="-2"/>
          <w:sz w:val="24"/>
          <w:szCs w:val="24"/>
        </w:rPr>
        <w:t>Akademik Süreçlere Yönelik Olumlu Algı: Katılımcıların öğretim elemanlarına, danışmanlık hizmetlerine ve ders içeriklerine yönelik geri bildirimlerinin, genel ortalamanın üzerinde ve nispeten daha olumlu olduğu görülmektedir. Özellikle danışmanlık hizmetlerine verilen yüksek puanlar, akademik iletişimin ve yönlendirmenin öğrenciler nezdinde karşılık bulduğuna dair önemli bir gösterge olarak değerlendirilebilir.</w:t>
      </w:r>
    </w:p>
    <w:p w14:paraId="448BF61F" w14:textId="5AFE8CFA" w:rsidR="00E31EFC" w:rsidRPr="00E31EFC" w:rsidRDefault="00E31EFC" w:rsidP="00E31EFC">
      <w:pPr>
        <w:numPr>
          <w:ilvl w:val="0"/>
          <w:numId w:val="20"/>
        </w:numPr>
        <w:ind w:right="789"/>
        <w:jc w:val="both"/>
        <w:rPr>
          <w:rFonts w:ascii="Times New Roman" w:hAnsi="Times New Roman" w:cs="Times New Roman"/>
          <w:spacing w:val="-2"/>
          <w:sz w:val="24"/>
          <w:szCs w:val="24"/>
        </w:rPr>
      </w:pPr>
      <w:r w:rsidRPr="00E31EFC">
        <w:rPr>
          <w:rFonts w:ascii="Times New Roman" w:hAnsi="Times New Roman" w:cs="Times New Roman"/>
          <w:spacing w:val="-2"/>
          <w:sz w:val="24"/>
          <w:szCs w:val="24"/>
        </w:rPr>
        <w:t xml:space="preserve">Fiziksel ve Sosyal Alanlarda İyileştirme İhtiyacı: </w:t>
      </w:r>
      <w:r w:rsidR="00BB2F47">
        <w:rPr>
          <w:rFonts w:ascii="Times New Roman" w:hAnsi="Times New Roman" w:cs="Times New Roman"/>
          <w:spacing w:val="-2"/>
          <w:sz w:val="24"/>
          <w:szCs w:val="24"/>
        </w:rPr>
        <w:t>K</w:t>
      </w:r>
      <w:r w:rsidRPr="00E31EFC">
        <w:rPr>
          <w:rFonts w:ascii="Times New Roman" w:hAnsi="Times New Roman" w:cs="Times New Roman"/>
          <w:spacing w:val="-2"/>
          <w:sz w:val="24"/>
          <w:szCs w:val="24"/>
        </w:rPr>
        <w:t>antin, yemekhane ve fakülte binasının fiziki koşulları gibi sosyal donatı alanlarına ilişkin verilerin</w:t>
      </w:r>
      <w:r w:rsidR="00BB2F47">
        <w:rPr>
          <w:rFonts w:ascii="Times New Roman" w:hAnsi="Times New Roman" w:cs="Times New Roman"/>
          <w:spacing w:val="-2"/>
          <w:sz w:val="24"/>
          <w:szCs w:val="24"/>
        </w:rPr>
        <w:t xml:space="preserve">; akademik süreçlere göre </w:t>
      </w:r>
      <w:r w:rsidRPr="00E31EFC">
        <w:rPr>
          <w:rFonts w:ascii="Times New Roman" w:hAnsi="Times New Roman" w:cs="Times New Roman"/>
          <w:spacing w:val="-2"/>
          <w:sz w:val="24"/>
          <w:szCs w:val="24"/>
        </w:rPr>
        <w:t>daha düşük seyrettiği anlaşılmaktadır. Bu durum, mevcut fiziksel altyapının ve sosyal hizmetlerin, öğrencilerin beklentilerini karşılama noktasında geliştirilmeye açık yönleri bulunduğunu düşündürmektedir.</w:t>
      </w:r>
    </w:p>
    <w:p w14:paraId="486DD528" w14:textId="2406F551" w:rsidR="00E31EFC" w:rsidRPr="00E31EFC" w:rsidRDefault="00E31EFC" w:rsidP="00E31EFC">
      <w:pPr>
        <w:numPr>
          <w:ilvl w:val="0"/>
          <w:numId w:val="20"/>
        </w:numPr>
        <w:ind w:right="789"/>
        <w:jc w:val="both"/>
        <w:rPr>
          <w:rFonts w:ascii="Times New Roman" w:hAnsi="Times New Roman" w:cs="Times New Roman"/>
          <w:spacing w:val="-2"/>
          <w:sz w:val="24"/>
          <w:szCs w:val="24"/>
        </w:rPr>
      </w:pPr>
      <w:r w:rsidRPr="00E31EFC">
        <w:rPr>
          <w:rFonts w:ascii="Times New Roman" w:hAnsi="Times New Roman" w:cs="Times New Roman"/>
          <w:spacing w:val="-2"/>
          <w:sz w:val="24"/>
          <w:szCs w:val="24"/>
        </w:rPr>
        <w:t xml:space="preserve">Teknik Altyapının Önemi: Grafik eğitimi süreçlerinin temel bileşenlerinden biri olan bilgisayar ve internet olanaklarına ilişkin değerlendirmeler, bu alanların güçlendirilmesinin eğitim kalitesine olumlu katkı sunabileceğini göstermektedir. Atölye ve laboratuvar imkanlarının güncel teknolojilerle desteklenmesinin, öğrenci motivasyonu üzerinde </w:t>
      </w:r>
      <w:r w:rsidR="00BB2F47">
        <w:rPr>
          <w:rFonts w:ascii="Times New Roman" w:hAnsi="Times New Roman" w:cs="Times New Roman"/>
          <w:spacing w:val="-2"/>
          <w:sz w:val="24"/>
          <w:szCs w:val="24"/>
        </w:rPr>
        <w:t>olumlu etki</w:t>
      </w:r>
      <w:r w:rsidRPr="00E31EFC">
        <w:rPr>
          <w:rFonts w:ascii="Times New Roman" w:hAnsi="Times New Roman" w:cs="Times New Roman"/>
          <w:spacing w:val="-2"/>
          <w:sz w:val="24"/>
          <w:szCs w:val="24"/>
        </w:rPr>
        <w:t xml:space="preserve"> </w:t>
      </w:r>
      <w:r w:rsidR="00BB2F47">
        <w:rPr>
          <w:rFonts w:ascii="Times New Roman" w:hAnsi="Times New Roman" w:cs="Times New Roman"/>
          <w:spacing w:val="-2"/>
          <w:sz w:val="24"/>
          <w:szCs w:val="24"/>
        </w:rPr>
        <w:t xml:space="preserve">yaratabileceği </w:t>
      </w:r>
      <w:r w:rsidRPr="00E31EFC">
        <w:rPr>
          <w:rFonts w:ascii="Times New Roman" w:hAnsi="Times New Roman" w:cs="Times New Roman"/>
          <w:spacing w:val="-2"/>
          <w:sz w:val="24"/>
          <w:szCs w:val="24"/>
        </w:rPr>
        <w:t>öngörülmektedir.</w:t>
      </w:r>
    </w:p>
    <w:p w14:paraId="38974DD4" w14:textId="77777777" w:rsidR="00E31EFC" w:rsidRPr="00E31EFC" w:rsidRDefault="00E31EFC" w:rsidP="00E31EFC">
      <w:pPr>
        <w:ind w:right="789"/>
        <w:jc w:val="both"/>
        <w:rPr>
          <w:rFonts w:ascii="Times New Roman" w:hAnsi="Times New Roman" w:cs="Times New Roman"/>
          <w:spacing w:val="-2"/>
          <w:sz w:val="24"/>
          <w:szCs w:val="24"/>
        </w:rPr>
      </w:pPr>
      <w:r w:rsidRPr="00E31EFC">
        <w:rPr>
          <w:rFonts w:ascii="Times New Roman" w:hAnsi="Times New Roman" w:cs="Times New Roman"/>
          <w:spacing w:val="-2"/>
          <w:sz w:val="24"/>
          <w:szCs w:val="24"/>
        </w:rPr>
        <w:t>Genel bir değerlendirme yapıldığında; Bölümün nitelikli akademik kadrosu ve müfredat yapısının güçlü bir zemin oluşturduğu; ancak bu yapının fiziksel donanım ve sosyal olanaklarla desteklenmesinin genel memnuniyet düzeyini daha üst seviyelere taşıyabileceği düşünülmektedir. İlerleyen süreçte yapılacak planlamalarda, akademik niteliğin korunmasının yanı sıra, fiziksel ve sosyal koşulların iyileştirilmesine yönelik adımların önceliklendirilmesinin faydalı olacağı değerlendirilmektedir.</w:t>
      </w:r>
    </w:p>
    <w:p w14:paraId="2DE6AAF6" w14:textId="77777777" w:rsidR="00E31EFC" w:rsidRPr="00E31EFC" w:rsidRDefault="00E31EFC" w:rsidP="00205B2D">
      <w:pPr>
        <w:ind w:right="789"/>
        <w:jc w:val="both"/>
        <w:rPr>
          <w:rFonts w:ascii="Times New Roman" w:hAnsi="Times New Roman" w:cs="Times New Roman"/>
          <w:spacing w:val="-2"/>
          <w:sz w:val="24"/>
          <w:szCs w:val="24"/>
        </w:rPr>
      </w:pPr>
    </w:p>
    <w:sectPr w:rsidR="00E31EFC" w:rsidRPr="00E31EFC" w:rsidSect="00ED4D19">
      <w:type w:val="continuous"/>
      <w:pgSz w:w="12240" w:h="15840"/>
      <w:pgMar w:top="700" w:right="333" w:bottom="1276"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 w:name="Courier">
    <w:panose1 w:val="020703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031D2E29"/>
    <w:multiLevelType w:val="multilevel"/>
    <w:tmpl w:val="43463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DC3C57"/>
    <w:multiLevelType w:val="multilevel"/>
    <w:tmpl w:val="10F4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6434A1"/>
    <w:multiLevelType w:val="multilevel"/>
    <w:tmpl w:val="A9026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183D1F"/>
    <w:multiLevelType w:val="hybridMultilevel"/>
    <w:tmpl w:val="2628149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70D1513"/>
    <w:multiLevelType w:val="multilevel"/>
    <w:tmpl w:val="3E6E6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CE51FF"/>
    <w:multiLevelType w:val="multilevel"/>
    <w:tmpl w:val="D0865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131B8A"/>
    <w:multiLevelType w:val="multilevel"/>
    <w:tmpl w:val="664CF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6C22B2"/>
    <w:multiLevelType w:val="multilevel"/>
    <w:tmpl w:val="97703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E54950"/>
    <w:multiLevelType w:val="multilevel"/>
    <w:tmpl w:val="735E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C31F61"/>
    <w:multiLevelType w:val="multilevel"/>
    <w:tmpl w:val="29002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AA3E26"/>
    <w:multiLevelType w:val="multilevel"/>
    <w:tmpl w:val="DA72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9866875">
    <w:abstractNumId w:val="12"/>
  </w:num>
  <w:num w:numId="2" w16cid:durableId="327829235">
    <w:abstractNumId w:val="17"/>
  </w:num>
  <w:num w:numId="3" w16cid:durableId="1156842200">
    <w:abstractNumId w:val="13"/>
  </w:num>
  <w:num w:numId="4" w16cid:durableId="668601281">
    <w:abstractNumId w:val="18"/>
  </w:num>
  <w:num w:numId="5" w16cid:durableId="1722751825">
    <w:abstractNumId w:val="9"/>
  </w:num>
  <w:num w:numId="6" w16cid:durableId="1307861493">
    <w:abstractNumId w:val="14"/>
  </w:num>
  <w:num w:numId="7" w16cid:durableId="1429697984">
    <w:abstractNumId w:val="15"/>
  </w:num>
  <w:num w:numId="8" w16cid:durableId="1764371289">
    <w:abstractNumId w:val="8"/>
  </w:num>
  <w:num w:numId="9" w16cid:durableId="1451894198">
    <w:abstractNumId w:val="6"/>
  </w:num>
  <w:num w:numId="10" w16cid:durableId="421222041">
    <w:abstractNumId w:val="5"/>
  </w:num>
  <w:num w:numId="11" w16cid:durableId="1497645359">
    <w:abstractNumId w:val="4"/>
  </w:num>
  <w:num w:numId="12" w16cid:durableId="1348290949">
    <w:abstractNumId w:val="7"/>
  </w:num>
  <w:num w:numId="13" w16cid:durableId="616448073">
    <w:abstractNumId w:val="3"/>
  </w:num>
  <w:num w:numId="14" w16cid:durableId="1283416721">
    <w:abstractNumId w:val="2"/>
  </w:num>
  <w:num w:numId="15" w16cid:durableId="567888341">
    <w:abstractNumId w:val="1"/>
  </w:num>
  <w:num w:numId="16" w16cid:durableId="830487771">
    <w:abstractNumId w:val="0"/>
  </w:num>
  <w:num w:numId="17" w16cid:durableId="1803186820">
    <w:abstractNumId w:val="19"/>
  </w:num>
  <w:num w:numId="18" w16cid:durableId="171259323">
    <w:abstractNumId w:val="11"/>
  </w:num>
  <w:num w:numId="19" w16cid:durableId="2127967201">
    <w:abstractNumId w:val="10"/>
  </w:num>
  <w:num w:numId="20" w16cid:durableId="2835115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70"/>
    <w:rsid w:val="00073A8C"/>
    <w:rsid w:val="0008678A"/>
    <w:rsid w:val="000A12C0"/>
    <w:rsid w:val="000D2E37"/>
    <w:rsid w:val="001737A3"/>
    <w:rsid w:val="001C7F31"/>
    <w:rsid w:val="00205B2D"/>
    <w:rsid w:val="002B111E"/>
    <w:rsid w:val="004828BC"/>
    <w:rsid w:val="004A4E43"/>
    <w:rsid w:val="00591787"/>
    <w:rsid w:val="00596770"/>
    <w:rsid w:val="005A4595"/>
    <w:rsid w:val="005E4AAE"/>
    <w:rsid w:val="005F1064"/>
    <w:rsid w:val="005F178B"/>
    <w:rsid w:val="00622532"/>
    <w:rsid w:val="00654C03"/>
    <w:rsid w:val="00664785"/>
    <w:rsid w:val="006E4C34"/>
    <w:rsid w:val="007D339A"/>
    <w:rsid w:val="008229AF"/>
    <w:rsid w:val="00875FEF"/>
    <w:rsid w:val="0089286B"/>
    <w:rsid w:val="008D1C96"/>
    <w:rsid w:val="00902C9B"/>
    <w:rsid w:val="0095289E"/>
    <w:rsid w:val="00A05D05"/>
    <w:rsid w:val="00A26937"/>
    <w:rsid w:val="00A61D78"/>
    <w:rsid w:val="00A8750A"/>
    <w:rsid w:val="00A87C96"/>
    <w:rsid w:val="00B462A4"/>
    <w:rsid w:val="00B82B19"/>
    <w:rsid w:val="00BB2F47"/>
    <w:rsid w:val="00BD1E14"/>
    <w:rsid w:val="00D027C4"/>
    <w:rsid w:val="00D163A7"/>
    <w:rsid w:val="00D77BC4"/>
    <w:rsid w:val="00DE104E"/>
    <w:rsid w:val="00E31EFC"/>
    <w:rsid w:val="00E70FA3"/>
    <w:rsid w:val="00ED4D19"/>
    <w:rsid w:val="00F01D5A"/>
    <w:rsid w:val="00F23A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2F1C2"/>
  <w15:docId w15:val="{487B74F0-EF38-4165-989D-814BD8BE8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tr-TR"/>
    </w:rPr>
  </w:style>
  <w:style w:type="paragraph" w:styleId="Balk1">
    <w:name w:val="heading 1"/>
    <w:basedOn w:val="Normal"/>
    <w:next w:val="Normal"/>
    <w:link w:val="Balk1Char"/>
    <w:uiPriority w:val="9"/>
    <w:qFormat/>
    <w:rsid w:val="0095289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unhideWhenUsed/>
    <w:qFormat/>
    <w:rsid w:val="00D163A7"/>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lang w:val="en-US"/>
    </w:rPr>
  </w:style>
  <w:style w:type="paragraph" w:styleId="Balk3">
    <w:name w:val="heading 3"/>
    <w:basedOn w:val="Normal"/>
    <w:next w:val="Normal"/>
    <w:link w:val="Balk3Char"/>
    <w:uiPriority w:val="9"/>
    <w:unhideWhenUsed/>
    <w:qFormat/>
    <w:rsid w:val="00B82B1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iPriority w:val="9"/>
    <w:semiHidden/>
    <w:unhideWhenUsed/>
    <w:qFormat/>
    <w:rsid w:val="0095289E"/>
    <w:pPr>
      <w:keepNext/>
      <w:keepLines/>
      <w:widowControl/>
      <w:autoSpaceDE/>
      <w:autoSpaceDN/>
      <w:spacing w:before="200" w:line="276" w:lineRule="auto"/>
      <w:outlineLvl w:val="3"/>
    </w:pPr>
    <w:rPr>
      <w:rFonts w:asciiTheme="majorHAnsi" w:eastAsiaTheme="majorEastAsia" w:hAnsiTheme="majorHAnsi" w:cstheme="majorBidi"/>
      <w:b/>
      <w:bCs/>
      <w:i/>
      <w:iCs/>
      <w:color w:val="4F81BD" w:themeColor="accent1"/>
      <w:lang w:val="en-US"/>
    </w:rPr>
  </w:style>
  <w:style w:type="paragraph" w:styleId="Balk5">
    <w:name w:val="heading 5"/>
    <w:basedOn w:val="Normal"/>
    <w:next w:val="Normal"/>
    <w:link w:val="Balk5Char"/>
    <w:uiPriority w:val="9"/>
    <w:semiHidden/>
    <w:unhideWhenUsed/>
    <w:qFormat/>
    <w:rsid w:val="0095289E"/>
    <w:pPr>
      <w:keepNext/>
      <w:keepLines/>
      <w:widowControl/>
      <w:autoSpaceDE/>
      <w:autoSpaceDN/>
      <w:spacing w:before="200" w:line="276" w:lineRule="auto"/>
      <w:outlineLvl w:val="4"/>
    </w:pPr>
    <w:rPr>
      <w:rFonts w:asciiTheme="majorHAnsi" w:eastAsiaTheme="majorEastAsia" w:hAnsiTheme="majorHAnsi" w:cstheme="majorBidi"/>
      <w:color w:val="243F60" w:themeColor="accent1" w:themeShade="7F"/>
      <w:lang w:val="en-US"/>
    </w:rPr>
  </w:style>
  <w:style w:type="paragraph" w:styleId="Balk6">
    <w:name w:val="heading 6"/>
    <w:basedOn w:val="Normal"/>
    <w:next w:val="Normal"/>
    <w:link w:val="Balk6Char"/>
    <w:uiPriority w:val="9"/>
    <w:semiHidden/>
    <w:unhideWhenUsed/>
    <w:qFormat/>
    <w:rsid w:val="0095289E"/>
    <w:pPr>
      <w:keepNext/>
      <w:keepLines/>
      <w:widowControl/>
      <w:autoSpaceDE/>
      <w:autoSpaceDN/>
      <w:spacing w:before="200" w:line="276" w:lineRule="auto"/>
      <w:outlineLvl w:val="5"/>
    </w:pPr>
    <w:rPr>
      <w:rFonts w:asciiTheme="majorHAnsi" w:eastAsiaTheme="majorEastAsia" w:hAnsiTheme="majorHAnsi" w:cstheme="majorBidi"/>
      <w:i/>
      <w:iCs/>
      <w:color w:val="243F60" w:themeColor="accent1" w:themeShade="7F"/>
      <w:lang w:val="en-US"/>
    </w:rPr>
  </w:style>
  <w:style w:type="paragraph" w:styleId="Balk7">
    <w:name w:val="heading 7"/>
    <w:basedOn w:val="Normal"/>
    <w:next w:val="Normal"/>
    <w:link w:val="Balk7Char"/>
    <w:uiPriority w:val="9"/>
    <w:semiHidden/>
    <w:unhideWhenUsed/>
    <w:qFormat/>
    <w:rsid w:val="0095289E"/>
    <w:pPr>
      <w:keepNext/>
      <w:keepLines/>
      <w:widowControl/>
      <w:autoSpaceDE/>
      <w:autoSpaceDN/>
      <w:spacing w:before="200" w:line="276" w:lineRule="auto"/>
      <w:outlineLvl w:val="6"/>
    </w:pPr>
    <w:rPr>
      <w:rFonts w:asciiTheme="majorHAnsi" w:eastAsiaTheme="majorEastAsia" w:hAnsiTheme="majorHAnsi" w:cstheme="majorBidi"/>
      <w:i/>
      <w:iCs/>
      <w:color w:val="404040" w:themeColor="text1" w:themeTint="BF"/>
      <w:lang w:val="en-US"/>
    </w:rPr>
  </w:style>
  <w:style w:type="paragraph" w:styleId="Balk8">
    <w:name w:val="heading 8"/>
    <w:basedOn w:val="Normal"/>
    <w:next w:val="Normal"/>
    <w:link w:val="Balk8Char"/>
    <w:uiPriority w:val="9"/>
    <w:semiHidden/>
    <w:unhideWhenUsed/>
    <w:qFormat/>
    <w:rsid w:val="0095289E"/>
    <w:pPr>
      <w:keepNext/>
      <w:keepLines/>
      <w:widowControl/>
      <w:autoSpaceDE/>
      <w:autoSpaceDN/>
      <w:spacing w:before="200" w:line="276" w:lineRule="auto"/>
      <w:outlineLvl w:val="7"/>
    </w:pPr>
    <w:rPr>
      <w:rFonts w:asciiTheme="majorHAnsi" w:eastAsiaTheme="majorEastAsia" w:hAnsiTheme="majorHAnsi" w:cstheme="majorBidi"/>
      <w:color w:val="4F81BD" w:themeColor="accent1"/>
      <w:sz w:val="20"/>
      <w:szCs w:val="20"/>
      <w:lang w:val="en-US"/>
    </w:rPr>
  </w:style>
  <w:style w:type="paragraph" w:styleId="Balk9">
    <w:name w:val="heading 9"/>
    <w:basedOn w:val="Normal"/>
    <w:next w:val="Normal"/>
    <w:link w:val="Balk9Char"/>
    <w:uiPriority w:val="9"/>
    <w:semiHidden/>
    <w:unhideWhenUsed/>
    <w:qFormat/>
    <w:rsid w:val="0095289E"/>
    <w:pPr>
      <w:keepNext/>
      <w:keepLines/>
      <w:widowControl/>
      <w:autoSpaceDE/>
      <w:autoSpaceDN/>
      <w:spacing w:before="200" w:line="276"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99"/>
    <w:qFormat/>
    <w:rPr>
      <w:b/>
      <w:bCs/>
      <w:sz w:val="40"/>
      <w:szCs w:val="40"/>
    </w:rPr>
  </w:style>
  <w:style w:type="paragraph" w:styleId="KonuBal">
    <w:name w:val="Title"/>
    <w:basedOn w:val="Normal"/>
    <w:link w:val="KonuBalChar"/>
    <w:uiPriority w:val="10"/>
    <w:qFormat/>
    <w:pPr>
      <w:ind w:left="4957"/>
    </w:pPr>
    <w:rPr>
      <w:rFonts w:ascii="Verdana" w:eastAsia="Verdana" w:hAnsi="Verdana" w:cs="Verdana"/>
      <w:sz w:val="72"/>
      <w:szCs w:val="72"/>
    </w:r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character" w:customStyle="1" w:styleId="Balk2Char">
    <w:name w:val="Başlık 2 Char"/>
    <w:basedOn w:val="VarsaylanParagrafYazTipi"/>
    <w:link w:val="Balk2"/>
    <w:uiPriority w:val="9"/>
    <w:rsid w:val="00D163A7"/>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B82B19"/>
    <w:rPr>
      <w:rFonts w:asciiTheme="majorHAnsi" w:eastAsiaTheme="majorEastAsia" w:hAnsiTheme="majorHAnsi" w:cstheme="majorBidi"/>
      <w:color w:val="243F60" w:themeColor="accent1" w:themeShade="7F"/>
      <w:sz w:val="24"/>
      <w:szCs w:val="24"/>
      <w:lang w:val="tr-TR"/>
    </w:rPr>
  </w:style>
  <w:style w:type="character" w:customStyle="1" w:styleId="Balk1Char">
    <w:name w:val="Başlık 1 Char"/>
    <w:basedOn w:val="VarsaylanParagrafYazTipi"/>
    <w:link w:val="Balk1"/>
    <w:uiPriority w:val="9"/>
    <w:rsid w:val="0095289E"/>
    <w:rPr>
      <w:rFonts w:asciiTheme="majorHAnsi" w:eastAsiaTheme="majorEastAsia" w:hAnsiTheme="majorHAnsi" w:cstheme="majorBidi"/>
      <w:color w:val="365F91" w:themeColor="accent1" w:themeShade="BF"/>
      <w:sz w:val="32"/>
      <w:szCs w:val="32"/>
      <w:lang w:val="tr-TR"/>
    </w:rPr>
  </w:style>
  <w:style w:type="character" w:customStyle="1" w:styleId="Balk4Char">
    <w:name w:val="Başlık 4 Char"/>
    <w:basedOn w:val="VarsaylanParagrafYazTipi"/>
    <w:link w:val="Balk4"/>
    <w:uiPriority w:val="9"/>
    <w:semiHidden/>
    <w:rsid w:val="0095289E"/>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95289E"/>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95289E"/>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95289E"/>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95289E"/>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95289E"/>
    <w:rPr>
      <w:rFonts w:asciiTheme="majorHAnsi" w:eastAsiaTheme="majorEastAsia" w:hAnsiTheme="majorHAnsi" w:cstheme="majorBidi"/>
      <w:i/>
      <w:iCs/>
      <w:color w:val="404040" w:themeColor="text1" w:themeTint="BF"/>
      <w:sz w:val="20"/>
      <w:szCs w:val="20"/>
    </w:rPr>
  </w:style>
  <w:style w:type="paragraph" w:styleId="stBilgi">
    <w:name w:val="header"/>
    <w:basedOn w:val="Normal"/>
    <w:link w:val="stBilgiChar"/>
    <w:uiPriority w:val="99"/>
    <w:unhideWhenUsed/>
    <w:rsid w:val="0095289E"/>
    <w:pPr>
      <w:widowControl/>
      <w:tabs>
        <w:tab w:val="center" w:pos="4680"/>
        <w:tab w:val="right" w:pos="9360"/>
      </w:tabs>
      <w:autoSpaceDE/>
      <w:autoSpaceDN/>
    </w:pPr>
    <w:rPr>
      <w:rFonts w:ascii="Calibri" w:eastAsia="Calibri" w:hAnsi="Calibri" w:cstheme="minorBidi"/>
      <w:lang w:val="en-US"/>
    </w:rPr>
  </w:style>
  <w:style w:type="character" w:customStyle="1" w:styleId="stBilgiChar">
    <w:name w:val="Üst Bilgi Char"/>
    <w:basedOn w:val="VarsaylanParagrafYazTipi"/>
    <w:link w:val="stBilgi"/>
    <w:uiPriority w:val="99"/>
    <w:rsid w:val="0095289E"/>
    <w:rPr>
      <w:rFonts w:ascii="Calibri" w:eastAsia="Calibri" w:hAnsi="Calibri"/>
    </w:rPr>
  </w:style>
  <w:style w:type="paragraph" w:styleId="AltBilgi">
    <w:name w:val="footer"/>
    <w:basedOn w:val="Normal"/>
    <w:link w:val="AltBilgiChar"/>
    <w:uiPriority w:val="99"/>
    <w:unhideWhenUsed/>
    <w:rsid w:val="0095289E"/>
    <w:pPr>
      <w:widowControl/>
      <w:tabs>
        <w:tab w:val="center" w:pos="4680"/>
        <w:tab w:val="right" w:pos="9360"/>
      </w:tabs>
      <w:autoSpaceDE/>
      <w:autoSpaceDN/>
    </w:pPr>
    <w:rPr>
      <w:rFonts w:ascii="Calibri" w:eastAsia="Calibri" w:hAnsi="Calibri" w:cstheme="minorBidi"/>
      <w:lang w:val="en-US"/>
    </w:rPr>
  </w:style>
  <w:style w:type="character" w:customStyle="1" w:styleId="AltBilgiChar">
    <w:name w:val="Alt Bilgi Char"/>
    <w:basedOn w:val="VarsaylanParagrafYazTipi"/>
    <w:link w:val="AltBilgi"/>
    <w:uiPriority w:val="99"/>
    <w:rsid w:val="0095289E"/>
    <w:rPr>
      <w:rFonts w:ascii="Calibri" w:eastAsia="Calibri" w:hAnsi="Calibri"/>
    </w:rPr>
  </w:style>
  <w:style w:type="paragraph" w:styleId="AralkYok">
    <w:name w:val="No Spacing"/>
    <w:uiPriority w:val="1"/>
    <w:qFormat/>
    <w:rsid w:val="0095289E"/>
    <w:pPr>
      <w:widowControl/>
      <w:autoSpaceDE/>
      <w:autoSpaceDN/>
    </w:pPr>
    <w:rPr>
      <w:rFonts w:eastAsiaTheme="minorEastAsia"/>
    </w:rPr>
  </w:style>
  <w:style w:type="character" w:customStyle="1" w:styleId="KonuBalChar">
    <w:name w:val="Konu Başlığı Char"/>
    <w:basedOn w:val="VarsaylanParagrafYazTipi"/>
    <w:link w:val="KonuBal"/>
    <w:uiPriority w:val="10"/>
    <w:rsid w:val="0095289E"/>
    <w:rPr>
      <w:rFonts w:ascii="Verdana" w:eastAsia="Verdana" w:hAnsi="Verdana" w:cs="Verdana"/>
      <w:sz w:val="72"/>
      <w:szCs w:val="72"/>
      <w:lang w:val="tr-TR"/>
    </w:rPr>
  </w:style>
  <w:style w:type="paragraph" w:styleId="Altyaz">
    <w:name w:val="Subtitle"/>
    <w:basedOn w:val="Normal"/>
    <w:next w:val="Normal"/>
    <w:link w:val="AltyazChar"/>
    <w:uiPriority w:val="11"/>
    <w:qFormat/>
    <w:rsid w:val="0095289E"/>
    <w:pPr>
      <w:widowControl/>
      <w:numPr>
        <w:ilvl w:val="1"/>
      </w:numPr>
      <w:autoSpaceDE/>
      <w:autoSpaceDN/>
      <w:spacing w:after="200" w:line="276" w:lineRule="auto"/>
    </w:pPr>
    <w:rPr>
      <w:rFonts w:asciiTheme="majorHAnsi" w:eastAsiaTheme="majorEastAsia" w:hAnsiTheme="majorHAnsi" w:cstheme="majorBidi"/>
      <w:i/>
      <w:iCs/>
      <w:color w:val="4F81BD" w:themeColor="accent1"/>
      <w:spacing w:val="15"/>
      <w:sz w:val="24"/>
      <w:szCs w:val="24"/>
      <w:lang w:val="en-US"/>
    </w:rPr>
  </w:style>
  <w:style w:type="character" w:customStyle="1" w:styleId="AltyazChar">
    <w:name w:val="Altyazı Char"/>
    <w:basedOn w:val="VarsaylanParagrafYazTipi"/>
    <w:link w:val="Altyaz"/>
    <w:uiPriority w:val="11"/>
    <w:rsid w:val="0095289E"/>
    <w:rPr>
      <w:rFonts w:asciiTheme="majorHAnsi" w:eastAsiaTheme="majorEastAsia" w:hAnsiTheme="majorHAnsi" w:cstheme="majorBidi"/>
      <w:i/>
      <w:iCs/>
      <w:color w:val="4F81BD" w:themeColor="accent1"/>
      <w:spacing w:val="15"/>
      <w:sz w:val="24"/>
      <w:szCs w:val="24"/>
    </w:rPr>
  </w:style>
  <w:style w:type="character" w:customStyle="1" w:styleId="GvdeMetniChar">
    <w:name w:val="Gövde Metni Char"/>
    <w:basedOn w:val="VarsaylanParagrafYazTipi"/>
    <w:link w:val="GvdeMetni"/>
    <w:uiPriority w:val="99"/>
    <w:rsid w:val="0095289E"/>
    <w:rPr>
      <w:rFonts w:ascii="Tahoma" w:eastAsia="Tahoma" w:hAnsi="Tahoma" w:cs="Tahoma"/>
      <w:b/>
      <w:bCs/>
      <w:sz w:val="40"/>
      <w:szCs w:val="40"/>
      <w:lang w:val="tr-TR"/>
    </w:rPr>
  </w:style>
  <w:style w:type="paragraph" w:styleId="GvdeMetni2">
    <w:name w:val="Body Text 2"/>
    <w:basedOn w:val="Normal"/>
    <w:link w:val="GvdeMetni2Char"/>
    <w:uiPriority w:val="99"/>
    <w:unhideWhenUsed/>
    <w:rsid w:val="0095289E"/>
    <w:pPr>
      <w:widowControl/>
      <w:autoSpaceDE/>
      <w:autoSpaceDN/>
      <w:spacing w:after="120" w:line="480" w:lineRule="auto"/>
    </w:pPr>
    <w:rPr>
      <w:rFonts w:ascii="Calibri" w:eastAsia="Calibri" w:hAnsi="Calibri" w:cstheme="minorBidi"/>
      <w:lang w:val="en-US"/>
    </w:rPr>
  </w:style>
  <w:style w:type="character" w:customStyle="1" w:styleId="GvdeMetni2Char">
    <w:name w:val="Gövde Metni 2 Char"/>
    <w:basedOn w:val="VarsaylanParagrafYazTipi"/>
    <w:link w:val="GvdeMetni2"/>
    <w:uiPriority w:val="99"/>
    <w:rsid w:val="0095289E"/>
    <w:rPr>
      <w:rFonts w:ascii="Calibri" w:eastAsia="Calibri" w:hAnsi="Calibri"/>
    </w:rPr>
  </w:style>
  <w:style w:type="paragraph" w:styleId="GvdeMetni3">
    <w:name w:val="Body Text 3"/>
    <w:basedOn w:val="Normal"/>
    <w:link w:val="GvdeMetni3Char"/>
    <w:uiPriority w:val="99"/>
    <w:unhideWhenUsed/>
    <w:rsid w:val="0095289E"/>
    <w:pPr>
      <w:widowControl/>
      <w:autoSpaceDE/>
      <w:autoSpaceDN/>
      <w:spacing w:after="120" w:line="276" w:lineRule="auto"/>
    </w:pPr>
    <w:rPr>
      <w:rFonts w:ascii="Calibri" w:eastAsia="Calibri" w:hAnsi="Calibri" w:cstheme="minorBidi"/>
      <w:sz w:val="16"/>
      <w:szCs w:val="16"/>
      <w:lang w:val="en-US"/>
    </w:rPr>
  </w:style>
  <w:style w:type="character" w:customStyle="1" w:styleId="GvdeMetni3Char">
    <w:name w:val="Gövde Metni 3 Char"/>
    <w:basedOn w:val="VarsaylanParagrafYazTipi"/>
    <w:link w:val="GvdeMetni3"/>
    <w:uiPriority w:val="99"/>
    <w:rsid w:val="0095289E"/>
    <w:rPr>
      <w:rFonts w:ascii="Calibri" w:eastAsia="Calibri" w:hAnsi="Calibri"/>
      <w:sz w:val="16"/>
      <w:szCs w:val="16"/>
    </w:rPr>
  </w:style>
  <w:style w:type="paragraph" w:styleId="Liste">
    <w:name w:val="List"/>
    <w:basedOn w:val="Normal"/>
    <w:uiPriority w:val="99"/>
    <w:unhideWhenUsed/>
    <w:rsid w:val="0095289E"/>
    <w:pPr>
      <w:widowControl/>
      <w:autoSpaceDE/>
      <w:autoSpaceDN/>
      <w:spacing w:after="200" w:line="276" w:lineRule="auto"/>
      <w:ind w:left="360" w:hanging="360"/>
      <w:contextualSpacing/>
    </w:pPr>
    <w:rPr>
      <w:rFonts w:ascii="Calibri" w:eastAsia="Calibri" w:hAnsi="Calibri" w:cstheme="minorBidi"/>
      <w:lang w:val="en-US"/>
    </w:rPr>
  </w:style>
  <w:style w:type="paragraph" w:styleId="Liste2">
    <w:name w:val="List 2"/>
    <w:basedOn w:val="Normal"/>
    <w:uiPriority w:val="99"/>
    <w:unhideWhenUsed/>
    <w:rsid w:val="0095289E"/>
    <w:pPr>
      <w:widowControl/>
      <w:autoSpaceDE/>
      <w:autoSpaceDN/>
      <w:spacing w:after="200" w:line="276" w:lineRule="auto"/>
      <w:ind w:left="720" w:hanging="360"/>
      <w:contextualSpacing/>
    </w:pPr>
    <w:rPr>
      <w:rFonts w:ascii="Calibri" w:eastAsia="Calibri" w:hAnsi="Calibri" w:cstheme="minorBidi"/>
      <w:lang w:val="en-US"/>
    </w:rPr>
  </w:style>
  <w:style w:type="paragraph" w:styleId="Liste3">
    <w:name w:val="List 3"/>
    <w:basedOn w:val="Normal"/>
    <w:uiPriority w:val="99"/>
    <w:unhideWhenUsed/>
    <w:rsid w:val="0095289E"/>
    <w:pPr>
      <w:widowControl/>
      <w:autoSpaceDE/>
      <w:autoSpaceDN/>
      <w:spacing w:after="200" w:line="276" w:lineRule="auto"/>
      <w:ind w:left="1080" w:hanging="360"/>
      <w:contextualSpacing/>
    </w:pPr>
    <w:rPr>
      <w:rFonts w:ascii="Calibri" w:eastAsia="Calibri" w:hAnsi="Calibri" w:cstheme="minorBidi"/>
      <w:lang w:val="en-US"/>
    </w:rPr>
  </w:style>
  <w:style w:type="paragraph" w:styleId="ListeMaddemi">
    <w:name w:val="List Bullet"/>
    <w:basedOn w:val="Normal"/>
    <w:uiPriority w:val="99"/>
    <w:unhideWhenUsed/>
    <w:rsid w:val="0095289E"/>
    <w:pPr>
      <w:widowControl/>
      <w:numPr>
        <w:numId w:val="8"/>
      </w:numPr>
      <w:tabs>
        <w:tab w:val="clear" w:pos="360"/>
      </w:tabs>
      <w:autoSpaceDE/>
      <w:autoSpaceDN/>
      <w:spacing w:after="200" w:line="276" w:lineRule="auto"/>
      <w:ind w:left="0" w:firstLine="0"/>
      <w:contextualSpacing/>
    </w:pPr>
    <w:rPr>
      <w:rFonts w:ascii="Calibri" w:eastAsia="Calibri" w:hAnsi="Calibri" w:cstheme="minorBidi"/>
      <w:lang w:val="en-US"/>
    </w:rPr>
  </w:style>
  <w:style w:type="paragraph" w:styleId="ListeMaddemi2">
    <w:name w:val="List Bullet 2"/>
    <w:basedOn w:val="Normal"/>
    <w:uiPriority w:val="99"/>
    <w:unhideWhenUsed/>
    <w:rsid w:val="0095289E"/>
    <w:pPr>
      <w:widowControl/>
      <w:numPr>
        <w:numId w:val="9"/>
      </w:numPr>
      <w:tabs>
        <w:tab w:val="clear" w:pos="720"/>
      </w:tabs>
      <w:autoSpaceDE/>
      <w:autoSpaceDN/>
      <w:spacing w:after="200" w:line="276" w:lineRule="auto"/>
      <w:ind w:left="0" w:firstLine="0"/>
      <w:contextualSpacing/>
    </w:pPr>
    <w:rPr>
      <w:rFonts w:ascii="Calibri" w:eastAsia="Calibri" w:hAnsi="Calibri" w:cstheme="minorBidi"/>
      <w:lang w:val="en-US"/>
    </w:rPr>
  </w:style>
  <w:style w:type="paragraph" w:styleId="ListeMaddemi3">
    <w:name w:val="List Bullet 3"/>
    <w:basedOn w:val="Normal"/>
    <w:uiPriority w:val="99"/>
    <w:unhideWhenUsed/>
    <w:rsid w:val="0095289E"/>
    <w:pPr>
      <w:widowControl/>
      <w:numPr>
        <w:numId w:val="10"/>
      </w:numPr>
      <w:tabs>
        <w:tab w:val="clear" w:pos="1080"/>
      </w:tabs>
      <w:autoSpaceDE/>
      <w:autoSpaceDN/>
      <w:spacing w:after="200" w:line="276" w:lineRule="auto"/>
      <w:ind w:left="0" w:firstLine="0"/>
      <w:contextualSpacing/>
    </w:pPr>
    <w:rPr>
      <w:rFonts w:ascii="Calibri" w:eastAsia="Calibri" w:hAnsi="Calibri" w:cstheme="minorBidi"/>
      <w:lang w:val="en-US"/>
    </w:rPr>
  </w:style>
  <w:style w:type="paragraph" w:styleId="ListeNumaras">
    <w:name w:val="List Number"/>
    <w:basedOn w:val="Normal"/>
    <w:uiPriority w:val="99"/>
    <w:unhideWhenUsed/>
    <w:rsid w:val="0095289E"/>
    <w:pPr>
      <w:widowControl/>
      <w:numPr>
        <w:numId w:val="12"/>
      </w:numPr>
      <w:tabs>
        <w:tab w:val="clear" w:pos="360"/>
      </w:tabs>
      <w:autoSpaceDE/>
      <w:autoSpaceDN/>
      <w:spacing w:after="200" w:line="276" w:lineRule="auto"/>
      <w:ind w:left="0" w:firstLine="0"/>
      <w:contextualSpacing/>
    </w:pPr>
    <w:rPr>
      <w:rFonts w:ascii="Calibri" w:eastAsia="Calibri" w:hAnsi="Calibri" w:cstheme="minorBidi"/>
      <w:lang w:val="en-US"/>
    </w:rPr>
  </w:style>
  <w:style w:type="paragraph" w:styleId="ListeNumaras2">
    <w:name w:val="List Number 2"/>
    <w:basedOn w:val="Normal"/>
    <w:uiPriority w:val="99"/>
    <w:unhideWhenUsed/>
    <w:rsid w:val="0095289E"/>
    <w:pPr>
      <w:widowControl/>
      <w:numPr>
        <w:numId w:val="13"/>
      </w:numPr>
      <w:tabs>
        <w:tab w:val="clear" w:pos="720"/>
      </w:tabs>
      <w:autoSpaceDE/>
      <w:autoSpaceDN/>
      <w:spacing w:after="200" w:line="276" w:lineRule="auto"/>
      <w:ind w:left="0" w:firstLine="0"/>
      <w:contextualSpacing/>
    </w:pPr>
    <w:rPr>
      <w:rFonts w:ascii="Calibri" w:eastAsia="Calibri" w:hAnsi="Calibri" w:cstheme="minorBidi"/>
      <w:lang w:val="en-US"/>
    </w:rPr>
  </w:style>
  <w:style w:type="paragraph" w:styleId="ListeNumaras3">
    <w:name w:val="List Number 3"/>
    <w:basedOn w:val="Normal"/>
    <w:uiPriority w:val="99"/>
    <w:unhideWhenUsed/>
    <w:rsid w:val="0095289E"/>
    <w:pPr>
      <w:widowControl/>
      <w:numPr>
        <w:numId w:val="14"/>
      </w:numPr>
      <w:tabs>
        <w:tab w:val="clear" w:pos="1080"/>
      </w:tabs>
      <w:autoSpaceDE/>
      <w:autoSpaceDN/>
      <w:spacing w:after="200" w:line="276" w:lineRule="auto"/>
      <w:ind w:left="0" w:firstLine="0"/>
      <w:contextualSpacing/>
    </w:pPr>
    <w:rPr>
      <w:rFonts w:ascii="Calibri" w:eastAsia="Calibri" w:hAnsi="Calibri" w:cstheme="minorBidi"/>
      <w:lang w:val="en-US"/>
    </w:rPr>
  </w:style>
  <w:style w:type="paragraph" w:styleId="ListeDevam">
    <w:name w:val="List Continue"/>
    <w:basedOn w:val="Normal"/>
    <w:uiPriority w:val="99"/>
    <w:unhideWhenUsed/>
    <w:rsid w:val="0095289E"/>
    <w:pPr>
      <w:widowControl/>
      <w:autoSpaceDE/>
      <w:autoSpaceDN/>
      <w:spacing w:after="120" w:line="276" w:lineRule="auto"/>
      <w:ind w:left="360"/>
      <w:contextualSpacing/>
    </w:pPr>
    <w:rPr>
      <w:rFonts w:ascii="Calibri" w:eastAsia="Calibri" w:hAnsi="Calibri" w:cstheme="minorBidi"/>
      <w:lang w:val="en-US"/>
    </w:rPr>
  </w:style>
  <w:style w:type="paragraph" w:styleId="ListeDevam2">
    <w:name w:val="List Continue 2"/>
    <w:basedOn w:val="Normal"/>
    <w:uiPriority w:val="99"/>
    <w:unhideWhenUsed/>
    <w:rsid w:val="0095289E"/>
    <w:pPr>
      <w:widowControl/>
      <w:autoSpaceDE/>
      <w:autoSpaceDN/>
      <w:spacing w:after="120" w:line="276" w:lineRule="auto"/>
      <w:ind w:left="720"/>
      <w:contextualSpacing/>
    </w:pPr>
    <w:rPr>
      <w:rFonts w:ascii="Calibri" w:eastAsia="Calibri" w:hAnsi="Calibri" w:cstheme="minorBidi"/>
      <w:lang w:val="en-US"/>
    </w:rPr>
  </w:style>
  <w:style w:type="paragraph" w:styleId="ListeDevam3">
    <w:name w:val="List Continue 3"/>
    <w:basedOn w:val="Normal"/>
    <w:uiPriority w:val="99"/>
    <w:unhideWhenUsed/>
    <w:rsid w:val="0095289E"/>
    <w:pPr>
      <w:widowControl/>
      <w:autoSpaceDE/>
      <w:autoSpaceDN/>
      <w:spacing w:after="120" w:line="276" w:lineRule="auto"/>
      <w:ind w:left="1080"/>
      <w:contextualSpacing/>
    </w:pPr>
    <w:rPr>
      <w:rFonts w:ascii="Calibri" w:eastAsia="Calibri" w:hAnsi="Calibri" w:cstheme="minorBidi"/>
      <w:lang w:val="en-US"/>
    </w:rPr>
  </w:style>
  <w:style w:type="paragraph" w:styleId="MakroMetni">
    <w:name w:val="macro"/>
    <w:link w:val="MakroMetniChar"/>
    <w:uiPriority w:val="99"/>
    <w:unhideWhenUsed/>
    <w:rsid w:val="0095289E"/>
    <w:pPr>
      <w:widowControl/>
      <w:tabs>
        <w:tab w:val="left" w:pos="576"/>
        <w:tab w:val="left" w:pos="1152"/>
        <w:tab w:val="left" w:pos="1728"/>
        <w:tab w:val="left" w:pos="2304"/>
        <w:tab w:val="left" w:pos="2880"/>
        <w:tab w:val="left" w:pos="3456"/>
        <w:tab w:val="left" w:pos="4032"/>
      </w:tabs>
      <w:autoSpaceDE/>
      <w:autoSpaceDN/>
      <w:spacing w:after="200" w:line="276" w:lineRule="auto"/>
    </w:pPr>
    <w:rPr>
      <w:rFonts w:ascii="Courier" w:eastAsiaTheme="minorEastAsia" w:hAnsi="Courier"/>
      <w:sz w:val="20"/>
      <w:szCs w:val="20"/>
    </w:rPr>
  </w:style>
  <w:style w:type="character" w:customStyle="1" w:styleId="MakroMetniChar">
    <w:name w:val="Makro Metni Char"/>
    <w:basedOn w:val="VarsaylanParagrafYazTipi"/>
    <w:link w:val="MakroMetni"/>
    <w:uiPriority w:val="99"/>
    <w:rsid w:val="0095289E"/>
    <w:rPr>
      <w:rFonts w:ascii="Courier" w:eastAsiaTheme="minorEastAsia" w:hAnsi="Courier"/>
      <w:sz w:val="20"/>
      <w:szCs w:val="20"/>
    </w:rPr>
  </w:style>
  <w:style w:type="paragraph" w:styleId="Alnt">
    <w:name w:val="Quote"/>
    <w:basedOn w:val="Normal"/>
    <w:next w:val="Normal"/>
    <w:link w:val="AlntChar"/>
    <w:uiPriority w:val="29"/>
    <w:qFormat/>
    <w:rsid w:val="0095289E"/>
    <w:pPr>
      <w:widowControl/>
      <w:autoSpaceDE/>
      <w:autoSpaceDN/>
      <w:spacing w:after="200" w:line="276" w:lineRule="auto"/>
    </w:pPr>
    <w:rPr>
      <w:rFonts w:ascii="Calibri" w:eastAsia="Calibri" w:hAnsi="Calibri" w:cstheme="minorBidi"/>
      <w:i/>
      <w:iCs/>
      <w:color w:val="000000" w:themeColor="text1"/>
      <w:lang w:val="en-US"/>
    </w:rPr>
  </w:style>
  <w:style w:type="character" w:customStyle="1" w:styleId="AlntChar">
    <w:name w:val="Alıntı Char"/>
    <w:basedOn w:val="VarsaylanParagrafYazTipi"/>
    <w:link w:val="Alnt"/>
    <w:uiPriority w:val="29"/>
    <w:rsid w:val="0095289E"/>
    <w:rPr>
      <w:rFonts w:ascii="Calibri" w:eastAsia="Calibri" w:hAnsi="Calibri"/>
      <w:i/>
      <w:iCs/>
      <w:color w:val="000000" w:themeColor="text1"/>
    </w:rPr>
  </w:style>
  <w:style w:type="paragraph" w:styleId="ResimYazs">
    <w:name w:val="caption"/>
    <w:basedOn w:val="Normal"/>
    <w:next w:val="Normal"/>
    <w:uiPriority w:val="35"/>
    <w:semiHidden/>
    <w:unhideWhenUsed/>
    <w:qFormat/>
    <w:rsid w:val="0095289E"/>
    <w:pPr>
      <w:widowControl/>
      <w:autoSpaceDE/>
      <w:autoSpaceDN/>
      <w:spacing w:after="200"/>
    </w:pPr>
    <w:rPr>
      <w:rFonts w:ascii="Calibri" w:eastAsia="Calibri" w:hAnsi="Calibri" w:cstheme="minorBidi"/>
      <w:b/>
      <w:bCs/>
      <w:color w:val="4F81BD" w:themeColor="accent1"/>
      <w:sz w:val="18"/>
      <w:szCs w:val="18"/>
      <w:lang w:val="en-US"/>
    </w:rPr>
  </w:style>
  <w:style w:type="character" w:styleId="Gl">
    <w:name w:val="Strong"/>
    <w:basedOn w:val="VarsaylanParagrafYazTipi"/>
    <w:uiPriority w:val="22"/>
    <w:qFormat/>
    <w:rsid w:val="0095289E"/>
    <w:rPr>
      <w:b/>
      <w:bCs/>
    </w:rPr>
  </w:style>
  <w:style w:type="character" w:styleId="Vurgu">
    <w:name w:val="Emphasis"/>
    <w:basedOn w:val="VarsaylanParagrafYazTipi"/>
    <w:uiPriority w:val="20"/>
    <w:qFormat/>
    <w:rsid w:val="0095289E"/>
    <w:rPr>
      <w:i/>
      <w:iCs/>
    </w:rPr>
  </w:style>
  <w:style w:type="paragraph" w:styleId="GlAlnt">
    <w:name w:val="Intense Quote"/>
    <w:basedOn w:val="Normal"/>
    <w:next w:val="Normal"/>
    <w:link w:val="GlAlntChar"/>
    <w:uiPriority w:val="30"/>
    <w:qFormat/>
    <w:rsid w:val="0095289E"/>
    <w:pPr>
      <w:widowControl/>
      <w:pBdr>
        <w:bottom w:val="single" w:sz="4" w:space="4" w:color="4F81BD" w:themeColor="accent1"/>
      </w:pBdr>
      <w:autoSpaceDE/>
      <w:autoSpaceDN/>
      <w:spacing w:before="200" w:after="280" w:line="276" w:lineRule="auto"/>
      <w:ind w:left="936" w:right="936"/>
    </w:pPr>
    <w:rPr>
      <w:rFonts w:ascii="Calibri" w:eastAsia="Calibri" w:hAnsi="Calibri" w:cstheme="minorBidi"/>
      <w:b/>
      <w:bCs/>
      <w:i/>
      <w:iCs/>
      <w:color w:val="4F81BD" w:themeColor="accent1"/>
      <w:lang w:val="en-US"/>
    </w:rPr>
  </w:style>
  <w:style w:type="character" w:customStyle="1" w:styleId="GlAlntChar">
    <w:name w:val="Güçlü Alıntı Char"/>
    <w:basedOn w:val="VarsaylanParagrafYazTipi"/>
    <w:link w:val="GlAlnt"/>
    <w:uiPriority w:val="30"/>
    <w:rsid w:val="0095289E"/>
    <w:rPr>
      <w:rFonts w:ascii="Calibri" w:eastAsia="Calibri" w:hAnsi="Calibri"/>
      <w:b/>
      <w:bCs/>
      <w:i/>
      <w:iCs/>
      <w:color w:val="4F81BD" w:themeColor="accent1"/>
    </w:rPr>
  </w:style>
  <w:style w:type="character" w:styleId="HafifVurgulama">
    <w:name w:val="Subtle Emphasis"/>
    <w:basedOn w:val="VarsaylanParagrafYazTipi"/>
    <w:uiPriority w:val="19"/>
    <w:qFormat/>
    <w:rsid w:val="0095289E"/>
    <w:rPr>
      <w:i/>
      <w:iCs/>
      <w:color w:val="808080" w:themeColor="text1" w:themeTint="7F"/>
    </w:rPr>
  </w:style>
  <w:style w:type="character" w:styleId="GlVurgulama">
    <w:name w:val="Intense Emphasis"/>
    <w:basedOn w:val="VarsaylanParagrafYazTipi"/>
    <w:uiPriority w:val="21"/>
    <w:qFormat/>
    <w:rsid w:val="0095289E"/>
    <w:rPr>
      <w:b/>
      <w:bCs/>
      <w:i/>
      <w:iCs/>
      <w:color w:val="4F81BD" w:themeColor="accent1"/>
    </w:rPr>
  </w:style>
  <w:style w:type="character" w:styleId="HafifBavuru">
    <w:name w:val="Subtle Reference"/>
    <w:basedOn w:val="VarsaylanParagrafYazTipi"/>
    <w:uiPriority w:val="31"/>
    <w:qFormat/>
    <w:rsid w:val="0095289E"/>
    <w:rPr>
      <w:smallCaps/>
      <w:color w:val="C0504D" w:themeColor="accent2"/>
      <w:u w:val="single"/>
    </w:rPr>
  </w:style>
  <w:style w:type="character" w:styleId="GlBavuru">
    <w:name w:val="Intense Reference"/>
    <w:basedOn w:val="VarsaylanParagrafYazTipi"/>
    <w:uiPriority w:val="32"/>
    <w:qFormat/>
    <w:rsid w:val="0095289E"/>
    <w:rPr>
      <w:b/>
      <w:bCs/>
      <w:smallCaps/>
      <w:color w:val="C0504D" w:themeColor="accent2"/>
      <w:spacing w:val="5"/>
      <w:u w:val="single"/>
    </w:rPr>
  </w:style>
  <w:style w:type="character" w:styleId="KitapBal">
    <w:name w:val="Book Title"/>
    <w:basedOn w:val="VarsaylanParagrafYazTipi"/>
    <w:uiPriority w:val="33"/>
    <w:qFormat/>
    <w:rsid w:val="0095289E"/>
    <w:rPr>
      <w:b/>
      <w:bCs/>
      <w:smallCaps/>
      <w:spacing w:val="5"/>
    </w:rPr>
  </w:style>
  <w:style w:type="paragraph" w:styleId="TBal">
    <w:name w:val="TOC Heading"/>
    <w:basedOn w:val="Balk1"/>
    <w:next w:val="Normal"/>
    <w:uiPriority w:val="39"/>
    <w:semiHidden/>
    <w:unhideWhenUsed/>
    <w:qFormat/>
    <w:rsid w:val="0095289E"/>
    <w:pPr>
      <w:widowControl/>
      <w:autoSpaceDE/>
      <w:autoSpaceDN/>
      <w:spacing w:before="480" w:line="276" w:lineRule="auto"/>
      <w:outlineLvl w:val="9"/>
    </w:pPr>
    <w:rPr>
      <w:b/>
      <w:bCs/>
      <w:sz w:val="28"/>
      <w:szCs w:val="28"/>
      <w:lang w:val="en-US"/>
    </w:rPr>
  </w:style>
  <w:style w:type="table" w:styleId="TabloKlavuzu">
    <w:name w:val="Table Grid"/>
    <w:basedOn w:val="NormalTablo"/>
    <w:uiPriority w:val="59"/>
    <w:rsid w:val="0095289E"/>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95289E"/>
    <w:pPr>
      <w:widowControl/>
      <w:autoSpaceDE/>
      <w:autoSpaceDN/>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95289E"/>
    <w:pPr>
      <w:widowControl/>
      <w:autoSpaceDE/>
      <w:autoSpaceDN/>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95289E"/>
    <w:pPr>
      <w:widowControl/>
      <w:autoSpaceDE/>
      <w:autoSpaceDN/>
    </w:pPr>
    <w:rPr>
      <w:rFonts w:eastAsiaTheme="minorEastAsia"/>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95289E"/>
    <w:pPr>
      <w:widowControl/>
      <w:autoSpaceDE/>
      <w:autoSpaceDN/>
    </w:pPr>
    <w:rPr>
      <w:rFonts w:eastAsiaTheme="minorEastAsia"/>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95289E"/>
    <w:pPr>
      <w:widowControl/>
      <w:autoSpaceDE/>
      <w:autoSpaceDN/>
    </w:pPr>
    <w:rPr>
      <w:rFonts w:eastAsiaTheme="minorEastAsia"/>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95289E"/>
    <w:pPr>
      <w:widowControl/>
      <w:autoSpaceDE/>
      <w:autoSpaceDN/>
    </w:pPr>
    <w:rPr>
      <w:rFonts w:eastAsiaTheme="minorEastAsia"/>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95289E"/>
    <w:pPr>
      <w:widowControl/>
      <w:autoSpaceDE/>
      <w:autoSpaceDN/>
    </w:pPr>
    <w:rPr>
      <w:rFonts w:eastAsiaTheme="minorEastAsia"/>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95289E"/>
    <w:pPr>
      <w:widowControl/>
      <w:autoSpaceDE/>
      <w:autoSpaceDN/>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95289E"/>
    <w:pPr>
      <w:widowControl/>
      <w:autoSpaceDE/>
      <w:autoSpaceDN/>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95289E"/>
    <w:pPr>
      <w:widowControl/>
      <w:autoSpaceDE/>
      <w:autoSpaceDN/>
    </w:pPr>
    <w:rPr>
      <w:rFonts w:eastAsiaTheme="min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95289E"/>
    <w:pPr>
      <w:widowControl/>
      <w:autoSpaceDE/>
      <w:autoSpaceDN/>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95289E"/>
    <w:pPr>
      <w:widowControl/>
      <w:autoSpaceDE/>
      <w:autoSpaceDN/>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95289E"/>
    <w:pPr>
      <w:widowControl/>
      <w:autoSpaceDE/>
      <w:autoSpaceDN/>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95289E"/>
    <w:pPr>
      <w:widowControl/>
      <w:autoSpaceDE/>
      <w:autoSpaceDN/>
    </w:pPr>
    <w:rPr>
      <w:rFonts w:eastAsiaTheme="min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95289E"/>
    <w:pPr>
      <w:widowControl/>
      <w:autoSpaceDE/>
      <w:autoSpaceDN/>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95289E"/>
    <w:pPr>
      <w:widowControl/>
      <w:autoSpaceDE/>
      <w:autoSpaceDN/>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95289E"/>
    <w:pPr>
      <w:widowControl/>
      <w:autoSpaceDE/>
      <w:autoSpaceDN/>
    </w:pPr>
    <w:rPr>
      <w:rFonts w:eastAsiaTheme="min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95289E"/>
    <w:pPr>
      <w:widowControl/>
      <w:autoSpaceDE/>
      <w:autoSpaceDN/>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95289E"/>
    <w:pPr>
      <w:widowControl/>
      <w:autoSpaceDE/>
      <w:autoSpaceDN/>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95289E"/>
    <w:pPr>
      <w:widowControl/>
      <w:autoSpaceDE/>
      <w:autoSpaceDN/>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95289E"/>
    <w:pPr>
      <w:widowControl/>
      <w:autoSpaceDE/>
      <w:autoSpaceDN/>
    </w:pPr>
    <w:rPr>
      <w:rFonts w:eastAsiaTheme="min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95289E"/>
    <w:pPr>
      <w:widowControl/>
      <w:autoSpaceDE/>
      <w:autoSpaceDN/>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95289E"/>
    <w:pPr>
      <w:widowControl/>
      <w:autoSpaceDE/>
      <w:autoSpaceDN/>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95289E"/>
    <w:pPr>
      <w:widowControl/>
      <w:autoSpaceDE/>
      <w:autoSpaceDN/>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95289E"/>
    <w:pPr>
      <w:widowControl/>
      <w:autoSpaceDE/>
      <w:autoSpaceDN/>
    </w:pPr>
    <w:rPr>
      <w:rFonts w:eastAsiaTheme="minorEastAsi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95289E"/>
    <w:pPr>
      <w:widowControl/>
      <w:autoSpaceDE/>
      <w:autoSpaceDN/>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95289E"/>
    <w:pPr>
      <w:widowControl/>
      <w:autoSpaceDE/>
      <w:autoSpaceDN/>
    </w:pPr>
    <w:rPr>
      <w:rFonts w:eastAsiaTheme="minorEastAs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95289E"/>
    <w:pPr>
      <w:widowControl/>
      <w:autoSpaceDE/>
      <w:autoSpaceDN/>
    </w:pPr>
    <w:rPr>
      <w:rFonts w:eastAsiaTheme="minorEastAsi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95289E"/>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95289E"/>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95289E"/>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95289E"/>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95289E"/>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95289E"/>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95289E"/>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95289E"/>
    <w:pPr>
      <w:widowControl/>
      <w:autoSpaceDE/>
      <w:autoSpaceDN/>
    </w:pPr>
    <w:rPr>
      <w:rFonts w:eastAsiaTheme="minorEastAsia"/>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95289E"/>
    <w:pPr>
      <w:widowControl/>
      <w:autoSpaceDE/>
      <w:autoSpaceDN/>
    </w:pPr>
    <w:rPr>
      <w:rFonts w:eastAsiaTheme="minorEastAsia"/>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95289E"/>
    <w:pPr>
      <w:widowControl/>
      <w:autoSpaceDE/>
      <w:autoSpaceDN/>
    </w:pPr>
    <w:rPr>
      <w:rFonts w:eastAsiaTheme="minorEastAsia"/>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95289E"/>
    <w:pPr>
      <w:widowControl/>
      <w:autoSpaceDE/>
      <w:autoSpaceDN/>
    </w:pPr>
    <w:rPr>
      <w:rFonts w:eastAsiaTheme="minorEastAsia"/>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95289E"/>
    <w:pPr>
      <w:widowControl/>
      <w:autoSpaceDE/>
      <w:autoSpaceDN/>
    </w:pPr>
    <w:rPr>
      <w:rFonts w:eastAsiaTheme="minorEastAsia"/>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95289E"/>
    <w:pPr>
      <w:widowControl/>
      <w:autoSpaceDE/>
      <w:autoSpaceDN/>
    </w:pPr>
    <w:rPr>
      <w:rFonts w:eastAsiaTheme="minorEastAsia"/>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95289E"/>
    <w:pPr>
      <w:widowControl/>
      <w:autoSpaceDE/>
      <w:autoSpaceDN/>
    </w:pPr>
    <w:rPr>
      <w:rFonts w:eastAsiaTheme="minorEastAsia"/>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95289E"/>
    <w:pPr>
      <w:widowControl/>
      <w:autoSpaceDE/>
      <w:autoSpaceDN/>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95289E"/>
    <w:pPr>
      <w:widowControl/>
      <w:autoSpaceDE/>
      <w:autoSpaceDN/>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95289E"/>
    <w:pPr>
      <w:widowControl/>
      <w:autoSpaceDE/>
      <w:autoSpaceDN/>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95289E"/>
    <w:pPr>
      <w:widowControl/>
      <w:autoSpaceDE/>
      <w:autoSpaceDN/>
    </w:pPr>
    <w:rPr>
      <w:rFonts w:eastAsiaTheme="minorEastAsi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95289E"/>
    <w:pPr>
      <w:widowControl/>
      <w:autoSpaceDE/>
      <w:autoSpaceDN/>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95289E"/>
    <w:pPr>
      <w:widowControl/>
      <w:autoSpaceDE/>
      <w:autoSpaceDN/>
    </w:pPr>
    <w:rPr>
      <w:rFonts w:eastAsiaTheme="minorEastAs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95289E"/>
    <w:pPr>
      <w:widowControl/>
      <w:autoSpaceDE/>
      <w:autoSpaceDN/>
    </w:pPr>
    <w:rPr>
      <w:rFonts w:eastAsiaTheme="minorEastAsi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95289E"/>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95289E"/>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95289E"/>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95289E"/>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95289E"/>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95289E"/>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95289E"/>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95289E"/>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95289E"/>
    <w:pPr>
      <w:widowControl/>
      <w:autoSpaceDE/>
      <w:autoSpaceDN/>
    </w:pPr>
    <w:rPr>
      <w:rFonts w:eastAsiaTheme="minorEastAsi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95289E"/>
    <w:pPr>
      <w:widowControl/>
      <w:autoSpaceDE/>
      <w:autoSpaceDN/>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95289E"/>
    <w:pPr>
      <w:widowControl/>
      <w:autoSpaceDE/>
      <w:autoSpaceDN/>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95289E"/>
    <w:pPr>
      <w:widowControl/>
      <w:autoSpaceDE/>
      <w:autoSpaceDN/>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95289E"/>
    <w:pPr>
      <w:widowControl/>
      <w:autoSpaceDE/>
      <w:autoSpaceDN/>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95289E"/>
    <w:pPr>
      <w:widowControl/>
      <w:autoSpaceDE/>
      <w:autoSpaceDN/>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95289E"/>
    <w:pPr>
      <w:widowControl/>
      <w:autoSpaceDE/>
      <w:autoSpaceDN/>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95289E"/>
    <w:pPr>
      <w:widowControl/>
      <w:autoSpaceDE/>
      <w:autoSpaceDN/>
    </w:pPr>
    <w:rPr>
      <w:rFonts w:eastAsiaTheme="minorEastAsi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95289E"/>
    <w:pPr>
      <w:widowControl/>
      <w:autoSpaceDE/>
      <w:autoSpaceDN/>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95289E"/>
    <w:pPr>
      <w:widowControl/>
      <w:autoSpaceDE/>
      <w:autoSpaceDN/>
    </w:pPr>
    <w:rPr>
      <w:rFonts w:eastAsiaTheme="minorEastAsi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95289E"/>
    <w:pPr>
      <w:widowControl/>
      <w:autoSpaceDE/>
      <w:autoSpaceDN/>
    </w:pPr>
    <w:rPr>
      <w:rFonts w:eastAsiaTheme="minorEastAsi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95289E"/>
    <w:pPr>
      <w:widowControl/>
      <w:autoSpaceDE/>
      <w:autoSpaceDN/>
    </w:pPr>
    <w:rPr>
      <w:rFonts w:eastAsiaTheme="minorEastAsi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95289E"/>
    <w:pPr>
      <w:widowControl/>
      <w:autoSpaceDE/>
      <w:autoSpaceDN/>
    </w:pPr>
    <w:rPr>
      <w:rFonts w:eastAsiaTheme="minorEastAsi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95289E"/>
    <w:pPr>
      <w:widowControl/>
      <w:autoSpaceDE/>
      <w:autoSpaceDN/>
    </w:pPr>
    <w:rPr>
      <w:rFonts w:eastAsiaTheme="minorEastAsi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95289E"/>
    <w:pPr>
      <w:widowControl/>
      <w:autoSpaceDE/>
      <w:autoSpaceDN/>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95289E"/>
    <w:pPr>
      <w:widowControl/>
      <w:autoSpaceDE/>
      <w:autoSpaceDN/>
    </w:pPr>
    <w:rPr>
      <w:rFonts w:eastAsiaTheme="minorEastAsi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95289E"/>
    <w:pPr>
      <w:widowControl/>
      <w:autoSpaceDE/>
      <w:autoSpaceDN/>
    </w:pPr>
    <w:rPr>
      <w:rFonts w:eastAsiaTheme="minorEastAsi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95289E"/>
    <w:pPr>
      <w:widowControl/>
      <w:autoSpaceDE/>
      <w:autoSpaceDN/>
    </w:pPr>
    <w:rPr>
      <w:rFonts w:eastAsiaTheme="minorEastAsi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95289E"/>
    <w:pPr>
      <w:widowControl/>
      <w:autoSpaceDE/>
      <w:autoSpaceDN/>
    </w:pPr>
    <w:rPr>
      <w:rFonts w:eastAsiaTheme="minorEastAsi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95289E"/>
    <w:pPr>
      <w:widowControl/>
      <w:autoSpaceDE/>
      <w:autoSpaceDN/>
    </w:pPr>
    <w:rPr>
      <w:rFonts w:eastAsiaTheme="minorEastAsi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95289E"/>
    <w:pPr>
      <w:widowControl/>
      <w:autoSpaceDE/>
      <w:autoSpaceDN/>
    </w:pPr>
    <w:rPr>
      <w:rFonts w:eastAsiaTheme="minorEastAsi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95289E"/>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95289E"/>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95289E"/>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95289E"/>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95289E"/>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95289E"/>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95289E"/>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BB273-9D6F-4FE8-9640-5EC7AD146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2228</Words>
  <Characters>12705</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14904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Okay</dc:creator>
  <cp:lastModifiedBy>Osman Aday</cp:lastModifiedBy>
  <cp:revision>3</cp:revision>
  <dcterms:created xsi:type="dcterms:W3CDTF">2026-01-30T10:03:00Z</dcterms:created>
  <dcterms:modified xsi:type="dcterms:W3CDTF">2026-01-30T10:18:00Z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2025-10-06T00:00:00Z</vt:filetime>
  </property>
  <property fmtid="{D5CDD505-2E9C-101B-9397-08002B2CF9AE}" pid="3" name="LastSaved">
    <vt:filetime>2025-10-06T00:00:00Z</vt:filetime>
  </property>
  <property fmtid="{D5CDD505-2E9C-101B-9397-08002B2CF9AE}" pid="4" name="Producer">
    <vt:lpwstr>iLovePDF</vt:lpwstr>
  </property>
</Properties>
</file>