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01333871"/>
        <w:docPartObj>
          <w:docPartGallery w:val="Cover Pages"/>
          <w:docPartUnique/>
        </w:docPartObj>
      </w:sdtPr>
      <w:sdtEndPr>
        <w:rPr>
          <w:b/>
          <w:bCs/>
        </w:rPr>
      </w:sdtEndPr>
      <w:sdtContent>
        <w:p w14:paraId="09F79E98" w14:textId="75A59078" w:rsidR="00B625EC" w:rsidRDefault="00671950" w:rsidP="00D53EB2">
          <w:pPr>
            <w:spacing w:after="0"/>
            <w:ind w:left="-1440" w:right="10459"/>
          </w:pPr>
          <w:r>
            <w:rPr>
              <w:noProof/>
            </w:rPr>
            <mc:AlternateContent>
              <mc:Choice Requires="wpg">
                <w:drawing>
                  <wp:anchor distT="0" distB="0" distL="114300" distR="114300" simplePos="0" relativeHeight="251658240" behindDoc="0" locked="0" layoutInCell="1" allowOverlap="1" wp14:anchorId="3054383B" wp14:editId="31EF7F67">
                    <wp:simplePos x="0" y="0"/>
                    <wp:positionH relativeFrom="page">
                      <wp:posOffset>9525</wp:posOffset>
                    </wp:positionH>
                    <wp:positionV relativeFrom="page">
                      <wp:posOffset>0</wp:posOffset>
                    </wp:positionV>
                    <wp:extent cx="7612380" cy="10693400"/>
                    <wp:effectExtent l="0" t="0" r="7620" b="0"/>
                    <wp:wrapTopAndBottom/>
                    <wp:docPr id="35239432" name="Group 453"/>
                    <wp:cNvGraphicFramePr/>
                    <a:graphic xmlns:a="http://schemas.openxmlformats.org/drawingml/2006/main">
                      <a:graphicData uri="http://schemas.microsoft.com/office/word/2010/wordprocessingGroup">
                        <wpg:wgp>
                          <wpg:cNvGrpSpPr/>
                          <wpg:grpSpPr>
                            <a:xfrm>
                              <a:off x="0" y="0"/>
                              <a:ext cx="7612380" cy="10693400"/>
                              <a:chOff x="0" y="0"/>
                              <a:chExt cx="7612802" cy="10693907"/>
                            </a:xfrm>
                          </wpg:grpSpPr>
                          <pic:pic xmlns:pic="http://schemas.openxmlformats.org/drawingml/2006/picture">
                            <pic:nvPicPr>
                              <pic:cNvPr id="375572985" name="Picture 473"/>
                              <pic:cNvPicPr/>
                            </pic:nvPicPr>
                            <pic:blipFill>
                              <a:blip r:embed="rId9"/>
                              <a:stretch>
                                <a:fillRect/>
                              </a:stretch>
                            </pic:blipFill>
                            <pic:spPr>
                              <a:xfrm>
                                <a:off x="0" y="2129536"/>
                                <a:ext cx="3569208" cy="6431281"/>
                              </a:xfrm>
                              <a:prstGeom prst="rect">
                                <a:avLst/>
                              </a:prstGeom>
                            </pic:spPr>
                          </pic:pic>
                          <wps:wsp>
                            <wps:cNvPr id="1598450769" name="Shape 10"/>
                            <wps:cNvSpPr/>
                            <wps:spPr>
                              <a:xfrm>
                                <a:off x="0" y="7075932"/>
                                <a:ext cx="4290568" cy="3617975"/>
                              </a:xfrm>
                              <a:custGeom>
                                <a:avLst/>
                                <a:gdLst/>
                                <a:ahLst/>
                                <a:cxnLst/>
                                <a:rect l="0" t="0" r="0" b="0"/>
                                <a:pathLst>
                                  <a:path w="4290568" h="3617975">
                                    <a:moveTo>
                                      <a:pt x="2436622" y="0"/>
                                    </a:moveTo>
                                    <a:lnTo>
                                      <a:pt x="4290568" y="1853947"/>
                                    </a:lnTo>
                                    <a:lnTo>
                                      <a:pt x="2526568" y="3617974"/>
                                    </a:lnTo>
                                    <a:lnTo>
                                      <a:pt x="0" y="3617975"/>
                                    </a:lnTo>
                                    <a:lnTo>
                                      <a:pt x="0" y="2436527"/>
                                    </a:lnTo>
                                    <a:lnTo>
                                      <a:pt x="2436622" y="0"/>
                                    </a:lnTo>
                                    <a:close/>
                                  </a:path>
                                </a:pathLst>
                              </a:custGeom>
                              <a:ln w="0" cap="flat">
                                <a:miter lim="127000"/>
                              </a:ln>
                            </wps:spPr>
                            <wps:style>
                              <a:lnRef idx="0">
                                <a:srgbClr val="000000">
                                  <a:alpha val="0"/>
                                </a:srgbClr>
                              </a:lnRef>
                              <a:fillRef idx="1">
                                <a:srgbClr val="22263E"/>
                              </a:fillRef>
                              <a:effectRef idx="0">
                                <a:scrgbClr r="0" g="0" b="0"/>
                              </a:effectRef>
                              <a:fontRef idx="none"/>
                            </wps:style>
                            <wps:bodyPr/>
                          </wps:wsp>
                          <wps:wsp>
                            <wps:cNvPr id="785035181" name="Shape 482"/>
                            <wps:cNvSpPr/>
                            <wps:spPr>
                              <a:xfrm>
                                <a:off x="1421765" y="8424024"/>
                                <a:ext cx="6134227" cy="2269883"/>
                              </a:xfrm>
                              <a:custGeom>
                                <a:avLst/>
                                <a:gdLst/>
                                <a:ahLst/>
                                <a:cxnLst/>
                                <a:rect l="0" t="0" r="0" b="0"/>
                                <a:pathLst>
                                  <a:path w="6134227" h="2269883">
                                    <a:moveTo>
                                      <a:pt x="0" y="0"/>
                                    </a:moveTo>
                                    <a:lnTo>
                                      <a:pt x="6134227" y="0"/>
                                    </a:lnTo>
                                    <a:lnTo>
                                      <a:pt x="6134227" y="2269883"/>
                                    </a:lnTo>
                                    <a:lnTo>
                                      <a:pt x="0" y="2269883"/>
                                    </a:lnTo>
                                    <a:lnTo>
                                      <a:pt x="0" y="0"/>
                                    </a:lnTo>
                                  </a:path>
                                </a:pathLst>
                              </a:custGeom>
                              <a:ln w="0" cap="flat">
                                <a:miter lim="127000"/>
                              </a:ln>
                            </wps:spPr>
                            <wps:style>
                              <a:lnRef idx="0">
                                <a:srgbClr val="000000">
                                  <a:alpha val="0"/>
                                </a:srgbClr>
                              </a:lnRef>
                              <a:fillRef idx="1">
                                <a:srgbClr val="22263E"/>
                              </a:fillRef>
                              <a:effectRef idx="0">
                                <a:scrgbClr r="0" g="0" b="0"/>
                              </a:effectRef>
                              <a:fontRef idx="none"/>
                            </wps:style>
                            <wps:bodyPr/>
                          </wps:wsp>
                          <wps:wsp>
                            <wps:cNvPr id="1297626548" name="Shape 13"/>
                            <wps:cNvSpPr/>
                            <wps:spPr>
                              <a:xfrm>
                                <a:off x="608940" y="0"/>
                                <a:ext cx="4514241" cy="3628263"/>
                              </a:xfrm>
                              <a:custGeom>
                                <a:avLst/>
                                <a:gdLst/>
                                <a:ahLst/>
                                <a:cxnLst/>
                                <a:rect l="0" t="0" r="0" b="0"/>
                                <a:pathLst>
                                  <a:path w="4514241" h="3628263">
                                    <a:moveTo>
                                      <a:pt x="1976772" y="0"/>
                                    </a:moveTo>
                                    <a:lnTo>
                                      <a:pt x="3748685" y="0"/>
                                    </a:lnTo>
                                    <a:lnTo>
                                      <a:pt x="4514241" y="765556"/>
                                    </a:lnTo>
                                    <a:lnTo>
                                      <a:pt x="1651534" y="3628263"/>
                                    </a:lnTo>
                                    <a:lnTo>
                                      <a:pt x="0" y="1976755"/>
                                    </a:lnTo>
                                    <a:lnTo>
                                      <a:pt x="1976772" y="0"/>
                                    </a:lnTo>
                                    <a:close/>
                                  </a:path>
                                </a:pathLst>
                              </a:custGeom>
                              <a:ln w="0" cap="flat">
                                <a:miter lim="127000"/>
                              </a:ln>
                            </wps:spPr>
                            <wps:style>
                              <a:lnRef idx="0">
                                <a:srgbClr val="000000">
                                  <a:alpha val="0"/>
                                </a:srgbClr>
                              </a:lnRef>
                              <a:fillRef idx="1">
                                <a:srgbClr val="22263E"/>
                              </a:fillRef>
                              <a:effectRef idx="0">
                                <a:scrgbClr r="0" g="0" b="0"/>
                              </a:effectRef>
                              <a:fontRef idx="none"/>
                            </wps:style>
                            <wps:bodyPr/>
                          </wps:wsp>
                          <wps:wsp>
                            <wps:cNvPr id="1861531722" name="Shape 483"/>
                            <wps:cNvSpPr/>
                            <wps:spPr>
                              <a:xfrm>
                                <a:off x="2797683" y="0"/>
                                <a:ext cx="4758310" cy="1542034"/>
                              </a:xfrm>
                              <a:custGeom>
                                <a:avLst/>
                                <a:gdLst/>
                                <a:ahLst/>
                                <a:cxnLst/>
                                <a:rect l="0" t="0" r="0" b="0"/>
                                <a:pathLst>
                                  <a:path w="4758310" h="1542034">
                                    <a:moveTo>
                                      <a:pt x="0" y="0"/>
                                    </a:moveTo>
                                    <a:lnTo>
                                      <a:pt x="4758310" y="0"/>
                                    </a:lnTo>
                                    <a:lnTo>
                                      <a:pt x="4758310" y="1542034"/>
                                    </a:lnTo>
                                    <a:lnTo>
                                      <a:pt x="0" y="1542034"/>
                                    </a:lnTo>
                                    <a:lnTo>
                                      <a:pt x="0" y="0"/>
                                    </a:lnTo>
                                  </a:path>
                                </a:pathLst>
                              </a:custGeom>
                              <a:ln w="0" cap="flat">
                                <a:miter lim="127000"/>
                              </a:ln>
                            </wps:spPr>
                            <wps:style>
                              <a:lnRef idx="0">
                                <a:srgbClr val="000000">
                                  <a:alpha val="0"/>
                                </a:srgbClr>
                              </a:lnRef>
                              <a:fillRef idx="1">
                                <a:srgbClr val="22263E"/>
                              </a:fillRef>
                              <a:effectRef idx="0">
                                <a:scrgbClr r="0" g="0" b="0"/>
                              </a:effectRef>
                              <a:fontRef idx="none"/>
                            </wps:style>
                            <wps:bodyPr/>
                          </wps:wsp>
                          <pic:pic xmlns:pic="http://schemas.openxmlformats.org/drawingml/2006/picture">
                            <pic:nvPicPr>
                              <pic:cNvPr id="983532284" name="Picture 474"/>
                              <pic:cNvPicPr/>
                            </pic:nvPicPr>
                            <pic:blipFill>
                              <a:blip r:embed="rId10"/>
                              <a:stretch>
                                <a:fillRect/>
                              </a:stretch>
                            </pic:blipFill>
                            <pic:spPr>
                              <a:xfrm>
                                <a:off x="0" y="7079488"/>
                                <a:ext cx="2801112" cy="3282697"/>
                              </a:xfrm>
                              <a:prstGeom prst="rect">
                                <a:avLst/>
                              </a:prstGeom>
                            </pic:spPr>
                          </pic:pic>
                          <pic:pic xmlns:pic="http://schemas.openxmlformats.org/drawingml/2006/picture">
                            <pic:nvPicPr>
                              <pic:cNvPr id="1393102139" name="Picture 475"/>
                              <pic:cNvPicPr/>
                            </pic:nvPicPr>
                            <pic:blipFill>
                              <a:blip r:embed="rId11"/>
                              <a:stretch>
                                <a:fillRect/>
                              </a:stretch>
                            </pic:blipFill>
                            <pic:spPr>
                              <a:xfrm>
                                <a:off x="608584" y="0"/>
                                <a:ext cx="2478024" cy="2267712"/>
                              </a:xfrm>
                              <a:prstGeom prst="rect">
                                <a:avLst/>
                              </a:prstGeom>
                            </pic:spPr>
                          </pic:pic>
                          <wps:wsp>
                            <wps:cNvPr id="628515420" name="Shape 20"/>
                            <wps:cNvSpPr/>
                            <wps:spPr>
                              <a:xfrm>
                                <a:off x="2646934" y="5934837"/>
                                <a:ext cx="1843913" cy="1844041"/>
                              </a:xfrm>
                              <a:custGeom>
                                <a:avLst/>
                                <a:gdLst/>
                                <a:ahLst/>
                                <a:cxnLst/>
                                <a:rect l="0" t="0" r="0" b="0"/>
                                <a:pathLst>
                                  <a:path w="1843913" h="1844041">
                                    <a:moveTo>
                                      <a:pt x="922020" y="0"/>
                                    </a:moveTo>
                                    <a:lnTo>
                                      <a:pt x="1843913" y="922020"/>
                                    </a:lnTo>
                                    <a:lnTo>
                                      <a:pt x="922020" y="1844041"/>
                                    </a:lnTo>
                                    <a:lnTo>
                                      <a:pt x="0" y="922020"/>
                                    </a:lnTo>
                                    <a:lnTo>
                                      <a:pt x="922020" y="0"/>
                                    </a:lnTo>
                                    <a:close/>
                                  </a:path>
                                </a:pathLst>
                              </a:custGeom>
                              <a:ln w="0" cap="flat">
                                <a:miter lim="127000"/>
                              </a:ln>
                            </wps:spPr>
                            <wps:style>
                              <a:lnRef idx="0">
                                <a:srgbClr val="000000">
                                  <a:alpha val="0"/>
                                </a:srgbClr>
                              </a:lnRef>
                              <a:fillRef idx="1">
                                <a:srgbClr val="22263E"/>
                              </a:fillRef>
                              <a:effectRef idx="0">
                                <a:scrgbClr r="0" g="0" b="0"/>
                              </a:effectRef>
                              <a:fontRef idx="none"/>
                            </wps:style>
                            <wps:bodyPr/>
                          </wps:wsp>
                          <wps:wsp>
                            <wps:cNvPr id="1488282549" name="Shape 21"/>
                            <wps:cNvSpPr/>
                            <wps:spPr>
                              <a:xfrm>
                                <a:off x="6503294" y="7766089"/>
                                <a:ext cx="727329" cy="0"/>
                              </a:xfrm>
                              <a:custGeom>
                                <a:avLst/>
                                <a:gdLst/>
                                <a:ahLst/>
                                <a:cxnLst/>
                                <a:rect l="0" t="0" r="0" b="0"/>
                                <a:pathLst>
                                  <a:path w="727329">
                                    <a:moveTo>
                                      <a:pt x="0" y="0"/>
                                    </a:moveTo>
                                    <a:lnTo>
                                      <a:pt x="727329" y="0"/>
                                    </a:lnTo>
                                  </a:path>
                                </a:pathLst>
                              </a:custGeom>
                              <a:ln w="76200" cap="flat">
                                <a:round/>
                              </a:ln>
                            </wps:spPr>
                            <wps:style>
                              <a:lnRef idx="1">
                                <a:srgbClr val="22263E"/>
                              </a:lnRef>
                              <a:fillRef idx="0">
                                <a:srgbClr val="000000">
                                  <a:alpha val="0"/>
                                </a:srgbClr>
                              </a:fillRef>
                              <a:effectRef idx="0">
                                <a:scrgbClr r="0" g="0" b="0"/>
                              </a:effectRef>
                              <a:fontRef idx="none"/>
                            </wps:style>
                            <wps:bodyPr/>
                          </wps:wsp>
                          <wps:wsp>
                            <wps:cNvPr id="745468760" name="Shape 22"/>
                            <wps:cNvSpPr/>
                            <wps:spPr>
                              <a:xfrm>
                                <a:off x="3428830" y="1904809"/>
                                <a:ext cx="34994" cy="34924"/>
                              </a:xfrm>
                              <a:custGeom>
                                <a:avLst/>
                                <a:gdLst/>
                                <a:ahLst/>
                                <a:cxnLst/>
                                <a:rect l="0" t="0" r="0" b="0"/>
                                <a:pathLst>
                                  <a:path w="34994" h="34924">
                                    <a:moveTo>
                                      <a:pt x="17479" y="0"/>
                                    </a:moveTo>
                                    <a:cubicBezTo>
                                      <a:pt x="27131" y="0"/>
                                      <a:pt x="34957" y="7811"/>
                                      <a:pt x="34994" y="17444"/>
                                    </a:cubicBezTo>
                                    <a:cubicBezTo>
                                      <a:pt x="34994" y="17444"/>
                                      <a:pt x="34994" y="17444"/>
                                      <a:pt x="34994" y="17481"/>
                                    </a:cubicBezTo>
                                    <a:cubicBezTo>
                                      <a:pt x="34994" y="27114"/>
                                      <a:pt x="27131" y="34924"/>
                                      <a:pt x="17479" y="34924"/>
                                    </a:cubicBezTo>
                                    <a:cubicBezTo>
                                      <a:pt x="7826" y="34924"/>
                                      <a:pt x="0" y="27114"/>
                                      <a:pt x="0" y="17481"/>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4434983" name="Shape 23"/>
                            <wps:cNvSpPr/>
                            <wps:spPr>
                              <a:xfrm>
                                <a:off x="3243683" y="1904809"/>
                                <a:ext cx="35032" cy="34924"/>
                              </a:xfrm>
                              <a:custGeom>
                                <a:avLst/>
                                <a:gdLst/>
                                <a:ahLst/>
                                <a:cxnLst/>
                                <a:rect l="0" t="0" r="0" b="0"/>
                                <a:pathLst>
                                  <a:path w="35032" h="34924">
                                    <a:moveTo>
                                      <a:pt x="17516" y="0"/>
                                    </a:moveTo>
                                    <a:cubicBezTo>
                                      <a:pt x="27168" y="0"/>
                                      <a:pt x="34994" y="7811"/>
                                      <a:pt x="35032" y="17444"/>
                                    </a:cubicBezTo>
                                    <a:cubicBezTo>
                                      <a:pt x="35032" y="17444"/>
                                      <a:pt x="35032" y="17444"/>
                                      <a:pt x="35032" y="17481"/>
                                    </a:cubicBezTo>
                                    <a:cubicBezTo>
                                      <a:pt x="35032" y="27113"/>
                                      <a:pt x="27168" y="34924"/>
                                      <a:pt x="17516" y="34924"/>
                                    </a:cubicBezTo>
                                    <a:cubicBezTo>
                                      <a:pt x="7863" y="34924"/>
                                      <a:pt x="0" y="27113"/>
                                      <a:pt x="0" y="17481"/>
                                    </a:cubicBezTo>
                                    <a:cubicBezTo>
                                      <a:pt x="0" y="7848"/>
                                      <a:pt x="7863"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50267393" name="Shape 24"/>
                            <wps:cNvSpPr/>
                            <wps:spPr>
                              <a:xfrm>
                                <a:off x="3058686" y="1904809"/>
                                <a:ext cx="35181" cy="34998"/>
                              </a:xfrm>
                              <a:custGeom>
                                <a:avLst/>
                                <a:gdLst/>
                                <a:ahLst/>
                                <a:cxnLst/>
                                <a:rect l="0" t="0" r="0" b="0"/>
                                <a:pathLst>
                                  <a:path w="35181" h="34998">
                                    <a:moveTo>
                                      <a:pt x="17441" y="0"/>
                                    </a:moveTo>
                                    <a:cubicBezTo>
                                      <a:pt x="17553" y="0"/>
                                      <a:pt x="17665" y="0"/>
                                      <a:pt x="17777" y="0"/>
                                    </a:cubicBezTo>
                                    <a:cubicBezTo>
                                      <a:pt x="27429" y="112"/>
                                      <a:pt x="35181" y="7996"/>
                                      <a:pt x="35069" y="17667"/>
                                    </a:cubicBezTo>
                                    <a:cubicBezTo>
                                      <a:pt x="34994" y="27188"/>
                                      <a:pt x="27243" y="34850"/>
                                      <a:pt x="17702" y="34924"/>
                                    </a:cubicBezTo>
                                    <a:cubicBezTo>
                                      <a:pt x="8050" y="34998"/>
                                      <a:pt x="149" y="27262"/>
                                      <a:pt x="74" y="17592"/>
                                    </a:cubicBezTo>
                                    <a:cubicBezTo>
                                      <a:pt x="0" y="7959"/>
                                      <a:pt x="7789" y="74"/>
                                      <a:pt x="1744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352242446" name="Shape 25"/>
                            <wps:cNvSpPr/>
                            <wps:spPr>
                              <a:xfrm>
                                <a:off x="2873464" y="1904809"/>
                                <a:ext cx="34995" cy="34961"/>
                              </a:xfrm>
                              <a:custGeom>
                                <a:avLst/>
                                <a:gdLst/>
                                <a:ahLst/>
                                <a:cxnLst/>
                                <a:rect l="0" t="0" r="0" b="0"/>
                                <a:pathLst>
                                  <a:path w="34995" h="34961">
                                    <a:moveTo>
                                      <a:pt x="17553" y="0"/>
                                    </a:moveTo>
                                    <a:cubicBezTo>
                                      <a:pt x="27168" y="37"/>
                                      <a:pt x="34995" y="7810"/>
                                      <a:pt x="34995" y="17443"/>
                                    </a:cubicBezTo>
                                    <a:cubicBezTo>
                                      <a:pt x="34995" y="17443"/>
                                      <a:pt x="34995" y="17481"/>
                                      <a:pt x="34995" y="17518"/>
                                    </a:cubicBezTo>
                                    <a:cubicBezTo>
                                      <a:pt x="34995" y="27151"/>
                                      <a:pt x="27131" y="34961"/>
                                      <a:pt x="17479" y="34924"/>
                                    </a:cubicBezTo>
                                    <a:cubicBezTo>
                                      <a:pt x="7789" y="34924"/>
                                      <a:pt x="0" y="27076"/>
                                      <a:pt x="0" y="17443"/>
                                    </a:cubicBezTo>
                                    <a:cubicBezTo>
                                      <a:pt x="37" y="7773"/>
                                      <a:pt x="7901" y="0"/>
                                      <a:pt x="17553"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15776616" name="Shape 26"/>
                            <wps:cNvSpPr/>
                            <wps:spPr>
                              <a:xfrm>
                                <a:off x="2688392" y="1904808"/>
                                <a:ext cx="34994" cy="34924"/>
                              </a:xfrm>
                              <a:custGeom>
                                <a:avLst/>
                                <a:gdLst/>
                                <a:ahLst/>
                                <a:cxnLst/>
                                <a:rect l="0" t="0" r="0" b="0"/>
                                <a:pathLst>
                                  <a:path w="34994" h="34924">
                                    <a:moveTo>
                                      <a:pt x="17516" y="0"/>
                                    </a:moveTo>
                                    <a:cubicBezTo>
                                      <a:pt x="27168" y="0"/>
                                      <a:pt x="34994" y="7811"/>
                                      <a:pt x="34994" y="17443"/>
                                    </a:cubicBezTo>
                                    <a:cubicBezTo>
                                      <a:pt x="34994" y="17443"/>
                                      <a:pt x="34994" y="17443"/>
                                      <a:pt x="34994" y="17481"/>
                                    </a:cubicBezTo>
                                    <a:cubicBezTo>
                                      <a:pt x="34994" y="27113"/>
                                      <a:pt x="27168" y="34924"/>
                                      <a:pt x="17516" y="34924"/>
                                    </a:cubicBezTo>
                                    <a:cubicBezTo>
                                      <a:pt x="7863" y="34924"/>
                                      <a:pt x="0" y="27113"/>
                                      <a:pt x="0" y="17481"/>
                                    </a:cubicBezTo>
                                    <a:cubicBezTo>
                                      <a:pt x="0" y="7848"/>
                                      <a:pt x="7863"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0640465" name="Shape 27"/>
                            <wps:cNvSpPr/>
                            <wps:spPr>
                              <a:xfrm>
                                <a:off x="2503282" y="1904808"/>
                                <a:ext cx="34994" cy="34924"/>
                              </a:xfrm>
                              <a:custGeom>
                                <a:avLst/>
                                <a:gdLst/>
                                <a:ahLst/>
                                <a:cxnLst/>
                                <a:rect l="0" t="0" r="0" b="0"/>
                                <a:pathLst>
                                  <a:path w="34994" h="34924">
                                    <a:moveTo>
                                      <a:pt x="17516" y="0"/>
                                    </a:moveTo>
                                    <a:lnTo>
                                      <a:pt x="17590" y="0"/>
                                    </a:lnTo>
                                    <a:cubicBezTo>
                                      <a:pt x="27206" y="74"/>
                                      <a:pt x="34994" y="7848"/>
                                      <a:pt x="34994" y="17443"/>
                                    </a:cubicBezTo>
                                    <a:cubicBezTo>
                                      <a:pt x="34994" y="17443"/>
                                      <a:pt x="34994" y="17443"/>
                                      <a:pt x="34994" y="17481"/>
                                    </a:cubicBezTo>
                                    <a:cubicBezTo>
                                      <a:pt x="34994" y="27113"/>
                                      <a:pt x="27168" y="34924"/>
                                      <a:pt x="17516" y="34924"/>
                                    </a:cubicBezTo>
                                    <a:cubicBezTo>
                                      <a:pt x="7826" y="34924"/>
                                      <a:pt x="0" y="27113"/>
                                      <a:pt x="0" y="17481"/>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93298593" name="Shape 28"/>
                            <wps:cNvSpPr/>
                            <wps:spPr>
                              <a:xfrm>
                                <a:off x="2318173" y="1904808"/>
                                <a:ext cx="35106" cy="34924"/>
                              </a:xfrm>
                              <a:custGeom>
                                <a:avLst/>
                                <a:gdLst/>
                                <a:ahLst/>
                                <a:cxnLst/>
                                <a:rect l="0" t="0" r="0" b="0"/>
                                <a:pathLst>
                                  <a:path w="35106" h="34924">
                                    <a:moveTo>
                                      <a:pt x="17516" y="0"/>
                                    </a:moveTo>
                                    <a:cubicBezTo>
                                      <a:pt x="17553" y="0"/>
                                      <a:pt x="17628" y="0"/>
                                      <a:pt x="17665" y="0"/>
                                    </a:cubicBezTo>
                                    <a:cubicBezTo>
                                      <a:pt x="27355" y="112"/>
                                      <a:pt x="35106" y="7996"/>
                                      <a:pt x="34995" y="17667"/>
                                    </a:cubicBezTo>
                                    <a:cubicBezTo>
                                      <a:pt x="34920" y="27225"/>
                                      <a:pt x="27094" y="34924"/>
                                      <a:pt x="17516" y="34924"/>
                                    </a:cubicBezTo>
                                    <a:cubicBezTo>
                                      <a:pt x="7826" y="34924"/>
                                      <a:pt x="0" y="27113"/>
                                      <a:pt x="0" y="17481"/>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26568024" name="Shape 29"/>
                            <wps:cNvSpPr/>
                            <wps:spPr>
                              <a:xfrm>
                                <a:off x="2133037" y="1904808"/>
                                <a:ext cx="35024" cy="34961"/>
                              </a:xfrm>
                              <a:custGeom>
                                <a:avLst/>
                                <a:gdLst/>
                                <a:ahLst/>
                                <a:cxnLst/>
                                <a:rect l="0" t="0" r="0" b="0"/>
                                <a:pathLst>
                                  <a:path w="35024" h="34961">
                                    <a:moveTo>
                                      <a:pt x="17572" y="0"/>
                                    </a:moveTo>
                                    <a:cubicBezTo>
                                      <a:pt x="27202" y="37"/>
                                      <a:pt x="35002" y="7810"/>
                                      <a:pt x="35024" y="17444"/>
                                    </a:cubicBezTo>
                                    <a:cubicBezTo>
                                      <a:pt x="35024" y="17444"/>
                                      <a:pt x="35024" y="17481"/>
                                      <a:pt x="35024" y="17518"/>
                                    </a:cubicBezTo>
                                    <a:cubicBezTo>
                                      <a:pt x="35002" y="27151"/>
                                      <a:pt x="27146" y="34961"/>
                                      <a:pt x="17482" y="34924"/>
                                    </a:cubicBezTo>
                                    <a:cubicBezTo>
                                      <a:pt x="7815" y="34924"/>
                                      <a:pt x="0" y="27076"/>
                                      <a:pt x="26" y="17444"/>
                                    </a:cubicBezTo>
                                    <a:cubicBezTo>
                                      <a:pt x="48" y="7773"/>
                                      <a:pt x="7905" y="0"/>
                                      <a:pt x="175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31753284" name="Shape 30"/>
                            <wps:cNvSpPr/>
                            <wps:spPr>
                              <a:xfrm>
                                <a:off x="1947925" y="1904808"/>
                                <a:ext cx="35123" cy="34961"/>
                              </a:xfrm>
                              <a:custGeom>
                                <a:avLst/>
                                <a:gdLst/>
                                <a:ahLst/>
                                <a:cxnLst/>
                                <a:rect l="0" t="0" r="0" b="0"/>
                                <a:pathLst>
                                  <a:path w="35123" h="34961">
                                    <a:moveTo>
                                      <a:pt x="17568" y="0"/>
                                    </a:moveTo>
                                    <a:cubicBezTo>
                                      <a:pt x="17613" y="0"/>
                                      <a:pt x="17658" y="0"/>
                                      <a:pt x="17703" y="0"/>
                                    </a:cubicBezTo>
                                    <a:cubicBezTo>
                                      <a:pt x="27368" y="111"/>
                                      <a:pt x="35123" y="7996"/>
                                      <a:pt x="35022" y="17666"/>
                                    </a:cubicBezTo>
                                    <a:cubicBezTo>
                                      <a:pt x="34926" y="27262"/>
                                      <a:pt x="27092" y="34961"/>
                                      <a:pt x="17480" y="34924"/>
                                    </a:cubicBezTo>
                                    <a:cubicBezTo>
                                      <a:pt x="7815" y="34924"/>
                                      <a:pt x="0" y="27076"/>
                                      <a:pt x="24" y="17443"/>
                                    </a:cubicBezTo>
                                    <a:cubicBezTo>
                                      <a:pt x="48" y="7773"/>
                                      <a:pt x="7903" y="0"/>
                                      <a:pt x="1756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79127623" name="Shape 31"/>
                            <wps:cNvSpPr/>
                            <wps:spPr>
                              <a:xfrm>
                                <a:off x="3058648" y="1725927"/>
                                <a:ext cx="35032" cy="34946"/>
                              </a:xfrm>
                              <a:custGeom>
                                <a:avLst/>
                                <a:gdLst/>
                                <a:ahLst/>
                                <a:cxnLst/>
                                <a:rect l="0" t="0" r="0" b="0"/>
                                <a:pathLst>
                                  <a:path w="35032" h="34946">
                                    <a:moveTo>
                                      <a:pt x="17553" y="0"/>
                                    </a:moveTo>
                                    <a:lnTo>
                                      <a:pt x="29907" y="5113"/>
                                    </a:lnTo>
                                    <a:cubicBezTo>
                                      <a:pt x="33075" y="8279"/>
                                      <a:pt x="35032" y="12649"/>
                                      <a:pt x="35032" y="17465"/>
                                    </a:cubicBezTo>
                                    <a:cubicBezTo>
                                      <a:pt x="35032" y="17465"/>
                                      <a:pt x="35032" y="17503"/>
                                      <a:pt x="35032" y="17503"/>
                                    </a:cubicBezTo>
                                    <a:cubicBezTo>
                                      <a:pt x="34994" y="27173"/>
                                      <a:pt x="27131" y="34946"/>
                                      <a:pt x="17478" y="34946"/>
                                    </a:cubicBezTo>
                                    <a:cubicBezTo>
                                      <a:pt x="7826" y="34909"/>
                                      <a:pt x="0" y="27061"/>
                                      <a:pt x="37" y="17428"/>
                                    </a:cubicBezTo>
                                    <a:cubicBezTo>
                                      <a:pt x="37" y="12611"/>
                                      <a:pt x="2003" y="8251"/>
                                      <a:pt x="5180" y="5094"/>
                                    </a:cubicBezTo>
                                    <a:lnTo>
                                      <a:pt x="1755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18520477" name="Shape 32"/>
                            <wps:cNvSpPr/>
                            <wps:spPr>
                              <a:xfrm>
                                <a:off x="2873539" y="1725919"/>
                                <a:ext cx="35032" cy="34953"/>
                              </a:xfrm>
                              <a:custGeom>
                                <a:avLst/>
                                <a:gdLst/>
                                <a:ahLst/>
                                <a:cxnLst/>
                                <a:rect l="0" t="0" r="0" b="0"/>
                                <a:pathLst>
                                  <a:path w="35032" h="34953">
                                    <a:moveTo>
                                      <a:pt x="17534" y="0"/>
                                    </a:moveTo>
                                    <a:lnTo>
                                      <a:pt x="29907" y="5120"/>
                                    </a:lnTo>
                                    <a:cubicBezTo>
                                      <a:pt x="33075" y="8286"/>
                                      <a:pt x="35032" y="12656"/>
                                      <a:pt x="35032" y="17473"/>
                                    </a:cubicBezTo>
                                    <a:cubicBezTo>
                                      <a:pt x="35032" y="17473"/>
                                      <a:pt x="35032" y="17510"/>
                                      <a:pt x="35032" y="17510"/>
                                    </a:cubicBezTo>
                                    <a:cubicBezTo>
                                      <a:pt x="34994" y="27180"/>
                                      <a:pt x="27131" y="34953"/>
                                      <a:pt x="17478" y="34953"/>
                                    </a:cubicBezTo>
                                    <a:cubicBezTo>
                                      <a:pt x="7826" y="34916"/>
                                      <a:pt x="0" y="27069"/>
                                      <a:pt x="37" y="17436"/>
                                    </a:cubicBezTo>
                                    <a:cubicBezTo>
                                      <a:pt x="37" y="12619"/>
                                      <a:pt x="2003" y="8258"/>
                                      <a:pt x="5175" y="5102"/>
                                    </a:cubicBezTo>
                                    <a:lnTo>
                                      <a:pt x="1753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80088503" name="Shape 33"/>
                            <wps:cNvSpPr/>
                            <wps:spPr>
                              <a:xfrm>
                                <a:off x="3428905" y="1725911"/>
                                <a:ext cx="34994" cy="34961"/>
                              </a:xfrm>
                              <a:custGeom>
                                <a:avLst/>
                                <a:gdLst/>
                                <a:ahLst/>
                                <a:cxnLst/>
                                <a:rect l="0" t="0" r="0" b="0"/>
                                <a:pathLst>
                                  <a:path w="34994" h="34961">
                                    <a:moveTo>
                                      <a:pt x="17516" y="0"/>
                                    </a:moveTo>
                                    <a:cubicBezTo>
                                      <a:pt x="27168" y="0"/>
                                      <a:pt x="34994" y="7848"/>
                                      <a:pt x="34994" y="17481"/>
                                    </a:cubicBezTo>
                                    <a:cubicBezTo>
                                      <a:pt x="34994" y="27114"/>
                                      <a:pt x="27168" y="34961"/>
                                      <a:pt x="17516" y="34961"/>
                                    </a:cubicBezTo>
                                    <a:cubicBezTo>
                                      <a:pt x="7826" y="34961"/>
                                      <a:pt x="0" y="27114"/>
                                      <a:pt x="0" y="17481"/>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4689925" name="Shape 34"/>
                            <wps:cNvSpPr/>
                            <wps:spPr>
                              <a:xfrm>
                                <a:off x="3446309" y="1725912"/>
                                <a:ext cx="112" cy="0"/>
                              </a:xfrm>
                              <a:custGeom>
                                <a:avLst/>
                                <a:gdLst/>
                                <a:ahLst/>
                                <a:cxnLst/>
                                <a:rect l="0" t="0" r="0" b="0"/>
                                <a:pathLst>
                                  <a:path w="112">
                                    <a:moveTo>
                                      <a:pt x="112" y="0"/>
                                    </a:move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359541977" name="Shape 35"/>
                            <wps:cNvSpPr/>
                            <wps:spPr>
                              <a:xfrm>
                                <a:off x="3243795" y="1725911"/>
                                <a:ext cx="34995" cy="34961"/>
                              </a:xfrm>
                              <a:custGeom>
                                <a:avLst/>
                                <a:gdLst/>
                                <a:ahLst/>
                                <a:cxnLst/>
                                <a:rect l="0" t="0" r="0" b="0"/>
                                <a:pathLst>
                                  <a:path w="34995" h="34961">
                                    <a:moveTo>
                                      <a:pt x="17479" y="0"/>
                                    </a:moveTo>
                                    <a:cubicBezTo>
                                      <a:pt x="27168" y="0"/>
                                      <a:pt x="34995" y="7848"/>
                                      <a:pt x="34995" y="17481"/>
                                    </a:cubicBezTo>
                                    <a:cubicBezTo>
                                      <a:pt x="34995" y="27113"/>
                                      <a:pt x="27168" y="34961"/>
                                      <a:pt x="17479" y="34961"/>
                                    </a:cubicBezTo>
                                    <a:cubicBezTo>
                                      <a:pt x="7826" y="34961"/>
                                      <a:pt x="0" y="27113"/>
                                      <a:pt x="0" y="17481"/>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93535803" name="Shape 36"/>
                            <wps:cNvSpPr/>
                            <wps:spPr>
                              <a:xfrm>
                                <a:off x="3261199" y="1725911"/>
                                <a:ext cx="75" cy="0"/>
                              </a:xfrm>
                              <a:custGeom>
                                <a:avLst/>
                                <a:gdLst/>
                                <a:ahLst/>
                                <a:cxnLst/>
                                <a:rect l="0" t="0" r="0" b="0"/>
                                <a:pathLst>
                                  <a:path w="75">
                                    <a:moveTo>
                                      <a:pt x="75" y="0"/>
                                    </a:move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071254792" name="Shape 37"/>
                            <wps:cNvSpPr/>
                            <wps:spPr>
                              <a:xfrm>
                                <a:off x="3076164" y="1725911"/>
                                <a:ext cx="75" cy="15"/>
                              </a:xfrm>
                              <a:custGeom>
                                <a:avLst/>
                                <a:gdLst/>
                                <a:ahLst/>
                                <a:cxnLst/>
                                <a:rect l="0" t="0" r="0" b="0"/>
                                <a:pathLst>
                                  <a:path w="75" h="15">
                                    <a:moveTo>
                                      <a:pt x="0" y="0"/>
                                    </a:moveTo>
                                    <a:lnTo>
                                      <a:pt x="75" y="0"/>
                                    </a:lnTo>
                                    <a:lnTo>
                                      <a:pt x="37" y="1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58410250" name="Shape 38"/>
                            <wps:cNvSpPr/>
                            <wps:spPr>
                              <a:xfrm>
                                <a:off x="3076127" y="1725911"/>
                                <a:ext cx="37" cy="0"/>
                              </a:xfrm>
                              <a:custGeom>
                                <a:avLst/>
                                <a:gdLst/>
                                <a:ahLst/>
                                <a:cxnLst/>
                                <a:rect l="0" t="0" r="0" b="0"/>
                                <a:pathLst>
                                  <a:path w="37">
                                    <a:moveTo>
                                      <a:pt x="37" y="0"/>
                                    </a:moveTo>
                                    <a:cubicBezTo>
                                      <a:pt x="37" y="0"/>
                                      <a:pt x="37" y="0"/>
                                      <a:pt x="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6399751" name="Shape 39"/>
                            <wps:cNvSpPr/>
                            <wps:spPr>
                              <a:xfrm>
                                <a:off x="2891054" y="1725911"/>
                                <a:ext cx="37" cy="8"/>
                              </a:xfrm>
                              <a:custGeom>
                                <a:avLst/>
                                <a:gdLst/>
                                <a:ahLst/>
                                <a:cxnLst/>
                                <a:rect l="0" t="0" r="0" b="0"/>
                                <a:pathLst>
                                  <a:path w="37" h="8">
                                    <a:moveTo>
                                      <a:pt x="0" y="0"/>
                                    </a:moveTo>
                                    <a:lnTo>
                                      <a:pt x="37" y="0"/>
                                    </a:lnTo>
                                    <a:lnTo>
                                      <a:pt x="19" y="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64663282" name="Shape 40"/>
                            <wps:cNvSpPr/>
                            <wps:spPr>
                              <a:xfrm>
                                <a:off x="2891017" y="1725911"/>
                                <a:ext cx="37" cy="0"/>
                              </a:xfrm>
                              <a:custGeom>
                                <a:avLst/>
                                <a:gdLst/>
                                <a:ahLst/>
                                <a:cxnLst/>
                                <a:rect l="0" t="0" r="0" b="0"/>
                                <a:pathLst>
                                  <a:path w="37">
                                    <a:moveTo>
                                      <a:pt x="37" y="0"/>
                                    </a:moveTo>
                                    <a:cubicBezTo>
                                      <a:pt x="37" y="0"/>
                                      <a:pt x="0" y="0"/>
                                      <a:pt x="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3464323" name="Shape 41"/>
                            <wps:cNvSpPr/>
                            <wps:spPr>
                              <a:xfrm>
                                <a:off x="2688503" y="1725911"/>
                                <a:ext cx="34995" cy="34961"/>
                              </a:xfrm>
                              <a:custGeom>
                                <a:avLst/>
                                <a:gdLst/>
                                <a:ahLst/>
                                <a:cxnLst/>
                                <a:rect l="0" t="0" r="0" b="0"/>
                                <a:pathLst>
                                  <a:path w="34995" h="34961">
                                    <a:moveTo>
                                      <a:pt x="17479" y="0"/>
                                    </a:moveTo>
                                    <a:cubicBezTo>
                                      <a:pt x="27168" y="0"/>
                                      <a:pt x="34995" y="7848"/>
                                      <a:pt x="34995" y="17481"/>
                                    </a:cubicBezTo>
                                    <a:cubicBezTo>
                                      <a:pt x="34995" y="27113"/>
                                      <a:pt x="27168" y="34961"/>
                                      <a:pt x="17479" y="34961"/>
                                    </a:cubicBezTo>
                                    <a:cubicBezTo>
                                      <a:pt x="7826" y="34961"/>
                                      <a:pt x="0" y="27113"/>
                                      <a:pt x="0" y="17481"/>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961278320" name="Shape 42"/>
                            <wps:cNvSpPr/>
                            <wps:spPr>
                              <a:xfrm>
                                <a:off x="2705908" y="1725911"/>
                                <a:ext cx="74" cy="0"/>
                              </a:xfrm>
                              <a:custGeom>
                                <a:avLst/>
                                <a:gdLst/>
                                <a:ahLst/>
                                <a:cxnLst/>
                                <a:rect l="0" t="0" r="0" b="0"/>
                                <a:pathLst>
                                  <a:path w="74">
                                    <a:moveTo>
                                      <a:pt x="74" y="0"/>
                                    </a:move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42672939" name="Shape 43"/>
                            <wps:cNvSpPr/>
                            <wps:spPr>
                              <a:xfrm>
                                <a:off x="2503394" y="1725911"/>
                                <a:ext cx="34995" cy="34961"/>
                              </a:xfrm>
                              <a:custGeom>
                                <a:avLst/>
                                <a:gdLst/>
                                <a:ahLst/>
                                <a:cxnLst/>
                                <a:rect l="0" t="0" r="0" b="0"/>
                                <a:pathLst>
                                  <a:path w="34995" h="34961">
                                    <a:moveTo>
                                      <a:pt x="17479" y="0"/>
                                    </a:moveTo>
                                    <a:cubicBezTo>
                                      <a:pt x="27168" y="0"/>
                                      <a:pt x="34995" y="7848"/>
                                      <a:pt x="34995" y="17481"/>
                                    </a:cubicBezTo>
                                    <a:cubicBezTo>
                                      <a:pt x="34995" y="27113"/>
                                      <a:pt x="27168" y="34961"/>
                                      <a:pt x="17479" y="34961"/>
                                    </a:cubicBezTo>
                                    <a:cubicBezTo>
                                      <a:pt x="7826" y="34961"/>
                                      <a:pt x="0" y="27113"/>
                                      <a:pt x="0" y="17481"/>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18470656" name="Shape 44"/>
                            <wps:cNvSpPr/>
                            <wps:spPr>
                              <a:xfrm>
                                <a:off x="2318173" y="1725911"/>
                                <a:ext cx="34994" cy="34961"/>
                              </a:xfrm>
                              <a:custGeom>
                                <a:avLst/>
                                <a:gdLst/>
                                <a:ahLst/>
                                <a:cxnLst/>
                                <a:rect l="0" t="0" r="0" b="0"/>
                                <a:pathLst>
                                  <a:path w="34994" h="34961">
                                    <a:moveTo>
                                      <a:pt x="17516" y="0"/>
                                    </a:moveTo>
                                    <a:cubicBezTo>
                                      <a:pt x="27168" y="0"/>
                                      <a:pt x="34994" y="7848"/>
                                      <a:pt x="34994" y="17481"/>
                                    </a:cubicBezTo>
                                    <a:cubicBezTo>
                                      <a:pt x="34994" y="27113"/>
                                      <a:pt x="27168" y="34961"/>
                                      <a:pt x="17516" y="34961"/>
                                    </a:cubicBezTo>
                                    <a:cubicBezTo>
                                      <a:pt x="7826" y="34961"/>
                                      <a:pt x="0" y="27113"/>
                                      <a:pt x="0" y="17481"/>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0889158" name="Shape 45"/>
                            <wps:cNvSpPr/>
                            <wps:spPr>
                              <a:xfrm>
                                <a:off x="2133037" y="1725911"/>
                                <a:ext cx="35024" cy="34961"/>
                              </a:xfrm>
                              <a:custGeom>
                                <a:avLst/>
                                <a:gdLst/>
                                <a:ahLst/>
                                <a:cxnLst/>
                                <a:rect l="0" t="0" r="0" b="0"/>
                                <a:pathLst>
                                  <a:path w="35024" h="34961">
                                    <a:moveTo>
                                      <a:pt x="17572" y="0"/>
                                    </a:moveTo>
                                    <a:cubicBezTo>
                                      <a:pt x="27217" y="37"/>
                                      <a:pt x="35024" y="7848"/>
                                      <a:pt x="35024" y="17481"/>
                                    </a:cubicBezTo>
                                    <a:cubicBezTo>
                                      <a:pt x="35024" y="17481"/>
                                      <a:pt x="35024" y="17518"/>
                                      <a:pt x="35024" y="17518"/>
                                    </a:cubicBezTo>
                                    <a:cubicBezTo>
                                      <a:pt x="35002" y="27188"/>
                                      <a:pt x="27146" y="34961"/>
                                      <a:pt x="17482" y="34961"/>
                                    </a:cubicBezTo>
                                    <a:cubicBezTo>
                                      <a:pt x="7815" y="34924"/>
                                      <a:pt x="0" y="27076"/>
                                      <a:pt x="26" y="17444"/>
                                    </a:cubicBezTo>
                                    <a:cubicBezTo>
                                      <a:pt x="48" y="7811"/>
                                      <a:pt x="7905" y="0"/>
                                      <a:pt x="175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16093201" name="Shape 46"/>
                            <wps:cNvSpPr/>
                            <wps:spPr>
                              <a:xfrm>
                                <a:off x="1947924" y="1725911"/>
                                <a:ext cx="35024" cy="34961"/>
                              </a:xfrm>
                              <a:custGeom>
                                <a:avLst/>
                                <a:gdLst/>
                                <a:ahLst/>
                                <a:cxnLst/>
                                <a:rect l="0" t="0" r="0" b="0"/>
                                <a:pathLst>
                                  <a:path w="35024" h="34961">
                                    <a:moveTo>
                                      <a:pt x="17569" y="0"/>
                                    </a:moveTo>
                                    <a:cubicBezTo>
                                      <a:pt x="27217" y="37"/>
                                      <a:pt x="35024" y="7848"/>
                                      <a:pt x="35024" y="17481"/>
                                    </a:cubicBezTo>
                                    <a:cubicBezTo>
                                      <a:pt x="35024" y="17481"/>
                                      <a:pt x="35024" y="17518"/>
                                      <a:pt x="35024" y="17518"/>
                                    </a:cubicBezTo>
                                    <a:cubicBezTo>
                                      <a:pt x="34998" y="27188"/>
                                      <a:pt x="27145" y="34961"/>
                                      <a:pt x="17480" y="34961"/>
                                    </a:cubicBezTo>
                                    <a:cubicBezTo>
                                      <a:pt x="7815" y="34924"/>
                                      <a:pt x="0" y="27076"/>
                                      <a:pt x="25" y="17443"/>
                                    </a:cubicBezTo>
                                    <a:cubicBezTo>
                                      <a:pt x="50" y="7810"/>
                                      <a:pt x="7905" y="0"/>
                                      <a:pt x="1756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62642609" name="Shape 47"/>
                            <wps:cNvSpPr/>
                            <wps:spPr>
                              <a:xfrm>
                                <a:off x="3428830" y="1547275"/>
                                <a:ext cx="34994" cy="34924"/>
                              </a:xfrm>
                              <a:custGeom>
                                <a:avLst/>
                                <a:gdLst/>
                                <a:ahLst/>
                                <a:cxnLst/>
                                <a:rect l="0" t="0" r="0" b="0"/>
                                <a:pathLst>
                                  <a:path w="34994" h="34924">
                                    <a:moveTo>
                                      <a:pt x="17479" y="0"/>
                                    </a:moveTo>
                                    <a:cubicBezTo>
                                      <a:pt x="27131" y="0"/>
                                      <a:pt x="34994" y="7810"/>
                                      <a:pt x="34994" y="17443"/>
                                    </a:cubicBezTo>
                                    <a:cubicBezTo>
                                      <a:pt x="34994" y="27114"/>
                                      <a:pt x="27131" y="34924"/>
                                      <a:pt x="17479" y="34924"/>
                                    </a:cubicBezTo>
                                    <a:cubicBezTo>
                                      <a:pt x="7826" y="34924"/>
                                      <a:pt x="0" y="27114"/>
                                      <a:pt x="0" y="17443"/>
                                    </a:cubicBezTo>
                                    <a:cubicBezTo>
                                      <a:pt x="0" y="7810"/>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110484161" name="Shape 48"/>
                            <wps:cNvSpPr/>
                            <wps:spPr>
                              <a:xfrm>
                                <a:off x="3243683" y="1547275"/>
                                <a:ext cx="35032" cy="34924"/>
                              </a:xfrm>
                              <a:custGeom>
                                <a:avLst/>
                                <a:gdLst/>
                                <a:ahLst/>
                                <a:cxnLst/>
                                <a:rect l="0" t="0" r="0" b="0"/>
                                <a:pathLst>
                                  <a:path w="35032" h="34924">
                                    <a:moveTo>
                                      <a:pt x="17516" y="0"/>
                                    </a:moveTo>
                                    <a:cubicBezTo>
                                      <a:pt x="27168" y="0"/>
                                      <a:pt x="35032" y="7811"/>
                                      <a:pt x="35032" y="17444"/>
                                    </a:cubicBezTo>
                                    <a:cubicBezTo>
                                      <a:pt x="35032" y="27114"/>
                                      <a:pt x="27168" y="34924"/>
                                      <a:pt x="17516" y="34924"/>
                                    </a:cubicBezTo>
                                    <a:cubicBezTo>
                                      <a:pt x="7863" y="34924"/>
                                      <a:pt x="0" y="27114"/>
                                      <a:pt x="0" y="17443"/>
                                    </a:cubicBezTo>
                                    <a:cubicBezTo>
                                      <a:pt x="0" y="7810"/>
                                      <a:pt x="7863"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31675506" name="Shape 49"/>
                            <wps:cNvSpPr/>
                            <wps:spPr>
                              <a:xfrm>
                                <a:off x="3058685" y="1547275"/>
                                <a:ext cx="35069" cy="34998"/>
                              </a:xfrm>
                              <a:custGeom>
                                <a:avLst/>
                                <a:gdLst/>
                                <a:ahLst/>
                                <a:cxnLst/>
                                <a:rect l="0" t="0" r="0" b="0"/>
                                <a:pathLst>
                                  <a:path w="35069" h="34998">
                                    <a:moveTo>
                                      <a:pt x="17441" y="0"/>
                                    </a:moveTo>
                                    <a:cubicBezTo>
                                      <a:pt x="17479" y="0"/>
                                      <a:pt x="17553" y="0"/>
                                      <a:pt x="17591" y="0"/>
                                    </a:cubicBezTo>
                                    <a:cubicBezTo>
                                      <a:pt x="27243" y="0"/>
                                      <a:pt x="35069" y="7810"/>
                                      <a:pt x="35069" y="17443"/>
                                    </a:cubicBezTo>
                                    <a:cubicBezTo>
                                      <a:pt x="35069" y="27039"/>
                                      <a:pt x="27317" y="34850"/>
                                      <a:pt x="17702" y="34924"/>
                                    </a:cubicBezTo>
                                    <a:cubicBezTo>
                                      <a:pt x="8050" y="34998"/>
                                      <a:pt x="149" y="27225"/>
                                      <a:pt x="75" y="17592"/>
                                    </a:cubicBezTo>
                                    <a:cubicBezTo>
                                      <a:pt x="0" y="7959"/>
                                      <a:pt x="7789" y="74"/>
                                      <a:pt x="1744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68944453" name="Shape 50"/>
                            <wps:cNvSpPr/>
                            <wps:spPr>
                              <a:xfrm>
                                <a:off x="2873464" y="1547237"/>
                                <a:ext cx="34995" cy="34998"/>
                              </a:xfrm>
                              <a:custGeom>
                                <a:avLst/>
                                <a:gdLst/>
                                <a:ahLst/>
                                <a:cxnLst/>
                                <a:rect l="0" t="0" r="0" b="0"/>
                                <a:pathLst>
                                  <a:path w="34995" h="34998">
                                    <a:moveTo>
                                      <a:pt x="17553" y="37"/>
                                    </a:moveTo>
                                    <a:cubicBezTo>
                                      <a:pt x="27206" y="37"/>
                                      <a:pt x="34995" y="7848"/>
                                      <a:pt x="34995" y="17481"/>
                                    </a:cubicBezTo>
                                    <a:cubicBezTo>
                                      <a:pt x="34995" y="17518"/>
                                      <a:pt x="34995" y="17518"/>
                                      <a:pt x="34995" y="17518"/>
                                    </a:cubicBezTo>
                                    <a:cubicBezTo>
                                      <a:pt x="34995" y="27188"/>
                                      <a:pt x="27131" y="34998"/>
                                      <a:pt x="17479" y="34961"/>
                                    </a:cubicBezTo>
                                    <a:cubicBezTo>
                                      <a:pt x="7789" y="34924"/>
                                      <a:pt x="0" y="27076"/>
                                      <a:pt x="0" y="17443"/>
                                    </a:cubicBezTo>
                                    <a:cubicBezTo>
                                      <a:pt x="37" y="7810"/>
                                      <a:pt x="7901" y="0"/>
                                      <a:pt x="17553" y="37"/>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71153457" name="Shape 51"/>
                            <wps:cNvSpPr/>
                            <wps:spPr>
                              <a:xfrm>
                                <a:off x="2688503" y="1547274"/>
                                <a:ext cx="34995" cy="34924"/>
                              </a:xfrm>
                              <a:custGeom>
                                <a:avLst/>
                                <a:gdLst/>
                                <a:ahLst/>
                                <a:cxnLst/>
                                <a:rect l="0" t="0" r="0" b="0"/>
                                <a:pathLst>
                                  <a:path w="34995" h="34924">
                                    <a:moveTo>
                                      <a:pt x="17479" y="0"/>
                                    </a:moveTo>
                                    <a:cubicBezTo>
                                      <a:pt x="27168" y="0"/>
                                      <a:pt x="34995" y="7810"/>
                                      <a:pt x="34995" y="17443"/>
                                    </a:cubicBezTo>
                                    <a:cubicBezTo>
                                      <a:pt x="34995" y="27114"/>
                                      <a:pt x="27168" y="34924"/>
                                      <a:pt x="17479" y="34924"/>
                                    </a:cubicBezTo>
                                    <a:cubicBezTo>
                                      <a:pt x="7826" y="34924"/>
                                      <a:pt x="0" y="27114"/>
                                      <a:pt x="0" y="17443"/>
                                    </a:cubicBezTo>
                                    <a:cubicBezTo>
                                      <a:pt x="0" y="7810"/>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38604099" name="Shape 52"/>
                            <wps:cNvSpPr/>
                            <wps:spPr>
                              <a:xfrm>
                                <a:off x="2705907" y="1547274"/>
                                <a:ext cx="75" cy="0"/>
                              </a:xfrm>
                              <a:custGeom>
                                <a:avLst/>
                                <a:gdLst/>
                                <a:ahLst/>
                                <a:cxnLst/>
                                <a:rect l="0" t="0" r="0" b="0"/>
                                <a:pathLst>
                                  <a:path w="75">
                                    <a:moveTo>
                                      <a:pt x="75" y="0"/>
                                    </a:moveTo>
                                    <a:cubicBezTo>
                                      <a:pt x="37" y="0"/>
                                      <a:pt x="37" y="0"/>
                                      <a:pt x="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80509173" name="Shape 53"/>
                            <wps:cNvSpPr/>
                            <wps:spPr>
                              <a:xfrm>
                                <a:off x="2503394" y="1547274"/>
                                <a:ext cx="34995" cy="34924"/>
                              </a:xfrm>
                              <a:custGeom>
                                <a:avLst/>
                                <a:gdLst/>
                                <a:ahLst/>
                                <a:cxnLst/>
                                <a:rect l="0" t="0" r="0" b="0"/>
                                <a:pathLst>
                                  <a:path w="34995" h="34924">
                                    <a:moveTo>
                                      <a:pt x="17479" y="0"/>
                                    </a:moveTo>
                                    <a:cubicBezTo>
                                      <a:pt x="27168" y="0"/>
                                      <a:pt x="34995" y="7810"/>
                                      <a:pt x="34995" y="17443"/>
                                    </a:cubicBezTo>
                                    <a:cubicBezTo>
                                      <a:pt x="34995" y="27114"/>
                                      <a:pt x="27168" y="34924"/>
                                      <a:pt x="17479" y="34924"/>
                                    </a:cubicBezTo>
                                    <a:cubicBezTo>
                                      <a:pt x="7826" y="34924"/>
                                      <a:pt x="0" y="27114"/>
                                      <a:pt x="0" y="17443"/>
                                    </a:cubicBezTo>
                                    <a:cubicBezTo>
                                      <a:pt x="0" y="7810"/>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597089374" name="Shape 54"/>
                            <wps:cNvSpPr/>
                            <wps:spPr>
                              <a:xfrm>
                                <a:off x="2318172" y="1547274"/>
                                <a:ext cx="34995" cy="34924"/>
                              </a:xfrm>
                              <a:custGeom>
                                <a:avLst/>
                                <a:gdLst/>
                                <a:ahLst/>
                                <a:cxnLst/>
                                <a:rect l="0" t="0" r="0" b="0"/>
                                <a:pathLst>
                                  <a:path w="34995" h="34924">
                                    <a:moveTo>
                                      <a:pt x="17516" y="0"/>
                                    </a:moveTo>
                                    <a:cubicBezTo>
                                      <a:pt x="27168" y="0"/>
                                      <a:pt x="34995" y="7810"/>
                                      <a:pt x="34995" y="17443"/>
                                    </a:cubicBezTo>
                                    <a:cubicBezTo>
                                      <a:pt x="34995" y="27114"/>
                                      <a:pt x="27168" y="34924"/>
                                      <a:pt x="17516" y="34924"/>
                                    </a:cubicBezTo>
                                    <a:cubicBezTo>
                                      <a:pt x="7826" y="34924"/>
                                      <a:pt x="0" y="27114"/>
                                      <a:pt x="0" y="17443"/>
                                    </a:cubicBezTo>
                                    <a:cubicBezTo>
                                      <a:pt x="0" y="7810"/>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91730106" name="Shape 55"/>
                            <wps:cNvSpPr/>
                            <wps:spPr>
                              <a:xfrm>
                                <a:off x="2133037" y="1547237"/>
                                <a:ext cx="35024" cy="34998"/>
                              </a:xfrm>
                              <a:custGeom>
                                <a:avLst/>
                                <a:gdLst/>
                                <a:ahLst/>
                                <a:cxnLst/>
                                <a:rect l="0" t="0" r="0" b="0"/>
                                <a:pathLst>
                                  <a:path w="35024" h="34998">
                                    <a:moveTo>
                                      <a:pt x="17572" y="37"/>
                                    </a:moveTo>
                                    <a:cubicBezTo>
                                      <a:pt x="27217" y="37"/>
                                      <a:pt x="35024" y="7848"/>
                                      <a:pt x="35024" y="17481"/>
                                    </a:cubicBezTo>
                                    <a:cubicBezTo>
                                      <a:pt x="35024" y="17518"/>
                                      <a:pt x="35024" y="17518"/>
                                      <a:pt x="35024" y="17518"/>
                                    </a:cubicBezTo>
                                    <a:cubicBezTo>
                                      <a:pt x="35002" y="27188"/>
                                      <a:pt x="27146" y="34998"/>
                                      <a:pt x="17482" y="34961"/>
                                    </a:cubicBezTo>
                                    <a:cubicBezTo>
                                      <a:pt x="7815" y="34924"/>
                                      <a:pt x="0" y="27076"/>
                                      <a:pt x="26" y="17443"/>
                                    </a:cubicBezTo>
                                    <a:cubicBezTo>
                                      <a:pt x="48" y="7810"/>
                                      <a:pt x="7905" y="0"/>
                                      <a:pt x="17572" y="37"/>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679142292" name="Shape 56"/>
                            <wps:cNvSpPr/>
                            <wps:spPr>
                              <a:xfrm>
                                <a:off x="1947948" y="1547274"/>
                                <a:ext cx="34999" cy="34924"/>
                              </a:xfrm>
                              <a:custGeom>
                                <a:avLst/>
                                <a:gdLst/>
                                <a:ahLst/>
                                <a:cxnLst/>
                                <a:rect l="0" t="0" r="0" b="0"/>
                                <a:pathLst>
                                  <a:path w="34999" h="34924">
                                    <a:moveTo>
                                      <a:pt x="17500" y="0"/>
                                    </a:moveTo>
                                    <a:cubicBezTo>
                                      <a:pt x="17515" y="0"/>
                                      <a:pt x="17530" y="0"/>
                                      <a:pt x="17544" y="0"/>
                                    </a:cubicBezTo>
                                    <a:cubicBezTo>
                                      <a:pt x="27192" y="0"/>
                                      <a:pt x="34999" y="7810"/>
                                      <a:pt x="34999" y="17443"/>
                                    </a:cubicBezTo>
                                    <a:cubicBezTo>
                                      <a:pt x="34999" y="27114"/>
                                      <a:pt x="27165" y="34924"/>
                                      <a:pt x="17500" y="34924"/>
                                    </a:cubicBezTo>
                                    <a:cubicBezTo>
                                      <a:pt x="7835" y="34924"/>
                                      <a:pt x="0" y="27114"/>
                                      <a:pt x="0" y="17443"/>
                                    </a:cubicBezTo>
                                    <a:cubicBezTo>
                                      <a:pt x="0" y="7810"/>
                                      <a:pt x="7835" y="0"/>
                                      <a:pt x="17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5306316" name="Shape 57"/>
                            <wps:cNvSpPr/>
                            <wps:spPr>
                              <a:xfrm>
                                <a:off x="3428830" y="9920806"/>
                                <a:ext cx="34994" cy="34924"/>
                              </a:xfrm>
                              <a:custGeom>
                                <a:avLst/>
                                <a:gdLst/>
                                <a:ahLst/>
                                <a:cxnLst/>
                                <a:rect l="0" t="0" r="0" b="0"/>
                                <a:pathLst>
                                  <a:path w="34994" h="34924">
                                    <a:moveTo>
                                      <a:pt x="17478" y="0"/>
                                    </a:moveTo>
                                    <a:cubicBezTo>
                                      <a:pt x="27131" y="0"/>
                                      <a:pt x="34957" y="7811"/>
                                      <a:pt x="34994" y="17444"/>
                                    </a:cubicBezTo>
                                    <a:cubicBezTo>
                                      <a:pt x="34994" y="17444"/>
                                      <a:pt x="34994" y="17444"/>
                                      <a:pt x="34994" y="17481"/>
                                    </a:cubicBezTo>
                                    <a:cubicBezTo>
                                      <a:pt x="34994" y="27114"/>
                                      <a:pt x="27131" y="34924"/>
                                      <a:pt x="17478" y="34924"/>
                                    </a:cubicBezTo>
                                    <a:cubicBezTo>
                                      <a:pt x="7826" y="34924"/>
                                      <a:pt x="0" y="27114"/>
                                      <a:pt x="0" y="17481"/>
                                    </a:cubicBezTo>
                                    <a:cubicBezTo>
                                      <a:pt x="0" y="7848"/>
                                      <a:pt x="7826" y="0"/>
                                      <a:pt x="1747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56402643" name="Shape 58"/>
                            <wps:cNvSpPr/>
                            <wps:spPr>
                              <a:xfrm>
                                <a:off x="3243683" y="9920806"/>
                                <a:ext cx="35032" cy="34924"/>
                              </a:xfrm>
                              <a:custGeom>
                                <a:avLst/>
                                <a:gdLst/>
                                <a:ahLst/>
                                <a:cxnLst/>
                                <a:rect l="0" t="0" r="0" b="0"/>
                                <a:pathLst>
                                  <a:path w="35032" h="34924">
                                    <a:moveTo>
                                      <a:pt x="17516" y="0"/>
                                    </a:moveTo>
                                    <a:cubicBezTo>
                                      <a:pt x="27168" y="0"/>
                                      <a:pt x="34994" y="7811"/>
                                      <a:pt x="35032" y="17444"/>
                                    </a:cubicBezTo>
                                    <a:cubicBezTo>
                                      <a:pt x="35032" y="17444"/>
                                      <a:pt x="35032" y="17444"/>
                                      <a:pt x="35032" y="17481"/>
                                    </a:cubicBezTo>
                                    <a:cubicBezTo>
                                      <a:pt x="35032" y="27114"/>
                                      <a:pt x="27168" y="34924"/>
                                      <a:pt x="17516" y="34924"/>
                                    </a:cubicBezTo>
                                    <a:cubicBezTo>
                                      <a:pt x="7863" y="34924"/>
                                      <a:pt x="0" y="27114"/>
                                      <a:pt x="0" y="17481"/>
                                    </a:cubicBezTo>
                                    <a:cubicBezTo>
                                      <a:pt x="0" y="7848"/>
                                      <a:pt x="7863"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1576013" name="Shape 59"/>
                            <wps:cNvSpPr/>
                            <wps:spPr>
                              <a:xfrm>
                                <a:off x="3058685" y="9920806"/>
                                <a:ext cx="35181" cy="34999"/>
                              </a:xfrm>
                              <a:custGeom>
                                <a:avLst/>
                                <a:gdLst/>
                                <a:ahLst/>
                                <a:cxnLst/>
                                <a:rect l="0" t="0" r="0" b="0"/>
                                <a:pathLst>
                                  <a:path w="35181" h="34999">
                                    <a:moveTo>
                                      <a:pt x="17442" y="0"/>
                                    </a:moveTo>
                                    <a:cubicBezTo>
                                      <a:pt x="17553" y="0"/>
                                      <a:pt x="17665" y="0"/>
                                      <a:pt x="17777" y="0"/>
                                    </a:cubicBezTo>
                                    <a:cubicBezTo>
                                      <a:pt x="27429" y="112"/>
                                      <a:pt x="35181" y="7996"/>
                                      <a:pt x="35069" y="17667"/>
                                    </a:cubicBezTo>
                                    <a:cubicBezTo>
                                      <a:pt x="34995" y="27188"/>
                                      <a:pt x="27243" y="34850"/>
                                      <a:pt x="17702" y="34924"/>
                                    </a:cubicBezTo>
                                    <a:cubicBezTo>
                                      <a:pt x="8050" y="34999"/>
                                      <a:pt x="149" y="27263"/>
                                      <a:pt x="75" y="17593"/>
                                    </a:cubicBezTo>
                                    <a:cubicBezTo>
                                      <a:pt x="0" y="7959"/>
                                      <a:pt x="7789" y="74"/>
                                      <a:pt x="1744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80907482" name="Shape 60"/>
                            <wps:cNvSpPr/>
                            <wps:spPr>
                              <a:xfrm>
                                <a:off x="2873464" y="9920806"/>
                                <a:ext cx="34994" cy="34961"/>
                              </a:xfrm>
                              <a:custGeom>
                                <a:avLst/>
                                <a:gdLst/>
                                <a:ahLst/>
                                <a:cxnLst/>
                                <a:rect l="0" t="0" r="0" b="0"/>
                                <a:pathLst>
                                  <a:path w="34994" h="34961">
                                    <a:moveTo>
                                      <a:pt x="17553" y="0"/>
                                    </a:moveTo>
                                    <a:cubicBezTo>
                                      <a:pt x="27168" y="37"/>
                                      <a:pt x="34994" y="7811"/>
                                      <a:pt x="34994" y="17444"/>
                                    </a:cubicBezTo>
                                    <a:cubicBezTo>
                                      <a:pt x="34994" y="17444"/>
                                      <a:pt x="34994" y="17481"/>
                                      <a:pt x="34994" y="17518"/>
                                    </a:cubicBezTo>
                                    <a:cubicBezTo>
                                      <a:pt x="34994" y="27151"/>
                                      <a:pt x="27131" y="34961"/>
                                      <a:pt x="17479" y="34924"/>
                                    </a:cubicBezTo>
                                    <a:cubicBezTo>
                                      <a:pt x="7789" y="34924"/>
                                      <a:pt x="0" y="27077"/>
                                      <a:pt x="0" y="17444"/>
                                    </a:cubicBezTo>
                                    <a:cubicBezTo>
                                      <a:pt x="37" y="7774"/>
                                      <a:pt x="7901" y="0"/>
                                      <a:pt x="17553"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20637308" name="Shape 61"/>
                            <wps:cNvSpPr/>
                            <wps:spPr>
                              <a:xfrm>
                                <a:off x="2688391" y="9920806"/>
                                <a:ext cx="34995" cy="34924"/>
                              </a:xfrm>
                              <a:custGeom>
                                <a:avLst/>
                                <a:gdLst/>
                                <a:ahLst/>
                                <a:cxnLst/>
                                <a:rect l="0" t="0" r="0" b="0"/>
                                <a:pathLst>
                                  <a:path w="34995" h="34924">
                                    <a:moveTo>
                                      <a:pt x="17516" y="0"/>
                                    </a:moveTo>
                                    <a:cubicBezTo>
                                      <a:pt x="27168" y="0"/>
                                      <a:pt x="34995" y="7811"/>
                                      <a:pt x="34995" y="17444"/>
                                    </a:cubicBezTo>
                                    <a:cubicBezTo>
                                      <a:pt x="34995" y="17444"/>
                                      <a:pt x="34995" y="17444"/>
                                      <a:pt x="34995" y="17481"/>
                                    </a:cubicBezTo>
                                    <a:cubicBezTo>
                                      <a:pt x="34995" y="27114"/>
                                      <a:pt x="27168" y="34924"/>
                                      <a:pt x="17516" y="34924"/>
                                    </a:cubicBezTo>
                                    <a:cubicBezTo>
                                      <a:pt x="7863" y="34924"/>
                                      <a:pt x="0" y="27114"/>
                                      <a:pt x="0" y="17481"/>
                                    </a:cubicBezTo>
                                    <a:cubicBezTo>
                                      <a:pt x="0" y="7848"/>
                                      <a:pt x="7863"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26217853" name="Shape 62"/>
                            <wps:cNvSpPr/>
                            <wps:spPr>
                              <a:xfrm>
                                <a:off x="2503282" y="9920806"/>
                                <a:ext cx="34995" cy="34924"/>
                              </a:xfrm>
                              <a:custGeom>
                                <a:avLst/>
                                <a:gdLst/>
                                <a:ahLst/>
                                <a:cxnLst/>
                                <a:rect l="0" t="0" r="0" b="0"/>
                                <a:pathLst>
                                  <a:path w="34995" h="34924">
                                    <a:moveTo>
                                      <a:pt x="17516" y="0"/>
                                    </a:moveTo>
                                    <a:lnTo>
                                      <a:pt x="17591" y="0"/>
                                    </a:lnTo>
                                    <a:cubicBezTo>
                                      <a:pt x="27206" y="74"/>
                                      <a:pt x="34995" y="7848"/>
                                      <a:pt x="34995" y="17444"/>
                                    </a:cubicBezTo>
                                    <a:cubicBezTo>
                                      <a:pt x="34995" y="17444"/>
                                      <a:pt x="34995" y="17444"/>
                                      <a:pt x="34995" y="17481"/>
                                    </a:cubicBezTo>
                                    <a:cubicBezTo>
                                      <a:pt x="34995" y="27114"/>
                                      <a:pt x="27168" y="34924"/>
                                      <a:pt x="17516" y="34924"/>
                                    </a:cubicBezTo>
                                    <a:cubicBezTo>
                                      <a:pt x="7826" y="34924"/>
                                      <a:pt x="0" y="27114"/>
                                      <a:pt x="0" y="17481"/>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197431105" name="Shape 63"/>
                            <wps:cNvSpPr/>
                            <wps:spPr>
                              <a:xfrm>
                                <a:off x="2318172" y="9920806"/>
                                <a:ext cx="35106" cy="34924"/>
                              </a:xfrm>
                              <a:custGeom>
                                <a:avLst/>
                                <a:gdLst/>
                                <a:ahLst/>
                                <a:cxnLst/>
                                <a:rect l="0" t="0" r="0" b="0"/>
                                <a:pathLst>
                                  <a:path w="35106" h="34924">
                                    <a:moveTo>
                                      <a:pt x="17516" y="0"/>
                                    </a:moveTo>
                                    <a:cubicBezTo>
                                      <a:pt x="17553" y="0"/>
                                      <a:pt x="17628" y="0"/>
                                      <a:pt x="17665" y="0"/>
                                    </a:cubicBezTo>
                                    <a:cubicBezTo>
                                      <a:pt x="27355" y="112"/>
                                      <a:pt x="35106" y="7996"/>
                                      <a:pt x="34995" y="17667"/>
                                    </a:cubicBezTo>
                                    <a:cubicBezTo>
                                      <a:pt x="34920" y="27225"/>
                                      <a:pt x="27094" y="34924"/>
                                      <a:pt x="17516" y="34924"/>
                                    </a:cubicBezTo>
                                    <a:cubicBezTo>
                                      <a:pt x="7826" y="34924"/>
                                      <a:pt x="0" y="27114"/>
                                      <a:pt x="0" y="17481"/>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5259837" name="Shape 64"/>
                            <wps:cNvSpPr/>
                            <wps:spPr>
                              <a:xfrm>
                                <a:off x="2133037" y="9920806"/>
                                <a:ext cx="35024" cy="34961"/>
                              </a:xfrm>
                              <a:custGeom>
                                <a:avLst/>
                                <a:gdLst/>
                                <a:ahLst/>
                                <a:cxnLst/>
                                <a:rect l="0" t="0" r="0" b="0"/>
                                <a:pathLst>
                                  <a:path w="35024" h="34961">
                                    <a:moveTo>
                                      <a:pt x="17572" y="0"/>
                                    </a:moveTo>
                                    <a:cubicBezTo>
                                      <a:pt x="27202" y="37"/>
                                      <a:pt x="35002" y="7811"/>
                                      <a:pt x="35024" y="17444"/>
                                    </a:cubicBezTo>
                                    <a:cubicBezTo>
                                      <a:pt x="35024" y="17444"/>
                                      <a:pt x="35024" y="17481"/>
                                      <a:pt x="35024" y="17518"/>
                                    </a:cubicBezTo>
                                    <a:cubicBezTo>
                                      <a:pt x="35002" y="27151"/>
                                      <a:pt x="27146" y="34961"/>
                                      <a:pt x="17482" y="34924"/>
                                    </a:cubicBezTo>
                                    <a:cubicBezTo>
                                      <a:pt x="7815" y="34924"/>
                                      <a:pt x="0" y="27077"/>
                                      <a:pt x="26" y="17444"/>
                                    </a:cubicBezTo>
                                    <a:cubicBezTo>
                                      <a:pt x="48" y="7774"/>
                                      <a:pt x="7905" y="0"/>
                                      <a:pt x="175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172068750" name="Shape 65"/>
                            <wps:cNvSpPr/>
                            <wps:spPr>
                              <a:xfrm>
                                <a:off x="1947925" y="9920806"/>
                                <a:ext cx="35123" cy="34961"/>
                              </a:xfrm>
                              <a:custGeom>
                                <a:avLst/>
                                <a:gdLst/>
                                <a:ahLst/>
                                <a:cxnLst/>
                                <a:rect l="0" t="0" r="0" b="0"/>
                                <a:pathLst>
                                  <a:path w="35123" h="34961">
                                    <a:moveTo>
                                      <a:pt x="17568" y="0"/>
                                    </a:moveTo>
                                    <a:cubicBezTo>
                                      <a:pt x="17613" y="0"/>
                                      <a:pt x="17658" y="0"/>
                                      <a:pt x="17703" y="0"/>
                                    </a:cubicBezTo>
                                    <a:cubicBezTo>
                                      <a:pt x="27368" y="112"/>
                                      <a:pt x="35123" y="7996"/>
                                      <a:pt x="35022" y="17667"/>
                                    </a:cubicBezTo>
                                    <a:cubicBezTo>
                                      <a:pt x="34926" y="27263"/>
                                      <a:pt x="27092" y="34961"/>
                                      <a:pt x="17480" y="34924"/>
                                    </a:cubicBezTo>
                                    <a:cubicBezTo>
                                      <a:pt x="7815" y="34924"/>
                                      <a:pt x="0" y="27077"/>
                                      <a:pt x="24" y="17444"/>
                                    </a:cubicBezTo>
                                    <a:cubicBezTo>
                                      <a:pt x="48" y="7774"/>
                                      <a:pt x="7903" y="0"/>
                                      <a:pt x="1756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109916" name="Shape 66"/>
                            <wps:cNvSpPr/>
                            <wps:spPr>
                              <a:xfrm>
                                <a:off x="3058648" y="9741925"/>
                                <a:ext cx="35032" cy="34946"/>
                              </a:xfrm>
                              <a:custGeom>
                                <a:avLst/>
                                <a:gdLst/>
                                <a:ahLst/>
                                <a:cxnLst/>
                                <a:rect l="0" t="0" r="0" b="0"/>
                                <a:pathLst>
                                  <a:path w="35032" h="34946">
                                    <a:moveTo>
                                      <a:pt x="17553" y="0"/>
                                    </a:moveTo>
                                    <a:lnTo>
                                      <a:pt x="29908" y="5112"/>
                                    </a:lnTo>
                                    <a:cubicBezTo>
                                      <a:pt x="33076" y="8279"/>
                                      <a:pt x="35032" y="12649"/>
                                      <a:pt x="35032" y="17465"/>
                                    </a:cubicBezTo>
                                    <a:cubicBezTo>
                                      <a:pt x="35032" y="17465"/>
                                      <a:pt x="35032" y="17502"/>
                                      <a:pt x="35032" y="17502"/>
                                    </a:cubicBezTo>
                                    <a:cubicBezTo>
                                      <a:pt x="34995" y="27172"/>
                                      <a:pt x="27131" y="34946"/>
                                      <a:pt x="17479" y="34946"/>
                                    </a:cubicBezTo>
                                    <a:cubicBezTo>
                                      <a:pt x="7826" y="34909"/>
                                      <a:pt x="0" y="27060"/>
                                      <a:pt x="37" y="17428"/>
                                    </a:cubicBezTo>
                                    <a:cubicBezTo>
                                      <a:pt x="37" y="12612"/>
                                      <a:pt x="2003" y="8251"/>
                                      <a:pt x="5180" y="5093"/>
                                    </a:cubicBezTo>
                                    <a:lnTo>
                                      <a:pt x="1755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1407879" name="Shape 67"/>
                            <wps:cNvSpPr/>
                            <wps:spPr>
                              <a:xfrm>
                                <a:off x="2873538" y="9741917"/>
                                <a:ext cx="35032" cy="34954"/>
                              </a:xfrm>
                              <a:custGeom>
                                <a:avLst/>
                                <a:gdLst/>
                                <a:ahLst/>
                                <a:cxnLst/>
                                <a:rect l="0" t="0" r="0" b="0"/>
                                <a:pathLst>
                                  <a:path w="35032" h="34954">
                                    <a:moveTo>
                                      <a:pt x="17535" y="0"/>
                                    </a:moveTo>
                                    <a:lnTo>
                                      <a:pt x="29908" y="5120"/>
                                    </a:lnTo>
                                    <a:cubicBezTo>
                                      <a:pt x="33076" y="8286"/>
                                      <a:pt x="35032" y="12657"/>
                                      <a:pt x="35032" y="17473"/>
                                    </a:cubicBezTo>
                                    <a:cubicBezTo>
                                      <a:pt x="35032" y="17473"/>
                                      <a:pt x="35032" y="17510"/>
                                      <a:pt x="35032" y="17510"/>
                                    </a:cubicBezTo>
                                    <a:cubicBezTo>
                                      <a:pt x="34995" y="27180"/>
                                      <a:pt x="27131" y="34954"/>
                                      <a:pt x="17479" y="34954"/>
                                    </a:cubicBezTo>
                                    <a:cubicBezTo>
                                      <a:pt x="7826" y="34916"/>
                                      <a:pt x="0" y="27068"/>
                                      <a:pt x="37" y="17435"/>
                                    </a:cubicBezTo>
                                    <a:cubicBezTo>
                                      <a:pt x="37" y="12619"/>
                                      <a:pt x="2003" y="8258"/>
                                      <a:pt x="5176" y="5101"/>
                                    </a:cubicBezTo>
                                    <a:lnTo>
                                      <a:pt x="1753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3877961" name="Shape 68"/>
                            <wps:cNvSpPr/>
                            <wps:spPr>
                              <a:xfrm>
                                <a:off x="3428904" y="9741909"/>
                                <a:ext cx="34994" cy="34961"/>
                              </a:xfrm>
                              <a:custGeom>
                                <a:avLst/>
                                <a:gdLst/>
                                <a:ahLst/>
                                <a:cxnLst/>
                                <a:rect l="0" t="0" r="0" b="0"/>
                                <a:pathLst>
                                  <a:path w="34994" h="34961">
                                    <a:moveTo>
                                      <a:pt x="17516" y="0"/>
                                    </a:moveTo>
                                    <a:cubicBezTo>
                                      <a:pt x="27168" y="0"/>
                                      <a:pt x="34994" y="7848"/>
                                      <a:pt x="34994" y="17480"/>
                                    </a:cubicBezTo>
                                    <a:cubicBezTo>
                                      <a:pt x="34994" y="27113"/>
                                      <a:pt x="27168" y="34961"/>
                                      <a:pt x="17516" y="34961"/>
                                    </a:cubicBezTo>
                                    <a:cubicBezTo>
                                      <a:pt x="7826" y="34961"/>
                                      <a:pt x="0" y="27113"/>
                                      <a:pt x="0" y="17480"/>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113415171" name="Shape 69"/>
                            <wps:cNvSpPr/>
                            <wps:spPr>
                              <a:xfrm>
                                <a:off x="3446308" y="9741909"/>
                                <a:ext cx="112" cy="0"/>
                              </a:xfrm>
                              <a:custGeom>
                                <a:avLst/>
                                <a:gdLst/>
                                <a:ahLst/>
                                <a:cxnLst/>
                                <a:rect l="0" t="0" r="0" b="0"/>
                                <a:pathLst>
                                  <a:path w="112">
                                    <a:moveTo>
                                      <a:pt x="112" y="0"/>
                                    </a:move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116588242" name="Shape 70"/>
                            <wps:cNvSpPr/>
                            <wps:spPr>
                              <a:xfrm>
                                <a:off x="3243795" y="9741909"/>
                                <a:ext cx="34995" cy="34961"/>
                              </a:xfrm>
                              <a:custGeom>
                                <a:avLst/>
                                <a:gdLst/>
                                <a:ahLst/>
                                <a:cxnLst/>
                                <a:rect l="0" t="0" r="0" b="0"/>
                                <a:pathLst>
                                  <a:path w="34995" h="34961">
                                    <a:moveTo>
                                      <a:pt x="17479" y="0"/>
                                    </a:moveTo>
                                    <a:cubicBezTo>
                                      <a:pt x="27168" y="0"/>
                                      <a:pt x="34995" y="7848"/>
                                      <a:pt x="34995" y="17480"/>
                                    </a:cubicBezTo>
                                    <a:cubicBezTo>
                                      <a:pt x="34995" y="27113"/>
                                      <a:pt x="27168" y="34961"/>
                                      <a:pt x="17479" y="34961"/>
                                    </a:cubicBezTo>
                                    <a:cubicBezTo>
                                      <a:pt x="7826" y="34961"/>
                                      <a:pt x="0" y="27113"/>
                                      <a:pt x="0" y="17480"/>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56691307" name="Shape 71"/>
                            <wps:cNvSpPr/>
                            <wps:spPr>
                              <a:xfrm>
                                <a:off x="3261199" y="9741909"/>
                                <a:ext cx="74" cy="0"/>
                              </a:xfrm>
                              <a:custGeom>
                                <a:avLst/>
                                <a:gdLst/>
                                <a:ahLst/>
                                <a:cxnLst/>
                                <a:rect l="0" t="0" r="0" b="0"/>
                                <a:pathLst>
                                  <a:path w="74">
                                    <a:moveTo>
                                      <a:pt x="74" y="0"/>
                                    </a:move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1003806" name="Shape 72"/>
                            <wps:cNvSpPr/>
                            <wps:spPr>
                              <a:xfrm>
                                <a:off x="3076164" y="9741909"/>
                                <a:ext cx="74" cy="16"/>
                              </a:xfrm>
                              <a:custGeom>
                                <a:avLst/>
                                <a:gdLst/>
                                <a:ahLst/>
                                <a:cxnLst/>
                                <a:rect l="0" t="0" r="0" b="0"/>
                                <a:pathLst>
                                  <a:path w="74" h="16">
                                    <a:moveTo>
                                      <a:pt x="0" y="0"/>
                                    </a:moveTo>
                                    <a:lnTo>
                                      <a:pt x="74" y="0"/>
                                    </a:lnTo>
                                    <a:lnTo>
                                      <a:pt x="37" y="16"/>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438552813" name="Shape 73"/>
                            <wps:cNvSpPr/>
                            <wps:spPr>
                              <a:xfrm>
                                <a:off x="3076127" y="9741909"/>
                                <a:ext cx="37" cy="0"/>
                              </a:xfrm>
                              <a:custGeom>
                                <a:avLst/>
                                <a:gdLst/>
                                <a:ahLst/>
                                <a:cxnLst/>
                                <a:rect l="0" t="0" r="0" b="0"/>
                                <a:pathLst>
                                  <a:path w="37">
                                    <a:moveTo>
                                      <a:pt x="37" y="0"/>
                                    </a:moveTo>
                                    <a:cubicBezTo>
                                      <a:pt x="37" y="0"/>
                                      <a:pt x="37" y="0"/>
                                      <a:pt x="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85080252" name="Shape 74"/>
                            <wps:cNvSpPr/>
                            <wps:spPr>
                              <a:xfrm>
                                <a:off x="2891054" y="9741909"/>
                                <a:ext cx="37" cy="8"/>
                              </a:xfrm>
                              <a:custGeom>
                                <a:avLst/>
                                <a:gdLst/>
                                <a:ahLst/>
                                <a:cxnLst/>
                                <a:rect l="0" t="0" r="0" b="0"/>
                                <a:pathLst>
                                  <a:path w="37" h="8">
                                    <a:moveTo>
                                      <a:pt x="0" y="0"/>
                                    </a:moveTo>
                                    <a:lnTo>
                                      <a:pt x="37" y="0"/>
                                    </a:lnTo>
                                    <a:lnTo>
                                      <a:pt x="19" y="8"/>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420995300" name="Shape 75"/>
                            <wps:cNvSpPr/>
                            <wps:spPr>
                              <a:xfrm>
                                <a:off x="2891017" y="9741909"/>
                                <a:ext cx="37" cy="0"/>
                              </a:xfrm>
                              <a:custGeom>
                                <a:avLst/>
                                <a:gdLst/>
                                <a:ahLst/>
                                <a:cxnLst/>
                                <a:rect l="0" t="0" r="0" b="0"/>
                                <a:pathLst>
                                  <a:path w="37">
                                    <a:moveTo>
                                      <a:pt x="37" y="0"/>
                                    </a:moveTo>
                                    <a:cubicBezTo>
                                      <a:pt x="37" y="0"/>
                                      <a:pt x="0" y="0"/>
                                      <a:pt x="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40693648" name="Shape 76"/>
                            <wps:cNvSpPr/>
                            <wps:spPr>
                              <a:xfrm>
                                <a:off x="2688503" y="9741909"/>
                                <a:ext cx="34995" cy="34961"/>
                              </a:xfrm>
                              <a:custGeom>
                                <a:avLst/>
                                <a:gdLst/>
                                <a:ahLst/>
                                <a:cxnLst/>
                                <a:rect l="0" t="0" r="0" b="0"/>
                                <a:pathLst>
                                  <a:path w="34995" h="34961">
                                    <a:moveTo>
                                      <a:pt x="17479" y="0"/>
                                    </a:moveTo>
                                    <a:cubicBezTo>
                                      <a:pt x="27168" y="0"/>
                                      <a:pt x="34995" y="7848"/>
                                      <a:pt x="34995" y="17480"/>
                                    </a:cubicBezTo>
                                    <a:cubicBezTo>
                                      <a:pt x="34995" y="27113"/>
                                      <a:pt x="27168" y="34961"/>
                                      <a:pt x="17479" y="34961"/>
                                    </a:cubicBezTo>
                                    <a:cubicBezTo>
                                      <a:pt x="7826" y="34961"/>
                                      <a:pt x="0" y="27113"/>
                                      <a:pt x="0" y="17480"/>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73427604" name="Shape 77"/>
                            <wps:cNvSpPr/>
                            <wps:spPr>
                              <a:xfrm>
                                <a:off x="2705907" y="9741909"/>
                                <a:ext cx="74" cy="0"/>
                              </a:xfrm>
                              <a:custGeom>
                                <a:avLst/>
                                <a:gdLst/>
                                <a:ahLst/>
                                <a:cxnLst/>
                                <a:rect l="0" t="0" r="0" b="0"/>
                                <a:pathLst>
                                  <a:path w="74">
                                    <a:moveTo>
                                      <a:pt x="74" y="0"/>
                                    </a:move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77865217" name="Shape 78"/>
                            <wps:cNvSpPr/>
                            <wps:spPr>
                              <a:xfrm>
                                <a:off x="2503394" y="9741909"/>
                                <a:ext cx="34995" cy="34961"/>
                              </a:xfrm>
                              <a:custGeom>
                                <a:avLst/>
                                <a:gdLst/>
                                <a:ahLst/>
                                <a:cxnLst/>
                                <a:rect l="0" t="0" r="0" b="0"/>
                                <a:pathLst>
                                  <a:path w="34995" h="34961">
                                    <a:moveTo>
                                      <a:pt x="17479" y="0"/>
                                    </a:moveTo>
                                    <a:cubicBezTo>
                                      <a:pt x="27168" y="0"/>
                                      <a:pt x="34995" y="7848"/>
                                      <a:pt x="34995" y="17480"/>
                                    </a:cubicBezTo>
                                    <a:cubicBezTo>
                                      <a:pt x="34995" y="27113"/>
                                      <a:pt x="27168" y="34961"/>
                                      <a:pt x="17479" y="34961"/>
                                    </a:cubicBezTo>
                                    <a:cubicBezTo>
                                      <a:pt x="7826" y="34961"/>
                                      <a:pt x="0" y="27113"/>
                                      <a:pt x="0" y="17480"/>
                                    </a:cubicBezTo>
                                    <a:cubicBezTo>
                                      <a:pt x="0" y="7848"/>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88632880" name="Shape 79"/>
                            <wps:cNvSpPr/>
                            <wps:spPr>
                              <a:xfrm>
                                <a:off x="2318172" y="9741909"/>
                                <a:ext cx="34995" cy="34961"/>
                              </a:xfrm>
                              <a:custGeom>
                                <a:avLst/>
                                <a:gdLst/>
                                <a:ahLst/>
                                <a:cxnLst/>
                                <a:rect l="0" t="0" r="0" b="0"/>
                                <a:pathLst>
                                  <a:path w="34995" h="34961">
                                    <a:moveTo>
                                      <a:pt x="17516" y="0"/>
                                    </a:moveTo>
                                    <a:cubicBezTo>
                                      <a:pt x="27168" y="0"/>
                                      <a:pt x="34995" y="7848"/>
                                      <a:pt x="34995" y="17480"/>
                                    </a:cubicBezTo>
                                    <a:cubicBezTo>
                                      <a:pt x="34995" y="27113"/>
                                      <a:pt x="27168" y="34961"/>
                                      <a:pt x="17516" y="34961"/>
                                    </a:cubicBezTo>
                                    <a:cubicBezTo>
                                      <a:pt x="7826" y="34961"/>
                                      <a:pt x="0" y="27113"/>
                                      <a:pt x="0" y="17480"/>
                                    </a:cubicBezTo>
                                    <a:cubicBezTo>
                                      <a:pt x="0" y="7848"/>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55398424" name="Shape 80"/>
                            <wps:cNvSpPr/>
                            <wps:spPr>
                              <a:xfrm>
                                <a:off x="2133037" y="9741909"/>
                                <a:ext cx="35024" cy="34961"/>
                              </a:xfrm>
                              <a:custGeom>
                                <a:avLst/>
                                <a:gdLst/>
                                <a:ahLst/>
                                <a:cxnLst/>
                                <a:rect l="0" t="0" r="0" b="0"/>
                                <a:pathLst>
                                  <a:path w="35024" h="34961">
                                    <a:moveTo>
                                      <a:pt x="17572" y="0"/>
                                    </a:moveTo>
                                    <a:cubicBezTo>
                                      <a:pt x="27217" y="37"/>
                                      <a:pt x="35024" y="7848"/>
                                      <a:pt x="35024" y="17480"/>
                                    </a:cubicBezTo>
                                    <a:cubicBezTo>
                                      <a:pt x="35024" y="17480"/>
                                      <a:pt x="35024" y="17518"/>
                                      <a:pt x="35024" y="17518"/>
                                    </a:cubicBezTo>
                                    <a:cubicBezTo>
                                      <a:pt x="35002" y="27187"/>
                                      <a:pt x="27146" y="34961"/>
                                      <a:pt x="17482" y="34961"/>
                                    </a:cubicBezTo>
                                    <a:cubicBezTo>
                                      <a:pt x="7815" y="34924"/>
                                      <a:pt x="0" y="27076"/>
                                      <a:pt x="26" y="17443"/>
                                    </a:cubicBezTo>
                                    <a:cubicBezTo>
                                      <a:pt x="48" y="7810"/>
                                      <a:pt x="7905" y="0"/>
                                      <a:pt x="17572"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75977752" name="Shape 81"/>
                            <wps:cNvSpPr/>
                            <wps:spPr>
                              <a:xfrm>
                                <a:off x="1947924" y="9741909"/>
                                <a:ext cx="35024" cy="34961"/>
                              </a:xfrm>
                              <a:custGeom>
                                <a:avLst/>
                                <a:gdLst/>
                                <a:ahLst/>
                                <a:cxnLst/>
                                <a:rect l="0" t="0" r="0" b="0"/>
                                <a:pathLst>
                                  <a:path w="35024" h="34961">
                                    <a:moveTo>
                                      <a:pt x="17569" y="0"/>
                                    </a:moveTo>
                                    <a:cubicBezTo>
                                      <a:pt x="27217" y="37"/>
                                      <a:pt x="35024" y="7848"/>
                                      <a:pt x="35024" y="17480"/>
                                    </a:cubicBezTo>
                                    <a:cubicBezTo>
                                      <a:pt x="35024" y="17480"/>
                                      <a:pt x="35024" y="17518"/>
                                      <a:pt x="35024" y="17518"/>
                                    </a:cubicBezTo>
                                    <a:cubicBezTo>
                                      <a:pt x="34998" y="27187"/>
                                      <a:pt x="27145" y="34961"/>
                                      <a:pt x="17480" y="34961"/>
                                    </a:cubicBezTo>
                                    <a:cubicBezTo>
                                      <a:pt x="7815" y="34924"/>
                                      <a:pt x="0" y="27076"/>
                                      <a:pt x="25" y="17443"/>
                                    </a:cubicBezTo>
                                    <a:cubicBezTo>
                                      <a:pt x="50" y="7810"/>
                                      <a:pt x="7905" y="0"/>
                                      <a:pt x="1756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255279410" name="Shape 82"/>
                            <wps:cNvSpPr/>
                            <wps:spPr>
                              <a:xfrm>
                                <a:off x="3428830" y="9563272"/>
                                <a:ext cx="34995" cy="34924"/>
                              </a:xfrm>
                              <a:custGeom>
                                <a:avLst/>
                                <a:gdLst/>
                                <a:ahLst/>
                                <a:cxnLst/>
                                <a:rect l="0" t="0" r="0" b="0"/>
                                <a:pathLst>
                                  <a:path w="34995" h="34924">
                                    <a:moveTo>
                                      <a:pt x="17479" y="0"/>
                                    </a:moveTo>
                                    <a:cubicBezTo>
                                      <a:pt x="27131" y="0"/>
                                      <a:pt x="34995" y="7810"/>
                                      <a:pt x="34995" y="17444"/>
                                    </a:cubicBezTo>
                                    <a:cubicBezTo>
                                      <a:pt x="34995" y="27114"/>
                                      <a:pt x="27131" y="34924"/>
                                      <a:pt x="17479" y="34924"/>
                                    </a:cubicBezTo>
                                    <a:cubicBezTo>
                                      <a:pt x="7827" y="34924"/>
                                      <a:pt x="0" y="27114"/>
                                      <a:pt x="0" y="17444"/>
                                    </a:cubicBezTo>
                                    <a:cubicBezTo>
                                      <a:pt x="0" y="7810"/>
                                      <a:pt x="7827"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373415034" name="Shape 83"/>
                            <wps:cNvSpPr/>
                            <wps:spPr>
                              <a:xfrm>
                                <a:off x="3243683" y="9563272"/>
                                <a:ext cx="35032" cy="34924"/>
                              </a:xfrm>
                              <a:custGeom>
                                <a:avLst/>
                                <a:gdLst/>
                                <a:ahLst/>
                                <a:cxnLst/>
                                <a:rect l="0" t="0" r="0" b="0"/>
                                <a:pathLst>
                                  <a:path w="35032" h="34924">
                                    <a:moveTo>
                                      <a:pt x="17516" y="0"/>
                                    </a:moveTo>
                                    <a:cubicBezTo>
                                      <a:pt x="27168" y="0"/>
                                      <a:pt x="35032" y="7810"/>
                                      <a:pt x="35032" y="17444"/>
                                    </a:cubicBezTo>
                                    <a:cubicBezTo>
                                      <a:pt x="35032" y="27114"/>
                                      <a:pt x="27168" y="34924"/>
                                      <a:pt x="17516" y="34924"/>
                                    </a:cubicBezTo>
                                    <a:cubicBezTo>
                                      <a:pt x="7864" y="34924"/>
                                      <a:pt x="0" y="27114"/>
                                      <a:pt x="0" y="17444"/>
                                    </a:cubicBezTo>
                                    <a:cubicBezTo>
                                      <a:pt x="0" y="7810"/>
                                      <a:pt x="7864"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806603987" name="Shape 84"/>
                            <wps:cNvSpPr/>
                            <wps:spPr>
                              <a:xfrm>
                                <a:off x="3058685" y="9563272"/>
                                <a:ext cx="35069" cy="34999"/>
                              </a:xfrm>
                              <a:custGeom>
                                <a:avLst/>
                                <a:gdLst/>
                                <a:ahLst/>
                                <a:cxnLst/>
                                <a:rect l="0" t="0" r="0" b="0"/>
                                <a:pathLst>
                                  <a:path w="35069" h="34999">
                                    <a:moveTo>
                                      <a:pt x="17441" y="0"/>
                                    </a:moveTo>
                                    <a:cubicBezTo>
                                      <a:pt x="17479" y="0"/>
                                      <a:pt x="17553" y="0"/>
                                      <a:pt x="17590" y="0"/>
                                    </a:cubicBezTo>
                                    <a:cubicBezTo>
                                      <a:pt x="27243" y="0"/>
                                      <a:pt x="35069" y="7810"/>
                                      <a:pt x="35069" y="17444"/>
                                    </a:cubicBezTo>
                                    <a:cubicBezTo>
                                      <a:pt x="35069" y="27039"/>
                                      <a:pt x="27317" y="34850"/>
                                      <a:pt x="17702" y="34924"/>
                                    </a:cubicBezTo>
                                    <a:cubicBezTo>
                                      <a:pt x="8050" y="34999"/>
                                      <a:pt x="149" y="27225"/>
                                      <a:pt x="75" y="17593"/>
                                    </a:cubicBezTo>
                                    <a:cubicBezTo>
                                      <a:pt x="0" y="7959"/>
                                      <a:pt x="7789" y="74"/>
                                      <a:pt x="1744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38026619" name="Shape 85"/>
                            <wps:cNvSpPr/>
                            <wps:spPr>
                              <a:xfrm>
                                <a:off x="2873464" y="9563235"/>
                                <a:ext cx="34994" cy="34999"/>
                              </a:xfrm>
                              <a:custGeom>
                                <a:avLst/>
                                <a:gdLst/>
                                <a:ahLst/>
                                <a:cxnLst/>
                                <a:rect l="0" t="0" r="0" b="0"/>
                                <a:pathLst>
                                  <a:path w="34994" h="34999">
                                    <a:moveTo>
                                      <a:pt x="17553" y="37"/>
                                    </a:moveTo>
                                    <a:cubicBezTo>
                                      <a:pt x="27205" y="37"/>
                                      <a:pt x="34994" y="7848"/>
                                      <a:pt x="34994" y="17481"/>
                                    </a:cubicBezTo>
                                    <a:cubicBezTo>
                                      <a:pt x="34994" y="17518"/>
                                      <a:pt x="34994" y="17518"/>
                                      <a:pt x="34994" y="17518"/>
                                    </a:cubicBezTo>
                                    <a:cubicBezTo>
                                      <a:pt x="34994" y="27188"/>
                                      <a:pt x="27131" y="34999"/>
                                      <a:pt x="17478" y="34961"/>
                                    </a:cubicBezTo>
                                    <a:cubicBezTo>
                                      <a:pt x="7789" y="34924"/>
                                      <a:pt x="0" y="27077"/>
                                      <a:pt x="0" y="17444"/>
                                    </a:cubicBezTo>
                                    <a:cubicBezTo>
                                      <a:pt x="37" y="7810"/>
                                      <a:pt x="7901" y="0"/>
                                      <a:pt x="17553" y="37"/>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938347417" name="Shape 86"/>
                            <wps:cNvSpPr/>
                            <wps:spPr>
                              <a:xfrm>
                                <a:off x="2688503" y="9563272"/>
                                <a:ext cx="34995" cy="34924"/>
                              </a:xfrm>
                              <a:custGeom>
                                <a:avLst/>
                                <a:gdLst/>
                                <a:ahLst/>
                                <a:cxnLst/>
                                <a:rect l="0" t="0" r="0" b="0"/>
                                <a:pathLst>
                                  <a:path w="34995" h="34924">
                                    <a:moveTo>
                                      <a:pt x="17479" y="0"/>
                                    </a:moveTo>
                                    <a:cubicBezTo>
                                      <a:pt x="27168" y="0"/>
                                      <a:pt x="34995" y="7810"/>
                                      <a:pt x="34995" y="17444"/>
                                    </a:cubicBezTo>
                                    <a:cubicBezTo>
                                      <a:pt x="34995" y="27114"/>
                                      <a:pt x="27168" y="34924"/>
                                      <a:pt x="17479" y="34924"/>
                                    </a:cubicBezTo>
                                    <a:cubicBezTo>
                                      <a:pt x="7826" y="34924"/>
                                      <a:pt x="0" y="27114"/>
                                      <a:pt x="0" y="17444"/>
                                    </a:cubicBezTo>
                                    <a:cubicBezTo>
                                      <a:pt x="0" y="7810"/>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36536802" name="Shape 87"/>
                            <wps:cNvSpPr/>
                            <wps:spPr>
                              <a:xfrm>
                                <a:off x="2705907" y="9563272"/>
                                <a:ext cx="74" cy="0"/>
                              </a:xfrm>
                              <a:custGeom>
                                <a:avLst/>
                                <a:gdLst/>
                                <a:ahLst/>
                                <a:cxnLst/>
                                <a:rect l="0" t="0" r="0" b="0"/>
                                <a:pathLst>
                                  <a:path w="74">
                                    <a:moveTo>
                                      <a:pt x="74" y="0"/>
                                    </a:moveTo>
                                    <a:cubicBezTo>
                                      <a:pt x="37" y="0"/>
                                      <a:pt x="37" y="0"/>
                                      <a:pt x="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4122188" name="Shape 88"/>
                            <wps:cNvSpPr/>
                            <wps:spPr>
                              <a:xfrm>
                                <a:off x="2503394" y="9563272"/>
                                <a:ext cx="34995" cy="34924"/>
                              </a:xfrm>
                              <a:custGeom>
                                <a:avLst/>
                                <a:gdLst/>
                                <a:ahLst/>
                                <a:cxnLst/>
                                <a:rect l="0" t="0" r="0" b="0"/>
                                <a:pathLst>
                                  <a:path w="34995" h="34924">
                                    <a:moveTo>
                                      <a:pt x="17479" y="0"/>
                                    </a:moveTo>
                                    <a:cubicBezTo>
                                      <a:pt x="27168" y="0"/>
                                      <a:pt x="34995" y="7810"/>
                                      <a:pt x="34995" y="17444"/>
                                    </a:cubicBezTo>
                                    <a:cubicBezTo>
                                      <a:pt x="34995" y="27114"/>
                                      <a:pt x="27168" y="34924"/>
                                      <a:pt x="17479" y="34924"/>
                                    </a:cubicBezTo>
                                    <a:cubicBezTo>
                                      <a:pt x="7826" y="34924"/>
                                      <a:pt x="0" y="27114"/>
                                      <a:pt x="0" y="17444"/>
                                    </a:cubicBezTo>
                                    <a:cubicBezTo>
                                      <a:pt x="0" y="7810"/>
                                      <a:pt x="7826" y="0"/>
                                      <a:pt x="17479"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93341364" name="Shape 89"/>
                            <wps:cNvSpPr/>
                            <wps:spPr>
                              <a:xfrm>
                                <a:off x="2318172" y="9563272"/>
                                <a:ext cx="34995" cy="34924"/>
                              </a:xfrm>
                              <a:custGeom>
                                <a:avLst/>
                                <a:gdLst/>
                                <a:ahLst/>
                                <a:cxnLst/>
                                <a:rect l="0" t="0" r="0" b="0"/>
                                <a:pathLst>
                                  <a:path w="34995" h="34924">
                                    <a:moveTo>
                                      <a:pt x="17516" y="0"/>
                                    </a:moveTo>
                                    <a:cubicBezTo>
                                      <a:pt x="27168" y="0"/>
                                      <a:pt x="34995" y="7810"/>
                                      <a:pt x="34995" y="17444"/>
                                    </a:cubicBezTo>
                                    <a:cubicBezTo>
                                      <a:pt x="34995" y="27114"/>
                                      <a:pt x="27168" y="34924"/>
                                      <a:pt x="17516" y="34924"/>
                                    </a:cubicBezTo>
                                    <a:cubicBezTo>
                                      <a:pt x="7826" y="34924"/>
                                      <a:pt x="0" y="27114"/>
                                      <a:pt x="0" y="17444"/>
                                    </a:cubicBezTo>
                                    <a:cubicBezTo>
                                      <a:pt x="0" y="7810"/>
                                      <a:pt x="7826" y="0"/>
                                      <a:pt x="175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332702666" name="Shape 90"/>
                            <wps:cNvSpPr/>
                            <wps:spPr>
                              <a:xfrm>
                                <a:off x="2133037" y="9563235"/>
                                <a:ext cx="35024" cy="34999"/>
                              </a:xfrm>
                              <a:custGeom>
                                <a:avLst/>
                                <a:gdLst/>
                                <a:ahLst/>
                                <a:cxnLst/>
                                <a:rect l="0" t="0" r="0" b="0"/>
                                <a:pathLst>
                                  <a:path w="35024" h="34999">
                                    <a:moveTo>
                                      <a:pt x="17572" y="37"/>
                                    </a:moveTo>
                                    <a:cubicBezTo>
                                      <a:pt x="27217" y="37"/>
                                      <a:pt x="35024" y="7848"/>
                                      <a:pt x="35024" y="17481"/>
                                    </a:cubicBezTo>
                                    <a:cubicBezTo>
                                      <a:pt x="35024" y="17518"/>
                                      <a:pt x="35024" y="17518"/>
                                      <a:pt x="35024" y="17518"/>
                                    </a:cubicBezTo>
                                    <a:cubicBezTo>
                                      <a:pt x="35002" y="27188"/>
                                      <a:pt x="27146" y="34999"/>
                                      <a:pt x="17482" y="34961"/>
                                    </a:cubicBezTo>
                                    <a:cubicBezTo>
                                      <a:pt x="7815" y="34924"/>
                                      <a:pt x="0" y="27077"/>
                                      <a:pt x="26" y="17444"/>
                                    </a:cubicBezTo>
                                    <a:cubicBezTo>
                                      <a:pt x="48" y="7810"/>
                                      <a:pt x="7905" y="0"/>
                                      <a:pt x="17572" y="37"/>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649604470" name="Shape 91"/>
                            <wps:cNvSpPr/>
                            <wps:spPr>
                              <a:xfrm>
                                <a:off x="1947948" y="9563272"/>
                                <a:ext cx="34999" cy="34924"/>
                              </a:xfrm>
                              <a:custGeom>
                                <a:avLst/>
                                <a:gdLst/>
                                <a:ahLst/>
                                <a:cxnLst/>
                                <a:rect l="0" t="0" r="0" b="0"/>
                                <a:pathLst>
                                  <a:path w="34999" h="34924">
                                    <a:moveTo>
                                      <a:pt x="17500" y="0"/>
                                    </a:moveTo>
                                    <a:cubicBezTo>
                                      <a:pt x="17515" y="0"/>
                                      <a:pt x="17530" y="0"/>
                                      <a:pt x="17544" y="0"/>
                                    </a:cubicBezTo>
                                    <a:cubicBezTo>
                                      <a:pt x="27192" y="0"/>
                                      <a:pt x="34999" y="7810"/>
                                      <a:pt x="34999" y="17444"/>
                                    </a:cubicBezTo>
                                    <a:cubicBezTo>
                                      <a:pt x="34999" y="27114"/>
                                      <a:pt x="27165" y="34924"/>
                                      <a:pt x="17500" y="34924"/>
                                    </a:cubicBezTo>
                                    <a:cubicBezTo>
                                      <a:pt x="7835" y="34924"/>
                                      <a:pt x="0" y="27114"/>
                                      <a:pt x="0" y="17444"/>
                                    </a:cubicBezTo>
                                    <a:cubicBezTo>
                                      <a:pt x="0" y="7810"/>
                                      <a:pt x="7835" y="0"/>
                                      <a:pt x="175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31830470" name="Picture 93"/>
                              <pic:cNvPicPr/>
                            </pic:nvPicPr>
                            <pic:blipFill>
                              <a:blip r:embed="rId12"/>
                              <a:stretch>
                                <a:fillRect/>
                              </a:stretch>
                            </pic:blipFill>
                            <pic:spPr>
                              <a:xfrm>
                                <a:off x="4668520" y="361099"/>
                                <a:ext cx="717893" cy="717893"/>
                              </a:xfrm>
                              <a:prstGeom prst="rect">
                                <a:avLst/>
                              </a:prstGeom>
                            </pic:spPr>
                          </pic:pic>
                          <wps:wsp>
                            <wps:cNvPr id="2027925809" name="Rectangle 100"/>
                            <wps:cNvSpPr/>
                            <wps:spPr>
                              <a:xfrm>
                                <a:off x="4290568" y="1916592"/>
                                <a:ext cx="3322234" cy="988820"/>
                              </a:xfrm>
                              <a:prstGeom prst="rect">
                                <a:avLst/>
                              </a:prstGeom>
                              <a:ln>
                                <a:noFill/>
                              </a:ln>
                            </wps:spPr>
                            <wps:txbx>
                              <w:txbxContent>
                                <w:p w14:paraId="748F4212" w14:textId="62260841" w:rsidR="005F7F92" w:rsidRPr="00671950" w:rsidRDefault="00671950" w:rsidP="005F7F92">
                                  <w:pPr>
                                    <w:rPr>
                                      <w:sz w:val="20"/>
                                      <w:szCs w:val="20"/>
                                    </w:rPr>
                                  </w:pPr>
                                  <w:r w:rsidRPr="00671950">
                                    <w:rPr>
                                      <w:rFonts w:ascii="Montserrat" w:eastAsia="Montserrat" w:hAnsi="Montserrat" w:cs="Montserrat"/>
                                      <w:color w:val="211C1C"/>
                                      <w:sz w:val="72"/>
                                      <w:szCs w:val="20"/>
                                    </w:rPr>
                                    <w:t>2024</w:t>
                                  </w:r>
                                  <w:r>
                                    <w:rPr>
                                      <w:rFonts w:ascii="Montserrat" w:eastAsia="Montserrat" w:hAnsi="Montserrat" w:cs="Montserrat"/>
                                      <w:color w:val="211C1C"/>
                                      <w:sz w:val="72"/>
                                      <w:szCs w:val="20"/>
                                    </w:rPr>
                                    <w:t>-</w:t>
                                  </w:r>
                                  <w:r w:rsidR="005F7F92" w:rsidRPr="00671950">
                                    <w:rPr>
                                      <w:rFonts w:ascii="Montserrat" w:eastAsia="Montserrat" w:hAnsi="Montserrat" w:cs="Montserrat"/>
                                      <w:color w:val="211C1C"/>
                                      <w:sz w:val="72"/>
                                      <w:szCs w:val="20"/>
                                    </w:rPr>
                                    <w:t>2025</w:t>
                                  </w:r>
                                </w:p>
                              </w:txbxContent>
                            </wps:txbx>
                            <wps:bodyPr horzOverflow="overflow" vert="horz" lIns="0" tIns="0" rIns="0" bIns="0" rtlCol="0">
                              <a:noAutofit/>
                            </wps:bodyPr>
                          </wps:wsp>
                          <wps:wsp>
                            <wps:cNvPr id="1181493702" name="Rectangle 101"/>
                            <wps:cNvSpPr/>
                            <wps:spPr>
                              <a:xfrm>
                                <a:off x="5474843" y="498385"/>
                                <a:ext cx="1314320" cy="355798"/>
                              </a:xfrm>
                              <a:prstGeom prst="rect">
                                <a:avLst/>
                              </a:prstGeom>
                              <a:ln>
                                <a:noFill/>
                              </a:ln>
                            </wps:spPr>
                            <wps:txbx>
                              <w:txbxContent>
                                <w:p w14:paraId="48CE9A2B" w14:textId="77777777" w:rsidR="005F7F92" w:rsidRDefault="005F7F92" w:rsidP="005F7F92">
                                  <w:r>
                                    <w:rPr>
                                      <w:rFonts w:ascii="Montserrat" w:eastAsia="Montserrat" w:hAnsi="Montserrat" w:cs="Montserrat"/>
                                      <w:color w:val="FFF9F3"/>
                                      <w:sz w:val="35"/>
                                    </w:rPr>
                                    <w:t xml:space="preserve">Balıkesir </w:t>
                                  </w:r>
                                </w:p>
                              </w:txbxContent>
                            </wps:txbx>
                            <wps:bodyPr horzOverflow="overflow" vert="horz" lIns="0" tIns="0" rIns="0" bIns="0" rtlCol="0">
                              <a:noAutofit/>
                            </wps:bodyPr>
                          </wps:wsp>
                          <wps:wsp>
                            <wps:cNvPr id="226349072" name="Rectangle 102"/>
                            <wps:cNvSpPr/>
                            <wps:spPr>
                              <a:xfrm>
                                <a:off x="5474843" y="714498"/>
                                <a:ext cx="1694066" cy="356291"/>
                              </a:xfrm>
                              <a:prstGeom prst="rect">
                                <a:avLst/>
                              </a:prstGeom>
                              <a:ln>
                                <a:noFill/>
                              </a:ln>
                            </wps:spPr>
                            <wps:txbx>
                              <w:txbxContent>
                                <w:p w14:paraId="67CC76C9" w14:textId="77777777" w:rsidR="005F7F92" w:rsidRDefault="005F7F92" w:rsidP="005F7F92">
                                  <w:r>
                                    <w:rPr>
                                      <w:rFonts w:ascii="Montserrat" w:eastAsia="Montserrat" w:hAnsi="Montserrat" w:cs="Montserrat"/>
                                      <w:color w:val="FFF9F3"/>
                                      <w:sz w:val="35"/>
                                    </w:rPr>
                                    <w:t>Üniversitesi</w:t>
                                  </w:r>
                                </w:p>
                              </w:txbxContent>
                            </wps:txbx>
                            <wps:bodyPr horzOverflow="overflow" vert="horz" lIns="0" tIns="0" rIns="0" bIns="0" rtlCol="0">
                              <a:noAutofit/>
                            </wps:bodyPr>
                          </wps:wsp>
                          <wps:wsp>
                            <wps:cNvPr id="1801727394" name="Rectangle 103"/>
                            <wps:cNvSpPr/>
                            <wps:spPr>
                              <a:xfrm>
                                <a:off x="3219110" y="9135262"/>
                                <a:ext cx="3949790" cy="304547"/>
                              </a:xfrm>
                              <a:prstGeom prst="rect">
                                <a:avLst/>
                              </a:prstGeom>
                              <a:ln>
                                <a:noFill/>
                              </a:ln>
                            </wps:spPr>
                            <wps:txbx>
                              <w:txbxContent>
                                <w:p w14:paraId="599F0C4E" w14:textId="01077B3F" w:rsidR="005F7F92" w:rsidRDefault="00C946F9" w:rsidP="00D53EB2">
                                  <w:pPr>
                                    <w:jc w:val="right"/>
                                  </w:pPr>
                                  <w:r>
                                    <w:rPr>
                                      <w:rFonts w:cs="Calibri"/>
                                      <w:color w:val="FFFFFF"/>
                                      <w:w w:val="121"/>
                                      <w:sz w:val="34"/>
                                    </w:rPr>
                                    <w:t>FİZİK</w:t>
                                  </w:r>
                                </w:p>
                              </w:txbxContent>
                            </wps:txbx>
                            <wps:bodyPr horzOverflow="overflow" vert="horz" lIns="0" tIns="0" rIns="0" bIns="0" rtlCol="0">
                              <a:noAutofit/>
                            </wps:bodyPr>
                          </wps:wsp>
                          <wps:wsp>
                            <wps:cNvPr id="1280317314" name="Rectangle 104"/>
                            <wps:cNvSpPr/>
                            <wps:spPr>
                              <a:xfrm>
                                <a:off x="4082777" y="9437362"/>
                                <a:ext cx="3096972" cy="304546"/>
                              </a:xfrm>
                              <a:prstGeom prst="rect">
                                <a:avLst/>
                              </a:prstGeom>
                              <a:ln>
                                <a:noFill/>
                              </a:ln>
                            </wps:spPr>
                            <wps:txbx>
                              <w:txbxContent>
                                <w:p w14:paraId="571068AE" w14:textId="1EFB5022" w:rsidR="005F7F92" w:rsidRDefault="00C946F9" w:rsidP="00D53EB2">
                                  <w:pPr>
                                    <w:jc w:val="right"/>
                                  </w:pPr>
                                  <w:r w:rsidRPr="00C946F9">
                                    <w:rPr>
                                      <w:rFonts w:cs="Calibri"/>
                                      <w:color w:val="FFFFFF" w:themeColor="background1"/>
                                      <w:w w:val="118"/>
                                      <w:sz w:val="34"/>
                                    </w:rPr>
                                    <w:t>fizik</w:t>
                                  </w:r>
                                  <w:r w:rsidR="005F7F92">
                                    <w:rPr>
                                      <w:rFonts w:cs="Calibri"/>
                                      <w:color w:val="FFFFFF"/>
                                      <w:w w:val="118"/>
                                      <w:sz w:val="34"/>
                                    </w:rPr>
                                    <w:t>@balikesir.edu.tr</w:t>
                                  </w:r>
                                </w:p>
                              </w:txbxContent>
                            </wps:txbx>
                            <wps:bodyPr horzOverflow="overflow" vert="horz" lIns="0" tIns="0" rIns="0" bIns="0" rtlCol="0">
                              <a:noAutofit/>
                            </wps:bodyPr>
                          </wps:wsp>
                          <wps:wsp>
                            <wps:cNvPr id="1096567808" name="Shape 105"/>
                            <wps:cNvSpPr/>
                            <wps:spPr>
                              <a:xfrm>
                                <a:off x="6474718" y="5394360"/>
                                <a:ext cx="727329" cy="0"/>
                              </a:xfrm>
                              <a:custGeom>
                                <a:avLst/>
                                <a:gdLst/>
                                <a:ahLst/>
                                <a:cxnLst/>
                                <a:rect l="0" t="0" r="0" b="0"/>
                                <a:pathLst>
                                  <a:path w="727329">
                                    <a:moveTo>
                                      <a:pt x="0" y="0"/>
                                    </a:moveTo>
                                    <a:lnTo>
                                      <a:pt x="727329" y="0"/>
                                    </a:lnTo>
                                  </a:path>
                                </a:pathLst>
                              </a:custGeom>
                              <a:ln w="76200" cap="flat">
                                <a:round/>
                              </a:ln>
                            </wps:spPr>
                            <wps:style>
                              <a:lnRef idx="1">
                                <a:srgbClr val="22263E"/>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3054383B" id="Group 453" o:spid="_x0000_s1026" style="position:absolute;left:0;text-align:left;margin-left:.75pt;margin-top:0;width:599.4pt;height:842pt;z-index:251658240;mso-position-horizontal-relative:page;mso-position-vertical-relative:page;mso-width-relative:margin" coordsize="76128,10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7" type="#_x0000_t75" style="position:absolute;top:21295;width:35692;height:6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">
                      <v:imagedata r:id="rId13" o:title=""/>
                    </v:shape>
                    <v:shape id="Shape 10" o:spid="_x0000_s1028" style="position:absolute;top:70759;width:42905;height:36180;visibility:visible;mso-wrap-style:square;v-text-anchor:top" coordsize="4290568,361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" path="m2436622,l4290568,1853947,2526568,3617974,,3617975,,2436527,2436622,xe" fillcolor="#22263e" stroked="f" strokeweight="0">
                      <v:stroke miterlimit="83231f" joinstyle="miter"/>
                      <v:path arrowok="t" textboxrect="0,0,4290568,3617975"/>
                    </v:shape>
                    <v:shape id="Shape 482" o:spid="_x0000_s1029" style="position:absolute;left:14217;top:84240;width:61342;height:22699;visibility:visible;mso-wrap-style:square;v-text-anchor:top" coordsize="6134227,226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" path="m,l6134227,r,2269883l,2269883,,e" fillcolor="#22263e" stroked="f" strokeweight="0">
                      <v:stroke miterlimit="83231f" joinstyle="miter"/>
                      <v:path arrowok="t" textboxrect="0,0,6134227,2269883"/>
                    </v:shape>
                    <v:shape id="Shape 13" o:spid="_x0000_s1030" style="position:absolute;left:6089;width:45142;height:36282;visibility:visible;mso-wrap-style:square;v-text-anchor:top" coordsize="4514241,362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" path="m1976772,l3748685,r765556,765556l1651534,3628263,,1976755,1976772,xe" fillcolor="#22263e" stroked="f" strokeweight="0">
                      <v:stroke miterlimit="83231f" joinstyle="miter"/>
                      <v:path arrowok="t" textboxrect="0,0,4514241,3628263"/>
                    </v:shape>
                    <v:shape id="Shape 483" o:spid="_x0000_s1031" style="position:absolute;left:27976;width:47583;height:15420;visibility:visible;mso-wrap-style:square;v-text-anchor:top" coordsize="4758310,15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" path="m,l4758310,r,1542034l,1542034,,e" fillcolor="#22263e" stroked="f" strokeweight="0">
                      <v:stroke miterlimit="83231f" joinstyle="miter"/>
                      <v:path arrowok="t" textboxrect="0,0,4758310,1542034"/>
                    </v:shape>
                    <v:shape id="Picture 474" o:spid="_x0000_s1032" type="#_x0000_t75" style="position:absolute;top:70794;width:28011;height:3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">
                      <v:imagedata r:id="rId14" o:title=""/>
                    </v:shape>
                    <v:shape id="Picture 475" o:spid="_x0000_s1033" type="#_x0000_t75" style="position:absolute;left:6085;width:24781;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">
                      <v:imagedata r:id="rId15" o:title=""/>
                    </v:shape>
                    <v:shape id="Shape 20" o:spid="_x0000_s1034" style="position:absolute;left:26469;top:59348;width:18439;height:18440;visibility:visible;mso-wrap-style:square;v-text-anchor:top" coordsize="1843913,184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" path="m922020,r921893,922020l922020,1844041,,922020,922020,xe" fillcolor="#22263e" stroked="f" strokeweight="0">
                      <v:stroke miterlimit="83231f" joinstyle="miter"/>
                      <v:path arrowok="t" textboxrect="0,0,1843913,1844041"/>
                    </v:shape>
                    <v:shape id="Shape 21" o:spid="_x0000_s1035" style="position:absolute;left:65032;top:77660;width:7274;height:0;visibility:visible;mso-wrap-style:square;v-text-anchor:top" coordsize="727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" path="m,l727329,e" filled="f" strokecolor="#20243d" strokeweight="6pt">
                      <v:path arrowok="t" textboxrect="0,0,727329,0"/>
                    </v:shape>
                    <v:shape id="Shape 22" o:spid="_x0000_s1036" style="position:absolute;left:34288;top:19048;width:350;height:349;visibility:visible;mso-wrap-style:square;v-text-anchor:top" coordsize="34994,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" path="m17479,v9652,,17478,7811,17515,17444c34994,17444,34994,17444,34994,17481v,9633,-7863,17443,-17515,17443c7826,34924,,27114,,17481,,7848,7826,,17479,xe" stroked="f" strokeweight="0">
                      <v:path arrowok="t" textboxrect="0,0,34994,34924"/>
                    </v:shape>
                    <v:shape id="Shape 23" o:spid="_x0000_s1037" style="position:absolute;left:32436;top:19048;width:351;height:349;visibility:visible;mso-wrap-style:square;v-text-anchor:top" coordsize="35032,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" path="m17516,v9652,,17478,7811,17516,17444c35032,17444,35032,17444,35032,17481v,9632,-7864,17443,-17516,17443c7863,34924,,27113,,17481,,7848,7863,,17516,xe" stroked="f" strokeweight="0">
                      <v:path arrowok="t" textboxrect="0,0,35032,34924"/>
                    </v:shape>
                    <v:shape id="Shape 24" o:spid="_x0000_s1038" style="position:absolute;left:30586;top:19048;width:352;height:350;visibility:visible;mso-wrap-style:square;v-text-anchor:top" coordsize="35181,3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" path="m17441,v112,,224,,336,c27429,112,35181,7996,35069,17667v-75,9521,-7826,17183,-17367,17257c8050,34998,149,27262,74,17592,,7959,7789,74,17441,xe" stroked="f" strokeweight="0">
                      <v:path arrowok="t" textboxrect="0,0,35181,34998"/>
                    </v:shape>
                    <v:shape id="Shape 25" o:spid="_x0000_s1039" style="position:absolute;left:28734;top:19048;width:350;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" path="m17553,v9615,37,17442,7810,17442,17443c34995,17443,34995,17481,34995,17518v,9633,-7864,17443,-17516,17406c7789,34924,,27076,,17443,37,7773,7901,,17553,xe" stroked="f" strokeweight="0">
                      <v:path arrowok="t" textboxrect="0,0,34995,34961"/>
                    </v:shape>
                    <v:shape id="Shape 26" o:spid="_x0000_s1040" style="position:absolute;left:26883;top:19048;width:350;height:349;visibility:visible;mso-wrap-style:square;v-text-anchor:top" coordsize="34994,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" path="m17516,v9652,,17478,7811,17478,17443c34994,17443,34994,17443,34994,17481v,9632,-7826,17443,-17478,17443c7863,34924,,27113,,17481,,7848,7863,,17516,xe" stroked="f" strokeweight="0">
                      <v:path arrowok="t" textboxrect="0,0,34994,34924"/>
                    </v:shape>
                    <v:shape id="Shape 27" o:spid="_x0000_s1041" style="position:absolute;left:25032;top:19048;width:350;height:349;visibility:visible;mso-wrap-style:square;v-text-anchor:top" coordsize="34994,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" path="m17516,r74,c27206,74,34994,7848,34994,17443v,,,,,38c34994,27113,27168,34924,17516,34924,7826,34924,,27113,,17481,,7848,7826,,17516,xe" stroked="f" strokeweight="0">
                      <v:path arrowok="t" textboxrect="0,0,34994,34924"/>
                    </v:shape>
                    <v:shape id="Shape 28" o:spid="_x0000_s1042" style="position:absolute;left:23181;top:19048;width:351;height:349;visibility:visible;mso-wrap-style:square;v-text-anchor:top" coordsize="35106,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" path="m17516,v37,,112,,149,c27355,112,35106,7996,34995,17667v-75,9558,-7901,17257,-17479,17257c7826,34924,,27113,,17481,,7848,7826,,17516,xe" stroked="f" strokeweight="0">
                      <v:path arrowok="t" textboxrect="0,0,35106,34924"/>
                    </v:shape>
                    <v:shape id="Shape 29" o:spid="_x0000_s1043" style="position:absolute;left:21330;top:19048;width:350;height:349;visibility:visible;mso-wrap-style:square;v-text-anchor:top" coordsize="3502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" path="m17572,v9630,37,17430,7810,17452,17444c35024,17444,35024,17481,35024,17518v-22,9633,-7878,17443,-17542,17406c7815,34924,,27076,26,17444,48,7773,7905,,17572,xe" stroked="f" strokeweight="0">
                      <v:path arrowok="t" textboxrect="0,0,35024,34961"/>
                    </v:shape>
                    <v:shape id="Shape 30" o:spid="_x0000_s1044" style="position:absolute;left:19479;top:19048;width:351;height:349;visibility:visible;mso-wrap-style:square;v-text-anchor:top" coordsize="35123,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" path="m17568,v45,,90,,135,c27368,111,35123,7996,35022,17666v-96,9596,-7930,17295,-17542,17258c7815,34924,,27076,24,17443,48,7773,7903,,17568,xe" stroked="f" strokeweight="0">
                      <v:path arrowok="t" textboxrect="0,0,35123,34961"/>
                    </v:shape>
                    <v:shape id="Shape 31" o:spid="_x0000_s1045" style="position:absolute;left:30586;top:17259;width:350;height:349;visibility:visible;mso-wrap-style:square;v-text-anchor:top" coordsize="35032,3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" path="m17553,l29907,5113v3168,3166,5125,7536,5125,12352c35032,17465,35032,17503,35032,17503v-38,9670,-7901,17443,-17554,17443c7826,34909,,27061,37,17428,37,12611,2003,8251,5180,5094l17553,xe" stroked="f" strokeweight="0">
                      <v:path arrowok="t" textboxrect="0,0,35032,34946"/>
                    </v:shape>
                    <v:shape id="Shape 32" o:spid="_x0000_s1046" style="position:absolute;left:28735;top:17259;width:350;height:349;visibility:visible;mso-wrap-style:square;v-text-anchor:top" coordsize="35032,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" path="m17534,l29907,5120v3168,3166,5125,7536,5125,12353c35032,17473,35032,17510,35032,17510v-38,9670,-7901,17443,-17554,17443c7826,34916,,27069,37,17436,37,12619,2003,8258,5175,5102l17534,xe" stroked="f" strokeweight="0">
                      <v:path arrowok="t" textboxrect="0,0,35032,34953"/>
                    </v:shape>
                    <v:shape id="Shape 33" o:spid="_x0000_s1047" style="position:absolute;left:34289;top:17259;width:349;height:349;visibility:visible;mso-wrap-style:square;v-text-anchor:top" coordsize="3499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" path="m17516,v9652,,17478,7848,17478,17481c34994,27114,27168,34961,17516,34961,7826,34961,,27114,,17481,,7848,7826,,17516,xe" stroked="f" strokeweight="0">
                      <v:path arrowok="t" textboxrect="0,0,34994,34961"/>
                    </v:shape>
                    <v:shape id="Shape 34" o:spid="_x0000_s1048" style="position:absolute;left:34463;top:17259;width:1;height: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" path="m112,l,,112,xe" stroked="f" strokeweight="0">
                      <v:path arrowok="t" textboxrect="0,0,112,0"/>
                    </v:shape>
                    <v:shape id="Shape 35" o:spid="_x0000_s1049" style="position:absolute;left:32437;top:17259;width:350;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" path="m17479,v9689,,17516,7848,17516,17481c34995,27113,27168,34961,17479,34961,7826,34961,,27113,,17481,,7848,7826,,17479,xe" stroked="f" strokeweight="0">
                      <v:path arrowok="t" textboxrect="0,0,34995,34961"/>
                    </v:shape>
                    <v:shape id="Shape 36" o:spid="_x0000_s1050" style="position:absolute;left:32611;top:17259;width:1;height:0;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" path="m75,l,,75,xe" stroked="f" strokeweight="0">
                      <v:path arrowok="t" textboxrect="0,0,75,0"/>
                    </v:shape>
                    <v:shape id="Shape 37" o:spid="_x0000_s1051" style="position:absolute;left:30761;top:17259;width:1;height: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" path="m,l75,,37,15,,xe" stroked="f" strokeweight="0">
                      <v:path arrowok="t" textboxrect="0,0,75,15"/>
                    </v:shape>
                    <v:shape id="Shape 38" o:spid="_x0000_s1052" style="position:absolute;left:30761;top:17259;width:0;height:0;visibility:visible;mso-wrap-style:square;v-text-anchor:top" coordsize="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" path="m37,v,,,,-37,l37,xe" stroked="f" strokeweight="0">
                      <v:path arrowok="t" textboxrect="0,0,37,0"/>
                    </v:shape>
                    <v:shape id="Shape 39" o:spid="_x0000_s1053" style="position:absolute;left:28910;top:17259;width:0;height:0;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" path="m,l37,,19,8,,xe" stroked="f" strokeweight="0">
                      <v:path arrowok="t" textboxrect="0,0,37,8"/>
                    </v:shape>
                    <v:shape id="Shape 40" o:spid="_x0000_s1054" style="position:absolute;left:28910;top:17259;width:0;height:0;visibility:visible;mso-wrap-style:square;v-text-anchor:top" coordsize="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" path="m37,c37,,,,,l37,xe" stroked="f" strokeweight="0">
                      <v:path arrowok="t" textboxrect="0,0,37,0"/>
                    </v:shape>
                    <v:shape id="Shape 41" o:spid="_x0000_s1055" style="position:absolute;left:26885;top:17259;width:349;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" path="m17479,v9689,,17516,7848,17516,17481c34995,27113,27168,34961,17479,34961,7826,34961,,27113,,17481,,7848,7826,,17479,xe" stroked="f" strokeweight="0">
                      <v:path arrowok="t" textboxrect="0,0,34995,34961"/>
                    </v:shape>
                    <v:shape id="Shape 42" o:spid="_x0000_s1056" style="position:absolute;left:27059;top:17259;width:0;height: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" path="m74,l,,74,xe" stroked="f" strokeweight="0">
                      <v:path arrowok="t" textboxrect="0,0,74,0"/>
                    </v:shape>
                    <v:shape id="Shape 43" o:spid="_x0000_s1057" style="position:absolute;left:25033;top:17259;width:350;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" path="m17479,v9689,,17516,7848,17516,17481c34995,27113,27168,34961,17479,34961,7826,34961,,27113,,17481,,7848,7826,,17479,xe" stroked="f" strokeweight="0">
                      <v:path arrowok="t" textboxrect="0,0,34995,34961"/>
                    </v:shape>
                    <v:shape id="Shape 44" o:spid="_x0000_s1058" style="position:absolute;left:23181;top:17259;width:350;height:349;visibility:visible;mso-wrap-style:square;v-text-anchor:top" coordsize="3499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" path="m17516,v9652,,17478,7848,17478,17481c34994,27113,27168,34961,17516,34961,7826,34961,,27113,,17481,,7848,7826,,17516,xe" stroked="f" strokeweight="0">
                      <v:path arrowok="t" textboxrect="0,0,34994,34961"/>
                    </v:shape>
                    <v:shape id="Shape 45" o:spid="_x0000_s1059" style="position:absolute;left:21330;top:17259;width:350;height:349;visibility:visible;mso-wrap-style:square;v-text-anchor:top" coordsize="3502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" path="m17572,v9645,37,17452,7848,17452,17481c35024,17481,35024,17518,35024,17518v-22,9670,-7878,17443,-17542,17443c7815,34924,,27076,26,17444,48,7811,7905,,17572,xe" stroked="f" strokeweight="0">
                      <v:path arrowok="t" textboxrect="0,0,35024,34961"/>
                    </v:shape>
                    <v:shape id="Shape 46" o:spid="_x0000_s1060" style="position:absolute;left:19479;top:17259;width:350;height:349;visibility:visible;mso-wrap-style:square;v-text-anchor:top" coordsize="3502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" path="m17569,v9648,37,17455,7848,17455,17481c35024,17481,35024,17518,35024,17518v-26,9670,-7879,17443,-17544,17443c7815,34924,,27076,25,17443,50,7810,7905,,17569,xe" stroked="f" strokeweight="0">
                      <v:path arrowok="t" textboxrect="0,0,35024,34961"/>
                    </v:shape>
                    <v:shape id="Shape 47" o:spid="_x0000_s1061" style="position:absolute;left:34288;top:15472;width:350;height:349;visibility:visible;mso-wrap-style:square;v-text-anchor:top" coordsize="34994,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" path="m17479,v9652,,17515,7810,17515,17443c34994,27114,27131,34924,17479,34924,7826,34924,,27114,,17443,,7810,7826,,17479,xe" stroked="f" strokeweight="0">
                      <v:path arrowok="t" textboxrect="0,0,34994,34924"/>
                    </v:shape>
                    <v:shape id="Shape 48" o:spid="_x0000_s1062" style="position:absolute;left:32436;top:15472;width:351;height:349;visibility:visible;mso-wrap-style:square;v-text-anchor:top" coordsize="35032,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" path="m17516,v9652,,17516,7811,17516,17444c35032,27114,27168,34924,17516,34924,7863,34924,,27114,,17443,,7810,7863,,17516,xe" stroked="f" strokeweight="0">
                      <v:path arrowok="t" textboxrect="0,0,35032,34924"/>
                    </v:shape>
                    <v:shape id="Shape 49" o:spid="_x0000_s1063" style="position:absolute;left:30586;top:15472;width:351;height:350;visibility:visible;mso-wrap-style:square;v-text-anchor:top" coordsize="35069,3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" path="m17441,v38,,112,,150,c27243,,35069,7810,35069,17443v,9596,-7752,17407,-17367,17481c8050,34998,149,27225,75,17592,,7959,7789,74,17441,xe" stroked="f" strokeweight="0">
                      <v:path arrowok="t" textboxrect="0,0,35069,34998"/>
                    </v:shape>
                    <v:shape id="Shape 50" o:spid="_x0000_s1064" style="position:absolute;left:28734;top:15472;width:350;height:350;visibility:visible;mso-wrap-style:square;v-text-anchor:top" coordsize="34995,3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" path="m17553,37v9653,,17442,7811,17442,17444c34995,17518,34995,17518,34995,17518v,9670,-7864,17480,-17516,17443c7789,34924,,27076,,17443,37,7810,7901,,17553,37xe" stroked="f" strokeweight="0">
                      <v:path arrowok="t" textboxrect="0,0,34995,34998"/>
                    </v:shape>
                    <v:shape id="Shape 51" o:spid="_x0000_s1065" style="position:absolute;left:26885;top:15472;width:349;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" path="m17479,v9689,,17516,7810,17516,17443c34995,27114,27168,34924,17479,34924,7826,34924,,27114,,17443,,7810,7826,,17479,xe" stroked="f" strokeweight="0">
                      <v:path arrowok="t" textboxrect="0,0,34995,34924"/>
                    </v:shape>
                    <v:shape id="Shape 52" o:spid="_x0000_s1066" style="position:absolute;left:27059;top:15472;width:0;height:0;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" path="m75,c37,,37,,,l75,xe" stroked="f" strokeweight="0">
                      <v:path arrowok="t" textboxrect="0,0,75,0"/>
                    </v:shape>
                    <v:shape id="Shape 53" o:spid="_x0000_s1067" style="position:absolute;left:25033;top:15472;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" path="m17479,v9689,,17516,7810,17516,17443c34995,27114,27168,34924,17479,34924,7826,34924,,27114,,17443,,7810,7826,,17479,xe" stroked="f" strokeweight="0">
                      <v:path arrowok="t" textboxrect="0,0,34995,34924"/>
                    </v:shape>
                    <v:shape id="Shape 54" o:spid="_x0000_s1068" style="position:absolute;left:23181;top:15472;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" path="m17516,v9652,,17479,7810,17479,17443c34995,27114,27168,34924,17516,34924,7826,34924,,27114,,17443,,7810,7826,,17516,xe" stroked="f" strokeweight="0">
                      <v:path arrowok="t" textboxrect="0,0,34995,34924"/>
                    </v:shape>
                    <v:shape id="Shape 55" o:spid="_x0000_s1069" style="position:absolute;left:21330;top:15472;width:350;height:350;visibility:visible;mso-wrap-style:square;v-text-anchor:top" coordsize="35024,3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" path="m17572,37v9645,,17452,7811,17452,17444c35024,17518,35024,17518,35024,17518v-22,9670,-7878,17480,-17542,17443c7815,34924,,27076,26,17443,48,7810,7905,,17572,37xe" stroked="f" strokeweight="0">
                      <v:path arrowok="t" textboxrect="0,0,35024,34998"/>
                    </v:shape>
                    <v:shape id="Shape 56" o:spid="_x0000_s1070" style="position:absolute;left:19479;top:15472;width:350;height:349;visibility:visible;mso-wrap-style:square;v-text-anchor:top" coordsize="34999,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" path="m17500,v15,,30,,44,c27192,,34999,7810,34999,17443v,9671,-7834,17481,-17499,17481c7835,34924,,27114,,17443,,7810,7835,,17500,xe" stroked="f" strokeweight="0">
                      <v:path arrowok="t" textboxrect="0,0,34999,34924"/>
                    </v:shape>
                    <v:shape id="Shape 57" o:spid="_x0000_s1071" style="position:absolute;left:34288;top:99208;width:350;height:349;visibility:visible;mso-wrap-style:square;v-text-anchor:top" coordsize="34994,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" path="m17478,v9653,,17479,7811,17516,17444c34994,17444,34994,17444,34994,17481v,9633,-7863,17443,-17516,17443c7826,34924,,27114,,17481,,7848,7826,,17478,xe" stroked="f" strokeweight="0">
                      <v:path arrowok="t" textboxrect="0,0,34994,34924"/>
                    </v:shape>
                    <v:shape id="Shape 58" o:spid="_x0000_s1072" style="position:absolute;left:32436;top:99208;width:351;height:349;visibility:visible;mso-wrap-style:square;v-text-anchor:top" coordsize="35032,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" path="m17516,v9652,,17478,7811,17516,17444c35032,17444,35032,17444,35032,17481v,9633,-7864,17443,-17516,17443c7863,34924,,27114,,17481,,7848,7863,,17516,xe" stroked="f" strokeweight="0">
                      <v:path arrowok="t" textboxrect="0,0,35032,34924"/>
                    </v:shape>
                    <v:shape id="Shape 59" o:spid="_x0000_s1073" style="position:absolute;left:30586;top:99208;width:352;height:350;visibility:visible;mso-wrap-style:square;v-text-anchor:top" coordsize="35181,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" path="m17442,v111,,223,,335,c27429,112,35181,7996,35069,17667v-74,9521,-7826,17183,-17367,17257c8050,34999,149,27263,75,17593,,7959,7789,74,17442,xe" stroked="f" strokeweight="0">
                      <v:path arrowok="t" textboxrect="0,0,35181,34999"/>
                    </v:shape>
                    <v:shape id="Shape 60" o:spid="_x0000_s1074" style="position:absolute;left:28734;top:99208;width:350;height:349;visibility:visible;mso-wrap-style:square;v-text-anchor:top" coordsize="3499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" path="m17553,v9615,37,17441,7811,17441,17444c34994,17444,34994,17481,34994,17518v,9633,-7863,17443,-17515,17406c7789,34924,,27077,,17444,37,7774,7901,,17553,xe" stroked="f" strokeweight="0">
                      <v:path arrowok="t" textboxrect="0,0,34994,34961"/>
                    </v:shape>
                    <v:shape id="Shape 61" o:spid="_x0000_s1075" style="position:absolute;left:26883;top:99208;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" path="m17516,v9652,,17479,7811,17479,17444c34995,17444,34995,17444,34995,17481v,9633,-7827,17443,-17479,17443c7863,34924,,27114,,17481,,7848,7863,,17516,xe" stroked="f" strokeweight="0">
                      <v:path arrowok="t" textboxrect="0,0,34995,34924"/>
                    </v:shape>
                    <v:shape id="Shape 62" o:spid="_x0000_s1076" style="position:absolute;left:25032;top:99208;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" path="m17516,r75,c27206,74,34995,7848,34995,17444v,,,,,37c34995,27114,27168,34924,17516,34924,7826,34924,,27114,,17481,,7848,7826,,17516,xe" stroked="f" strokeweight="0">
                      <v:path arrowok="t" textboxrect="0,0,34995,34924"/>
                    </v:shape>
                    <v:shape id="Shape 63" o:spid="_x0000_s1077" style="position:absolute;left:23181;top:99208;width:351;height:349;visibility:visible;mso-wrap-style:square;v-text-anchor:top" coordsize="35106,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" path="m17516,v37,,112,,149,c27355,112,35106,7996,34995,17667v-75,9558,-7901,17257,-17479,17257c7826,34924,,27114,,17481,,7848,7826,,17516,xe" stroked="f" strokeweight="0">
                      <v:path arrowok="t" textboxrect="0,0,35106,34924"/>
                    </v:shape>
                    <v:shape id="Shape 64" o:spid="_x0000_s1078" style="position:absolute;left:21330;top:99208;width:350;height:349;visibility:visible;mso-wrap-style:square;v-text-anchor:top" coordsize="3502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" path="m17572,v9630,37,17430,7811,17452,17444c35024,17444,35024,17481,35024,17518v-22,9633,-7878,17443,-17542,17406c7815,34924,,27077,26,17444,48,7774,7905,,17572,xe" stroked="f" strokeweight="0">
                      <v:path arrowok="t" textboxrect="0,0,35024,34961"/>
                    </v:shape>
                    <v:shape id="Shape 65" o:spid="_x0000_s1079" style="position:absolute;left:19479;top:99208;width:351;height:349;visibility:visible;mso-wrap-style:square;v-text-anchor:top" coordsize="35123,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" path="m17568,v45,,90,,135,c27368,112,35123,7996,35022,17667v-96,9596,-7930,17294,-17542,17257c7815,34924,,27077,24,17444,48,7774,7903,,17568,xe" stroked="f" strokeweight="0">
                      <v:path arrowok="t" textboxrect="0,0,35123,34961"/>
                    </v:shape>
                    <v:shape id="Shape 66" o:spid="_x0000_s1080" style="position:absolute;left:30586;top:97419;width:350;height:349;visibility:visible;mso-wrap-style:square;v-text-anchor:top" coordsize="35032,3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" path="m17553,l29908,5112v3168,3167,5124,7537,5124,12353c35032,17465,35032,17502,35032,17502v-37,9670,-7901,17444,-17553,17444c7826,34909,,27060,37,17428,37,12612,2003,8251,5180,5093l17553,xe" stroked="f" strokeweight="0">
                      <v:path arrowok="t" textboxrect="0,0,35032,34946"/>
                    </v:shape>
                    <v:shape id="Shape 67" o:spid="_x0000_s1081" style="position:absolute;left:28735;top:97419;width:350;height:349;visibility:visible;mso-wrap-style:square;v-text-anchor:top" coordsize="35032,3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" path="m17535,l29908,5120v3168,3166,5124,7537,5124,12353c35032,17473,35032,17510,35032,17510v-37,9670,-7901,17444,-17553,17444c7826,34916,,27068,37,17435,37,12619,2003,8258,5176,5101l17535,xe" stroked="f" strokeweight="0">
                      <v:path arrowok="t" textboxrect="0,0,35032,34954"/>
                    </v:shape>
                    <v:shape id="Shape 68" o:spid="_x0000_s1082" style="position:absolute;left:34289;top:97419;width:349;height:349;visibility:visible;mso-wrap-style:square;v-text-anchor:top" coordsize="3499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" path="m17516,v9652,,17478,7848,17478,17480c34994,27113,27168,34961,17516,34961,7826,34961,,27113,,17480,,7848,7826,,17516,xe" stroked="f" strokeweight="0">
                      <v:path arrowok="t" textboxrect="0,0,34994,34961"/>
                    </v:shape>
                    <v:shape id="Shape 69" o:spid="_x0000_s1083" style="position:absolute;left:34463;top:97419;width:1;height: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" path="m112,l,,112,xe" stroked="f" strokeweight="0">
                      <v:path arrowok="t" textboxrect="0,0,112,0"/>
                    </v:shape>
                    <v:shape id="Shape 70" o:spid="_x0000_s1084" style="position:absolute;left:32437;top:97419;width:350;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" path="m17479,v9689,,17516,7848,17516,17480c34995,27113,27168,34961,17479,34961,7826,34961,,27113,,17480,,7848,7826,,17479,xe" stroked="f" strokeweight="0">
                      <v:path arrowok="t" textboxrect="0,0,34995,34961"/>
                    </v:shape>
                    <v:shape id="Shape 71" o:spid="_x0000_s1085" style="position:absolute;left:32611;top:97419;width:1;height: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" path="m74,l,,74,xe" stroked="f" strokeweight="0">
                      <v:path arrowok="t" textboxrect="0,0,74,0"/>
                    </v:shape>
                    <v:shape id="Shape 72" o:spid="_x0000_s1086" style="position:absolute;left:30761;top:97419;width:1;height:0;visibility:visible;mso-wrap-style:square;v-text-anchor:top" coordsize="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" path="m,l74,,37,16,,xe" stroked="f" strokeweight="0">
                      <v:path arrowok="t" textboxrect="0,0,74,16"/>
                    </v:shape>
                    <v:shape id="Shape 73" o:spid="_x0000_s1087" style="position:absolute;left:30761;top:97419;width:0;height:0;visibility:visible;mso-wrap-style:square;v-text-anchor:top" coordsize="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" path="m37,v,,,,-37,l37,xe" stroked="f" strokeweight="0">
                      <v:path arrowok="t" textboxrect="0,0,37,0"/>
                    </v:shape>
                    <v:shape id="Shape 74" o:spid="_x0000_s1088" style="position:absolute;left:28910;top:97419;width:0;height:0;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" path="m,l37,,19,8,,xe" stroked="f" strokeweight="0">
                      <v:path arrowok="t" textboxrect="0,0,37,8"/>
                    </v:shape>
                    <v:shape id="Shape 75" o:spid="_x0000_s1089" style="position:absolute;left:28910;top:97419;width:0;height:0;visibility:visible;mso-wrap-style:square;v-text-anchor:top" coordsize="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" path="m37,c37,,,,,l37,xe" stroked="f" strokeweight="0">
                      <v:path arrowok="t" textboxrect="0,0,37,0"/>
                    </v:shape>
                    <v:shape id="Shape 76" o:spid="_x0000_s1090" style="position:absolute;left:26885;top:97419;width:349;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" path="m17479,v9689,,17516,7848,17516,17480c34995,27113,27168,34961,17479,34961,7826,34961,,27113,,17480,,7848,7826,,17479,xe" stroked="f" strokeweight="0">
                      <v:path arrowok="t" textboxrect="0,0,34995,34961"/>
                    </v:shape>
                    <v:shape id="Shape 77" o:spid="_x0000_s1091" style="position:absolute;left:27059;top:97419;width:0;height: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" path="m74,l,,74,xe" stroked="f" strokeweight="0">
                      <v:path arrowok="t" textboxrect="0,0,74,0"/>
                    </v:shape>
                    <v:shape id="Shape 78" o:spid="_x0000_s1092" style="position:absolute;left:25033;top:97419;width:350;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" path="m17479,v9689,,17516,7848,17516,17480c34995,27113,27168,34961,17479,34961,7826,34961,,27113,,17480,,7848,7826,,17479,xe" stroked="f" strokeweight="0">
                      <v:path arrowok="t" textboxrect="0,0,34995,34961"/>
                    </v:shape>
                    <v:shape id="Shape 79" o:spid="_x0000_s1093" style="position:absolute;left:23181;top:97419;width:350;height:349;visibility:visible;mso-wrap-style:square;v-text-anchor:top" coordsize="34995,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" path="m17516,v9652,,17479,7848,17479,17480c34995,27113,27168,34961,17516,34961,7826,34961,,27113,,17480,,7848,7826,,17516,xe" stroked="f" strokeweight="0">
                      <v:path arrowok="t" textboxrect="0,0,34995,34961"/>
                    </v:shape>
                    <v:shape id="Shape 80" o:spid="_x0000_s1094" style="position:absolute;left:21330;top:97419;width:350;height:349;visibility:visible;mso-wrap-style:square;v-text-anchor:top" coordsize="3502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" path="m17572,v9645,37,17452,7848,17452,17480c35024,17480,35024,17518,35024,17518v-22,9669,-7878,17443,-17542,17443c7815,34924,,27076,26,17443,48,7810,7905,,17572,xe" stroked="f" strokeweight="0">
                      <v:path arrowok="t" textboxrect="0,0,35024,34961"/>
                    </v:shape>
                    <v:shape id="Shape 81" o:spid="_x0000_s1095" style="position:absolute;left:19479;top:97419;width:350;height:349;visibility:visible;mso-wrap-style:square;v-text-anchor:top" coordsize="35024,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" path="m17569,v9648,37,17455,7848,17455,17480c35024,17480,35024,17518,35024,17518v-26,9669,-7879,17443,-17544,17443c7815,34924,,27076,25,17443,50,7810,7905,,17569,xe" stroked="f" strokeweight="0">
                      <v:path arrowok="t" textboxrect="0,0,35024,34961"/>
                    </v:shape>
                    <v:shape id="Shape 82" o:spid="_x0000_s1096" style="position:absolute;left:34288;top:95632;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" path="m17479,v9652,,17516,7810,17516,17444c34995,27114,27131,34924,17479,34924,7827,34924,,27114,,17444,,7810,7827,,17479,xe" stroked="f" strokeweight="0">
                      <v:path arrowok="t" textboxrect="0,0,34995,34924"/>
                    </v:shape>
                    <v:shape id="Shape 83" o:spid="_x0000_s1097" style="position:absolute;left:32436;top:95632;width:351;height:349;visibility:visible;mso-wrap-style:square;v-text-anchor:top" coordsize="35032,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" path="m17516,v9652,,17516,7810,17516,17444c35032,27114,27168,34924,17516,34924,7864,34924,,27114,,17444,,7810,7864,,17516,xe" stroked="f" strokeweight="0">
                      <v:path arrowok="t" textboxrect="0,0,35032,34924"/>
                    </v:shape>
                    <v:shape id="Shape 84" o:spid="_x0000_s1098" style="position:absolute;left:30586;top:95632;width:351;height:350;visibility:visible;mso-wrap-style:square;v-text-anchor:top" coordsize="35069,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" path="m17441,v38,,112,,149,c27243,,35069,7810,35069,17444v,9595,-7752,17406,-17367,17480c8050,34999,149,27225,75,17593,,7959,7789,74,17441,xe" stroked="f" strokeweight="0">
                      <v:path arrowok="t" textboxrect="0,0,35069,34999"/>
                    </v:shape>
                    <v:shape id="Shape 85" o:spid="_x0000_s1099" style="position:absolute;left:28734;top:95632;width:350;height:350;visibility:visible;mso-wrap-style:square;v-text-anchor:top" coordsize="34994,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" path="m17553,37v9652,,17441,7811,17441,17444c34994,17518,34994,17518,34994,17518v,9670,-7863,17481,-17516,17443c7789,34924,,27077,,17444,37,7810,7901,,17553,37xe" stroked="f" strokeweight="0">
                      <v:path arrowok="t" textboxrect="0,0,34994,34999"/>
                    </v:shape>
                    <v:shape id="Shape 86" o:spid="_x0000_s1100" style="position:absolute;left:26885;top:95632;width:349;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" path="m17479,v9689,,17516,7810,17516,17444c34995,27114,27168,34924,17479,34924,7826,34924,,27114,,17444,,7810,7826,,17479,xe" stroked="f" strokeweight="0">
                      <v:path arrowok="t" textboxrect="0,0,34995,34924"/>
                    </v:shape>
                    <v:shape id="Shape 87" o:spid="_x0000_s1101" style="position:absolute;left:27059;top:95632;width:0;height: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" path="m74,c37,,37,,,l74,xe" stroked="f" strokeweight="0">
                      <v:path arrowok="t" textboxrect="0,0,74,0"/>
                    </v:shape>
                    <v:shape id="Shape 88" o:spid="_x0000_s1102" style="position:absolute;left:25033;top:95632;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" path="m17479,v9689,,17516,7810,17516,17444c34995,27114,27168,34924,17479,34924,7826,34924,,27114,,17444,,7810,7826,,17479,xe" stroked="f" strokeweight="0">
                      <v:path arrowok="t" textboxrect="0,0,34995,34924"/>
                    </v:shape>
                    <v:shape id="Shape 89" o:spid="_x0000_s1103" style="position:absolute;left:23181;top:95632;width:350;height:349;visibility:visible;mso-wrap-style:square;v-text-anchor:top" coordsize="3499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" path="m17516,v9652,,17479,7810,17479,17444c34995,27114,27168,34924,17516,34924,7826,34924,,27114,,17444,,7810,7826,,17516,xe" stroked="f" strokeweight="0">
                      <v:path arrowok="t" textboxrect="0,0,34995,34924"/>
                    </v:shape>
                    <v:shape id="Shape 90" o:spid="_x0000_s1104" style="position:absolute;left:21330;top:95632;width:350;height:350;visibility:visible;mso-wrap-style:square;v-text-anchor:top" coordsize="35024,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" path="m17572,37v9645,,17452,7811,17452,17444c35024,17518,35024,17518,35024,17518v-22,9670,-7878,17481,-17542,17443c7815,34924,,27077,26,17444,48,7810,7905,,17572,37xe" stroked="f" strokeweight="0">
                      <v:path arrowok="t" textboxrect="0,0,35024,34999"/>
                    </v:shape>
                    <v:shape id="Shape 91" o:spid="_x0000_s1105" style="position:absolute;left:19479;top:95632;width:350;height:349;visibility:visible;mso-wrap-style:square;v-text-anchor:top" coordsize="34999,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" path="m17500,v15,,30,,44,c27192,,34999,7810,34999,17444v,9670,-7834,17480,-17499,17480c7835,34924,,27114,,17444,,7810,7835,,17500,xe" stroked="f" strokeweight="0">
                      <v:path arrowok="t" textboxrect="0,0,34999,34924"/>
                    </v:shape>
                    <v:shape id="Picture 93" o:spid="_x0000_s1106" type="#_x0000_t75" style="position:absolute;left:46685;top:3610;width:7179;height:7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">
                      <v:imagedata r:id="rId16" o:title=""/>
                    </v:shape>
                    <v:rect id="Rectangle 100" o:spid="_x0000_s1107" style="position:absolute;left:42905;top:19165;width:33223;height:9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" filled="f" stroked="f">
                      <v:textbox inset="0,0,0,0">
                        <w:txbxContent>
                          <w:p w14:paraId="748F4212" w14:textId="62260841" w:rsidR="005F7F92" w:rsidRPr="00671950" w:rsidRDefault="00671950" w:rsidP="005F7F92">
                            <w:pPr>
                              <w:rPr>
                                <w:sz w:val="20"/>
                                <w:szCs w:val="20"/>
                              </w:rPr>
                            </w:pPr>
                            <w:r w:rsidRPr="00671950">
                              <w:rPr>
                                <w:rFonts w:ascii="Montserrat" w:eastAsia="Montserrat" w:hAnsi="Montserrat" w:cs="Montserrat"/>
                                <w:color w:val="211C1C"/>
                                <w:sz w:val="72"/>
                                <w:szCs w:val="20"/>
                              </w:rPr>
                              <w:t>2024</w:t>
                            </w:r>
                            <w:r>
                              <w:rPr>
                                <w:rFonts w:ascii="Montserrat" w:eastAsia="Montserrat" w:hAnsi="Montserrat" w:cs="Montserrat"/>
                                <w:color w:val="211C1C"/>
                                <w:sz w:val="72"/>
                                <w:szCs w:val="20"/>
                              </w:rPr>
                              <w:t>-</w:t>
                            </w:r>
                            <w:r w:rsidR="005F7F92" w:rsidRPr="00671950">
                              <w:rPr>
                                <w:rFonts w:ascii="Montserrat" w:eastAsia="Montserrat" w:hAnsi="Montserrat" w:cs="Montserrat"/>
                                <w:color w:val="211C1C"/>
                                <w:sz w:val="72"/>
                                <w:szCs w:val="20"/>
                              </w:rPr>
                              <w:t>2025</w:t>
                            </w:r>
                          </w:p>
                        </w:txbxContent>
                      </v:textbox>
                    </v:rect>
                    <v:rect id="Rectangle 101" o:spid="_x0000_s1108" style="position:absolute;left:54748;top:4983;width:13143;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" filled="f" stroked="f">
                      <v:textbox inset="0,0,0,0">
                        <w:txbxContent>
                          <w:p w14:paraId="48CE9A2B" w14:textId="77777777" w:rsidR="005F7F92" w:rsidRDefault="005F7F92" w:rsidP="005F7F92">
                            <w:proofErr w:type="spellStart"/>
                            <w:r>
                              <w:rPr>
                                <w:rFonts w:ascii="Montserrat" w:eastAsia="Montserrat" w:hAnsi="Montserrat" w:cs="Montserrat"/>
                                <w:color w:val="FFF9F3"/>
                                <w:sz w:val="35"/>
                              </w:rPr>
                              <w:t>Balıkesir</w:t>
                            </w:r>
                            <w:proofErr w:type="spellEnd"/>
                            <w:r>
                              <w:rPr>
                                <w:rFonts w:ascii="Montserrat" w:eastAsia="Montserrat" w:hAnsi="Montserrat" w:cs="Montserrat"/>
                                <w:color w:val="FFF9F3"/>
                                <w:sz w:val="35"/>
                              </w:rPr>
                              <w:t xml:space="preserve"> </w:t>
                            </w:r>
                          </w:p>
                        </w:txbxContent>
                      </v:textbox>
                    </v:rect>
                    <v:rect id="Rectangle 102" o:spid="_x0000_s1109" style="position:absolute;left:54748;top:7144;width:16941;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" filled="f" stroked="f">
                      <v:textbox inset="0,0,0,0">
                        <w:txbxContent>
                          <w:p w14:paraId="67CC76C9" w14:textId="77777777" w:rsidR="005F7F92" w:rsidRDefault="005F7F92" w:rsidP="005F7F92">
                            <w:r>
                              <w:rPr>
                                <w:rFonts w:ascii="Montserrat" w:eastAsia="Montserrat" w:hAnsi="Montserrat" w:cs="Montserrat"/>
                                <w:color w:val="FFF9F3"/>
                                <w:sz w:val="35"/>
                              </w:rPr>
                              <w:t>Üniversitesi</w:t>
                            </w:r>
                          </w:p>
                        </w:txbxContent>
                      </v:textbox>
                    </v:rect>
                    <v:rect id="Rectangle 103" o:spid="_x0000_s1110" style="position:absolute;left:32191;top:91352;width:39498;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" filled="f" stroked="f">
                      <v:textbox inset="0,0,0,0">
                        <w:txbxContent>
                          <w:p w14:paraId="599F0C4E" w14:textId="01077B3F" w:rsidR="005F7F92" w:rsidRDefault="00C946F9" w:rsidP="00D53EB2">
                            <w:pPr>
                              <w:jc w:val="right"/>
                            </w:pPr>
                            <w:r>
                              <w:rPr>
                                <w:rFonts w:cs="Calibri"/>
                                <w:color w:val="FFFFFF"/>
                                <w:w w:val="121"/>
                                <w:sz w:val="34"/>
                              </w:rPr>
                              <w:t>FİZİK</w:t>
                            </w:r>
                          </w:p>
                        </w:txbxContent>
                      </v:textbox>
                    </v:rect>
                    <v:rect id="Rectangle 104" o:spid="_x0000_s1111" style="position:absolute;left:40827;top:94373;width:30970;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" filled="f" stroked="f">
                      <v:textbox inset="0,0,0,0">
                        <w:txbxContent>
                          <w:p w14:paraId="571068AE" w14:textId="1EFB5022" w:rsidR="005F7F92" w:rsidRDefault="00C946F9" w:rsidP="00D53EB2">
                            <w:pPr>
                              <w:jc w:val="right"/>
                            </w:pPr>
                            <w:r w:rsidRPr="00C946F9">
                              <w:rPr>
                                <w:rFonts w:cs="Calibri"/>
                                <w:color w:val="FFFFFF" w:themeColor="background1"/>
                                <w:w w:val="118"/>
                                <w:sz w:val="34"/>
                              </w:rPr>
                              <w:t>fizik</w:t>
                            </w:r>
                            <w:r w:rsidR="005F7F92">
                              <w:rPr>
                                <w:rFonts w:cs="Calibri"/>
                                <w:color w:val="FFFFFF"/>
                                <w:w w:val="118"/>
                                <w:sz w:val="34"/>
                              </w:rPr>
                              <w:t>@balikesir.edu.tr</w:t>
                            </w:r>
                          </w:p>
                        </w:txbxContent>
                      </v:textbox>
                    </v:rect>
                    <v:shape id="Shape 105" o:spid="_x0000_s1112" style="position:absolute;left:64747;top:53943;width:7273;height:0;visibility:visible;mso-wrap-style:square;v-text-anchor:top" coordsize="727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" path="m,l727329,e" filled="f" strokecolor="#20243d" strokeweight="6pt">
                      <v:path arrowok="t" textboxrect="0,0,727329,0"/>
                    </v:shape>
                    <w10:wrap type="topAndBottom" anchorx="page" anchory="page"/>
                  </v:group>
                </w:pict>
              </mc:Fallback>
            </mc:AlternateContent>
          </w:r>
          <w:r w:rsidR="00D53EB2">
            <w:rPr>
              <w:noProof/>
            </w:rPr>
            <mc:AlternateContent>
              <mc:Choice Requires="wps">
                <w:drawing>
                  <wp:anchor distT="0" distB="0" distL="114300" distR="114300" simplePos="0" relativeHeight="251663360" behindDoc="0" locked="0" layoutInCell="1" allowOverlap="1" wp14:anchorId="3E00A227" wp14:editId="3D83F30B">
                    <wp:simplePos x="0" y="0"/>
                    <wp:positionH relativeFrom="column">
                      <wp:posOffset>3362325</wp:posOffset>
                    </wp:positionH>
                    <wp:positionV relativeFrom="paragraph">
                      <wp:posOffset>2846705</wp:posOffset>
                    </wp:positionV>
                    <wp:extent cx="3038475" cy="1228725"/>
                    <wp:effectExtent l="0" t="0" r="0" b="0"/>
                    <wp:wrapNone/>
                    <wp:docPr id="1817470994" name="Metin Kutusu 7"/>
                    <wp:cNvGraphicFramePr/>
                    <a:graphic xmlns:a="http://schemas.openxmlformats.org/drawingml/2006/main">
                      <a:graphicData uri="http://schemas.microsoft.com/office/word/2010/wordprocessingShape">
                        <wps:wsp>
                          <wps:cNvSpPr txBox="1"/>
                          <wps:spPr>
                            <a:xfrm>
                              <a:off x="0" y="0"/>
                              <a:ext cx="3038475" cy="1228725"/>
                            </a:xfrm>
                            <a:prstGeom prst="rect">
                              <a:avLst/>
                            </a:prstGeom>
                            <a:noFill/>
                            <a:ln w="6350">
                              <a:noFill/>
                            </a:ln>
                          </wps:spPr>
                          <wps:txbx>
                            <w:txbxContent>
                              <w:p w14:paraId="1EB6C8E5" w14:textId="2E968CD2" w:rsidR="00D53EB2" w:rsidRPr="002C1F24" w:rsidRDefault="00D53EB2" w:rsidP="00D53EB2">
                                <w:pPr>
                                  <w:rPr>
                                    <w:rFonts w:ascii="Montserrat" w:hAnsi="Montserrat"/>
                                    <w:b/>
                                    <w:bCs/>
                                    <w:sz w:val="36"/>
                                    <w:szCs w:val="36"/>
                                  </w:rPr>
                                </w:pPr>
                                <w:r w:rsidRPr="002C1F24">
                                  <w:rPr>
                                    <w:rFonts w:ascii="Montserrat" w:hAnsi="Montserrat"/>
                                    <w:b/>
                                    <w:bCs/>
                                    <w:sz w:val="36"/>
                                    <w:szCs w:val="36"/>
                                  </w:rPr>
                                  <w:t>…………………………………………………BÖLÜMÜ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00A227" id="_x0000_t202" coordsize="21600,21600" o:spt="202" path="m,l,21600r21600,l21600,xe">
                    <v:stroke joinstyle="miter"/>
                    <v:path gradientshapeok="t" o:connecttype="rect"/>
                  </v:shapetype>
                  <v:shape id="Metin Kutusu 7" o:spid="_x0000_s1113" type="#_x0000_t202" style="position:absolute;left:0;text-align:left;margin-left:264.75pt;margin-top:224.15pt;width:239.25pt;height:9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" filled="f" stroked="f" strokeweight=".5pt">
                    <v:textbox>
                      <w:txbxContent>
                        <w:p w14:paraId="1EB6C8E5" w14:textId="2E968CD2" w:rsidR="00D53EB2" w:rsidRPr="002C1F24" w:rsidRDefault="00D53EB2" w:rsidP="00D53EB2">
                          <w:pPr>
                            <w:rPr>
                              <w:rFonts w:ascii="Montserrat" w:hAnsi="Montserrat"/>
                              <w:b/>
                              <w:bCs/>
                              <w:sz w:val="36"/>
                              <w:szCs w:val="36"/>
                            </w:rPr>
                          </w:pPr>
                          <w:r w:rsidRPr="002C1F24">
                            <w:rPr>
                              <w:rFonts w:ascii="Montserrat" w:hAnsi="Montserrat"/>
                              <w:b/>
                              <w:bCs/>
                              <w:sz w:val="36"/>
                              <w:szCs w:val="36"/>
                            </w:rPr>
                            <w:t>…………………………………………………BÖLÜMÜ</w:t>
                          </w:r>
                        </w:p>
                      </w:txbxContent>
                    </v:textbox>
                  </v:shape>
                </w:pict>
              </mc:Fallback>
            </mc:AlternateContent>
          </w:r>
          <w:r w:rsidR="00D53EB2">
            <w:rPr>
              <w:noProof/>
            </w:rPr>
            <mc:AlternateContent>
              <mc:Choice Requires="wps">
                <w:drawing>
                  <wp:anchor distT="0" distB="0" distL="114300" distR="114300" simplePos="0" relativeHeight="251661312" behindDoc="0" locked="0" layoutInCell="1" allowOverlap="1" wp14:anchorId="208ECC55" wp14:editId="6BA43025">
                    <wp:simplePos x="0" y="0"/>
                    <wp:positionH relativeFrom="column">
                      <wp:posOffset>3366770</wp:posOffset>
                    </wp:positionH>
                    <wp:positionV relativeFrom="paragraph">
                      <wp:posOffset>1764665</wp:posOffset>
                    </wp:positionV>
                    <wp:extent cx="3038475" cy="1228725"/>
                    <wp:effectExtent l="0" t="0" r="0" b="0"/>
                    <wp:wrapNone/>
                    <wp:docPr id="575841769" name="Metin Kutusu 7"/>
                    <wp:cNvGraphicFramePr/>
                    <a:graphic xmlns:a="http://schemas.openxmlformats.org/drawingml/2006/main">
                      <a:graphicData uri="http://schemas.microsoft.com/office/word/2010/wordprocessingShape">
                        <wps:wsp>
                          <wps:cNvSpPr txBox="1"/>
                          <wps:spPr>
                            <a:xfrm>
                              <a:off x="0" y="0"/>
                              <a:ext cx="3038475" cy="1228725"/>
                            </a:xfrm>
                            <a:prstGeom prst="rect">
                              <a:avLst/>
                            </a:prstGeom>
                            <a:noFill/>
                            <a:ln w="6350">
                              <a:noFill/>
                            </a:ln>
                          </wps:spPr>
                          <wps:txbx>
                            <w:txbxContent>
                              <w:p w14:paraId="740823B4" w14:textId="517F75B9" w:rsidR="00D53EB2" w:rsidRPr="002C1F24" w:rsidRDefault="00D53EB2" w:rsidP="00D53EB2">
                                <w:pPr>
                                  <w:rPr>
                                    <w:rFonts w:ascii="Montserrat" w:hAnsi="Montserrat"/>
                                    <w:b/>
                                    <w:bCs/>
                                    <w:sz w:val="36"/>
                                    <w:szCs w:val="36"/>
                                  </w:rPr>
                                </w:pPr>
                                <w:r w:rsidRPr="002C1F24">
                                  <w:rPr>
                                    <w:rFonts w:ascii="Montserrat" w:hAnsi="Montserrat"/>
                                    <w:b/>
                                    <w:bCs/>
                                    <w:sz w:val="36"/>
                                    <w:szCs w:val="36"/>
                                  </w:rPr>
                                  <w:t>…………………………………………………FAKÜLTESİ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8ECC55" id="_x0000_s1114" type="#_x0000_t202" style="position:absolute;left:0;text-align:left;margin-left:265.1pt;margin-top:138.95pt;width:239.25pt;height:9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" filled="f" stroked="f" strokeweight=".5pt">
                    <v:textbox>
                      <w:txbxContent>
                        <w:p w14:paraId="740823B4" w14:textId="517F75B9" w:rsidR="00D53EB2" w:rsidRPr="002C1F24" w:rsidRDefault="00D53EB2" w:rsidP="00D53EB2">
                          <w:pPr>
                            <w:rPr>
                              <w:rFonts w:ascii="Montserrat" w:hAnsi="Montserrat"/>
                              <w:b/>
                              <w:bCs/>
                              <w:sz w:val="36"/>
                              <w:szCs w:val="36"/>
                            </w:rPr>
                          </w:pPr>
                          <w:r w:rsidRPr="002C1F24">
                            <w:rPr>
                              <w:rFonts w:ascii="Montserrat" w:hAnsi="Montserrat"/>
                              <w:b/>
                              <w:bCs/>
                              <w:sz w:val="36"/>
                              <w:szCs w:val="36"/>
                            </w:rPr>
                            <w:t>…………………………………………………FAKÜLTESİ</w:t>
                          </w:r>
                        </w:p>
                      </w:txbxContent>
                    </v:textbox>
                  </v:shape>
                </w:pict>
              </mc:Fallback>
            </mc:AlternateContent>
          </w:r>
          <w:r w:rsidR="00D53EB2">
            <w:rPr>
              <w:noProof/>
            </w:rPr>
            <mc:AlternateContent>
              <mc:Choice Requires="wps">
                <w:drawing>
                  <wp:anchor distT="0" distB="0" distL="114300" distR="114300" simplePos="0" relativeHeight="251659264" behindDoc="0" locked="0" layoutInCell="1" allowOverlap="1" wp14:anchorId="6464CE3E" wp14:editId="3949E622">
                    <wp:simplePos x="0" y="0"/>
                    <wp:positionH relativeFrom="column">
                      <wp:posOffset>3442970</wp:posOffset>
                    </wp:positionH>
                    <wp:positionV relativeFrom="paragraph">
                      <wp:posOffset>4222115</wp:posOffset>
                    </wp:positionV>
                    <wp:extent cx="3038475" cy="2133600"/>
                    <wp:effectExtent l="0" t="0" r="0" b="0"/>
                    <wp:wrapNone/>
                    <wp:docPr id="1855659611" name="Metin Kutusu 7"/>
                    <wp:cNvGraphicFramePr/>
                    <a:graphic xmlns:a="http://schemas.openxmlformats.org/drawingml/2006/main">
                      <a:graphicData uri="http://schemas.microsoft.com/office/word/2010/wordprocessingShape">
                        <wps:wsp>
                          <wps:cNvSpPr txBox="1"/>
                          <wps:spPr>
                            <a:xfrm>
                              <a:off x="0" y="0"/>
                              <a:ext cx="3038475" cy="2133600"/>
                            </a:xfrm>
                            <a:prstGeom prst="rect">
                              <a:avLst/>
                            </a:prstGeom>
                            <a:noFill/>
                            <a:ln w="6350">
                              <a:noFill/>
                            </a:ln>
                          </wps:spPr>
                          <wps:txbx>
                            <w:txbxContent>
                              <w:p w14:paraId="171E3190" w14:textId="7346B006" w:rsidR="005F7F92" w:rsidRPr="005F7F92" w:rsidRDefault="005F7F92" w:rsidP="005F7F92">
                                <w:pPr>
                                  <w:jc w:val="right"/>
                                  <w:rPr>
                                    <w:rFonts w:ascii="Montserrat" w:hAnsi="Montserrat"/>
                                    <w:b/>
                                    <w:bCs/>
                                    <w:sz w:val="40"/>
                                    <w:szCs w:val="40"/>
                                  </w:rPr>
                                </w:pPr>
                                <w:r w:rsidRPr="005F7F92">
                                  <w:rPr>
                                    <w:rFonts w:ascii="Montserrat" w:hAnsi="Montserrat"/>
                                    <w:b/>
                                    <w:bCs/>
                                    <w:sz w:val="40"/>
                                    <w:szCs w:val="40"/>
                                  </w:rPr>
                                  <w:t>BÖLÜM ÖĞRENCİ MEMNUNİYET ANKETİ DEĞERLENDİRME VE İYİLEŞTİRME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4CE3E" id="_x0000_s1115" type="#_x0000_t202" style="position:absolute;left:0;text-align:left;margin-left:271.1pt;margin-top:332.45pt;width:239.25pt;height:1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6xHQ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" filled="f" stroked="f" strokeweight=".5pt">
                    <v:textbox>
                      <w:txbxContent>
                        <w:p w14:paraId="171E3190" w14:textId="7346B006" w:rsidR="005F7F92" w:rsidRPr="005F7F92" w:rsidRDefault="005F7F92" w:rsidP="005F7F92">
                          <w:pPr>
                            <w:jc w:val="right"/>
                            <w:rPr>
                              <w:rFonts w:ascii="Montserrat" w:hAnsi="Montserrat"/>
                              <w:b/>
                              <w:bCs/>
                              <w:sz w:val="40"/>
                              <w:szCs w:val="40"/>
                            </w:rPr>
                          </w:pPr>
                          <w:r w:rsidRPr="005F7F92">
                            <w:rPr>
                              <w:rFonts w:ascii="Montserrat" w:hAnsi="Montserrat"/>
                              <w:b/>
                              <w:bCs/>
                              <w:sz w:val="40"/>
                              <w:szCs w:val="40"/>
                            </w:rPr>
                            <w:t>BÖLÜM ÖĞRENCİ MEMNUNİYET ANKETİ DEĞERLENDİRME VE İYİLEŞTİRME RAPORU</w:t>
                          </w:r>
                        </w:p>
                      </w:txbxContent>
                    </v:textbox>
                  </v:shape>
                </w:pict>
              </mc:Fallback>
            </mc:AlternateContent>
          </w:r>
          <w:r w:rsidR="00B625EC">
            <w:rPr>
              <w:b/>
              <w:bCs/>
            </w:rPr>
            <w:br w:type="page"/>
          </w:r>
        </w:p>
      </w:sdtContent>
    </w:sdt>
    <w:tbl>
      <w:tblPr>
        <w:tblStyle w:val="TabloKlavuzu"/>
        <w:tblW w:w="9767" w:type="dxa"/>
        <w:tblInd w:w="-20" w:type="dxa"/>
        <w:tblLook w:val="04A0" w:firstRow="1" w:lastRow="0" w:firstColumn="1" w:lastColumn="0" w:noHBand="0" w:noVBand="1"/>
      </w:tblPr>
      <w:tblGrid>
        <w:gridCol w:w="1452"/>
        <w:gridCol w:w="8315"/>
      </w:tblGrid>
      <w:tr w:rsidR="00E81A70" w14:paraId="7D7196BA" w14:textId="77777777" w:rsidTr="0001088F">
        <w:trPr>
          <w:trHeight w:val="914"/>
        </w:trPr>
        <w:tc>
          <w:tcPr>
            <w:tcW w:w="1452" w:type="dxa"/>
            <w:vAlign w:val="center"/>
          </w:tcPr>
          <w:p w14:paraId="45D09B72" w14:textId="77777777" w:rsidR="00E81A70" w:rsidRDefault="00E81A70" w:rsidP="0001088F">
            <w:pPr>
              <w:jc w:val="center"/>
            </w:pPr>
            <w:bookmarkStart w:id="0" w:name="_Hlk200624110"/>
            <w:r>
              <w:rPr>
                <w:noProof/>
              </w:rPr>
              <w:lastRenderedPageBreak/>
              <w:drawing>
                <wp:inline distT="0" distB="0" distL="0" distR="0" wp14:anchorId="09B065F2" wp14:editId="4F439881">
                  <wp:extent cx="506095" cy="506095"/>
                  <wp:effectExtent l="0" t="0" r="8255" b="8255"/>
                  <wp:docPr id="1122980956" name="Resim 1" descr="metin, daire, logo,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80956" name="Resim 1" descr="metin, daire, logo, yazı tipi içeren bir resim&#10;&#10;Yapay zeka tarafından oluşturulmuş içerik yanlış ola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tc>
        <w:tc>
          <w:tcPr>
            <w:tcW w:w="8315" w:type="dxa"/>
            <w:vAlign w:val="center"/>
          </w:tcPr>
          <w:p w14:paraId="6EE84837" w14:textId="77777777" w:rsidR="00E81A70" w:rsidRPr="00473B48" w:rsidRDefault="00E81A70" w:rsidP="0001088F">
            <w:pPr>
              <w:pStyle w:val="GvdeMetni"/>
              <w:spacing w:after="0"/>
              <w:jc w:val="center"/>
              <w:rPr>
                <w:rFonts w:ascii="Times New Roman" w:hAnsi="Times New Roman" w:cs="Times New Roman"/>
              </w:rPr>
            </w:pPr>
            <w:r w:rsidRPr="00473B48">
              <w:rPr>
                <w:rFonts w:ascii="Times New Roman" w:hAnsi="Times New Roman" w:cs="Times New Roman"/>
              </w:rPr>
              <w:t>BALIKESİR ÜNİVERSİTESİ</w:t>
            </w:r>
          </w:p>
          <w:p w14:paraId="62376E71" w14:textId="426197C5" w:rsidR="00E81A70" w:rsidRPr="00473B48" w:rsidRDefault="00E76C5D" w:rsidP="0001088F">
            <w:pPr>
              <w:pStyle w:val="GvdeMetni"/>
              <w:spacing w:after="0"/>
              <w:jc w:val="center"/>
              <w:rPr>
                <w:rFonts w:ascii="Times New Roman" w:hAnsi="Times New Roman" w:cs="Times New Roman"/>
              </w:rPr>
            </w:pPr>
            <w:r>
              <w:rPr>
                <w:rFonts w:ascii="Times New Roman" w:hAnsi="Times New Roman" w:cs="Times New Roman"/>
              </w:rPr>
              <w:t xml:space="preserve">FİZİK </w:t>
            </w:r>
            <w:r w:rsidR="00E81A70" w:rsidRPr="00473B48">
              <w:rPr>
                <w:rFonts w:ascii="Times New Roman" w:hAnsi="Times New Roman" w:cs="Times New Roman"/>
              </w:rPr>
              <w:t>BÖLÜM</w:t>
            </w:r>
            <w:r>
              <w:rPr>
                <w:rFonts w:ascii="Times New Roman" w:hAnsi="Times New Roman" w:cs="Times New Roman"/>
              </w:rPr>
              <w:t>Ü</w:t>
            </w:r>
            <w:r w:rsidR="00E81A70" w:rsidRPr="00473B48">
              <w:rPr>
                <w:rFonts w:ascii="Times New Roman" w:hAnsi="Times New Roman" w:cs="Times New Roman"/>
              </w:rPr>
              <w:t xml:space="preserve"> ÖĞRENCİ MEMNUNİYET ANKETİ </w:t>
            </w:r>
          </w:p>
          <w:p w14:paraId="0394C5B6" w14:textId="253579AE" w:rsidR="00E81A70" w:rsidRDefault="00E81A70" w:rsidP="0001088F">
            <w:pPr>
              <w:pStyle w:val="GvdeMetni"/>
              <w:spacing w:after="0"/>
              <w:jc w:val="center"/>
            </w:pPr>
          </w:p>
        </w:tc>
      </w:tr>
      <w:bookmarkEnd w:id="0"/>
    </w:tbl>
    <w:p w14:paraId="135BDA41" w14:textId="77777777" w:rsidR="00E81A70" w:rsidRDefault="00E81A70" w:rsidP="007C0B7D">
      <w:pPr>
        <w:pStyle w:val="Balk2"/>
        <w:spacing w:line="240" w:lineRule="auto"/>
        <w:rPr>
          <w:rFonts w:ascii="Times New Roman" w:hAnsi="Times New Roman" w:cs="Times New Roman"/>
          <w:b w:val="0"/>
          <w:bCs w:val="0"/>
          <w:color w:val="17365D" w:themeColor="text2" w:themeShade="BF"/>
          <w:spacing w:val="5"/>
          <w:kern w:val="28"/>
          <w:sz w:val="20"/>
          <w:szCs w:val="20"/>
        </w:rPr>
      </w:pPr>
    </w:p>
    <w:p w14:paraId="035D4128" w14:textId="77777777" w:rsidR="00AF6DB4" w:rsidRPr="00B625EC" w:rsidRDefault="00000000" w:rsidP="003A2FA4">
      <w:pPr>
        <w:jc w:val="both"/>
        <w:rPr>
          <w:rFonts w:ascii="Times New Roman" w:hAnsi="Times New Roman" w:cs="Times New Roman"/>
          <w:sz w:val="20"/>
          <w:szCs w:val="20"/>
        </w:rPr>
      </w:pPr>
      <w:r w:rsidRPr="00B625EC">
        <w:rPr>
          <w:rFonts w:ascii="Times New Roman" w:hAnsi="Times New Roman" w:cs="Times New Roman"/>
          <w:sz w:val="20"/>
          <w:szCs w:val="20"/>
        </w:rPr>
        <w:t>Bu anket çalışması, öğrencilerimizin eğitim-öğretim faaliyetlerinden, fiziki altyapıdan, akademik kadrodan ve genel üniversite hizmetlerinden ne derece memnun olduklarını ölçmek amacıyla gerçekleştirilmiştir. Anket formu, 5’li Likert tipi ölçek (1: Çok Kötü, 5: Çok İyi) kullanılarak hazırlanmış ve tüm öğrencilere çevrim içi olarak sunulmuştur. Toplanan veriler üzerinden her bir sorunun ortalaması alınmış, yüzdesel dağılımları ve grafik analizleri yapılmıştır. Bu veriler hem bölüm düzeyinde iç kalite güvencesi süreçlerine katkı sağlamayı hem de yapılacak iyileştirme çalışmalarına yön vermeyi amaçlamaktadır.</w:t>
      </w:r>
    </w:p>
    <w:p w14:paraId="2B994A37" w14:textId="2AD962BC" w:rsidR="003A2FA4" w:rsidRPr="007920B1" w:rsidRDefault="007920B1" w:rsidP="003A2FA4">
      <w:pPr>
        <w:pStyle w:val="Balk2"/>
        <w:rPr>
          <w:rFonts w:asciiTheme="majorBidi" w:hAnsiTheme="majorBidi"/>
          <w:color w:val="auto"/>
          <w:sz w:val="20"/>
          <w:szCs w:val="20"/>
        </w:rPr>
      </w:pPr>
      <w:r w:rsidRPr="007920B1">
        <w:rPr>
          <w:rFonts w:asciiTheme="majorBidi" w:hAnsiTheme="majorBidi"/>
          <w:b w:val="0"/>
          <w:bCs w:val="0"/>
          <w:color w:val="auto"/>
          <w:sz w:val="21"/>
          <w:szCs w:val="21"/>
          <w:lang w:val="tr-TR"/>
        </w:rPr>
        <w:t>5</w:t>
      </w:r>
      <w:r w:rsidRPr="007920B1">
        <w:rPr>
          <w:rFonts w:asciiTheme="majorBidi" w:hAnsiTheme="majorBidi"/>
          <w:b w:val="0"/>
          <w:bCs w:val="0"/>
          <w:color w:val="auto"/>
          <w:sz w:val="21"/>
          <w:szCs w:val="21"/>
          <w:lang w:val="tr-TR"/>
        </w:rPr>
        <w:t>:</w:t>
      </w:r>
      <w:r w:rsidRPr="007920B1">
        <w:rPr>
          <w:rFonts w:asciiTheme="majorBidi" w:hAnsiTheme="majorBidi"/>
          <w:b w:val="0"/>
          <w:bCs w:val="0"/>
          <w:color w:val="auto"/>
          <w:spacing w:val="-1"/>
          <w:sz w:val="21"/>
          <w:szCs w:val="21"/>
          <w:lang w:val="tr-TR"/>
        </w:rPr>
        <w:t xml:space="preserve"> </w:t>
      </w:r>
      <w:r w:rsidRPr="007920B1">
        <w:rPr>
          <w:rFonts w:asciiTheme="majorBidi" w:hAnsiTheme="majorBidi"/>
          <w:b w:val="0"/>
          <w:bCs w:val="0"/>
          <w:color w:val="auto"/>
          <w:sz w:val="21"/>
          <w:szCs w:val="21"/>
          <w:lang w:val="tr-TR"/>
        </w:rPr>
        <w:t>Kesinlikle Katılıyorum  4: Katılıyorum   3:</w:t>
      </w:r>
      <w:r w:rsidRPr="007920B1">
        <w:rPr>
          <w:rFonts w:asciiTheme="majorBidi" w:hAnsiTheme="majorBidi"/>
          <w:b w:val="0"/>
          <w:bCs w:val="0"/>
          <w:color w:val="auto"/>
          <w:spacing w:val="-1"/>
          <w:sz w:val="21"/>
          <w:szCs w:val="21"/>
          <w:lang w:val="tr-TR"/>
        </w:rPr>
        <w:t xml:space="preserve"> </w:t>
      </w:r>
      <w:r w:rsidRPr="007920B1">
        <w:rPr>
          <w:rFonts w:asciiTheme="majorBidi" w:hAnsiTheme="majorBidi"/>
          <w:b w:val="0"/>
          <w:bCs w:val="0"/>
          <w:color w:val="auto"/>
          <w:sz w:val="21"/>
          <w:szCs w:val="21"/>
          <w:lang w:val="tr-TR"/>
        </w:rPr>
        <w:t xml:space="preserve">Kararsızım 2: Katılmıyorum    </w:t>
      </w:r>
      <w:r w:rsidRPr="007920B1">
        <w:rPr>
          <w:rFonts w:asciiTheme="majorBidi" w:hAnsiTheme="majorBidi"/>
          <w:b w:val="0"/>
          <w:bCs w:val="0"/>
          <w:color w:val="auto"/>
          <w:sz w:val="21"/>
          <w:szCs w:val="21"/>
        </w:rPr>
        <w:t>1:</w:t>
      </w:r>
      <w:r w:rsidRPr="007920B1">
        <w:rPr>
          <w:rFonts w:asciiTheme="majorBidi" w:hAnsiTheme="majorBidi"/>
          <w:b w:val="0"/>
          <w:bCs w:val="0"/>
          <w:color w:val="auto"/>
          <w:spacing w:val="-1"/>
          <w:sz w:val="21"/>
          <w:szCs w:val="21"/>
        </w:rPr>
        <w:t xml:space="preserve"> </w:t>
      </w:r>
      <w:r w:rsidRPr="007920B1">
        <w:rPr>
          <w:rFonts w:asciiTheme="majorBidi" w:hAnsiTheme="majorBidi"/>
          <w:b w:val="0"/>
          <w:bCs w:val="0"/>
          <w:color w:val="auto"/>
          <w:sz w:val="21"/>
          <w:szCs w:val="21"/>
        </w:rPr>
        <w:t>Kesinlikle Katılmıyorum</w:t>
      </w:r>
    </w:p>
    <w:p w14:paraId="2B381811" w14:textId="6F1C88DF" w:rsidR="00AF6DB4" w:rsidRPr="00B625EC" w:rsidRDefault="00000000">
      <w:pPr>
        <w:pStyle w:val="Balk2"/>
        <w:rPr>
          <w:rFonts w:ascii="Times New Roman" w:hAnsi="Times New Roman" w:cs="Times New Roman"/>
          <w:sz w:val="20"/>
          <w:szCs w:val="20"/>
        </w:rPr>
      </w:pPr>
      <w:r w:rsidRPr="00B625EC">
        <w:rPr>
          <w:rFonts w:ascii="Times New Roman" w:hAnsi="Times New Roman" w:cs="Times New Roman"/>
          <w:sz w:val="20"/>
          <w:szCs w:val="20"/>
        </w:rPr>
        <w:t xml:space="preserve">Tablo 1: </w:t>
      </w:r>
      <w:r w:rsidR="004F507D">
        <w:rPr>
          <w:rFonts w:ascii="Times New Roman" w:hAnsi="Times New Roman" w:cs="Times New Roman"/>
          <w:sz w:val="20"/>
          <w:szCs w:val="20"/>
        </w:rPr>
        <w:t xml:space="preserve">Bölüm </w:t>
      </w:r>
      <w:r w:rsidRPr="00B625EC">
        <w:rPr>
          <w:rFonts w:ascii="Times New Roman" w:hAnsi="Times New Roman" w:cs="Times New Roman"/>
          <w:sz w:val="20"/>
          <w:szCs w:val="20"/>
        </w:rPr>
        <w:t>Öğrenci Memnuniyet Anket Soruları</w:t>
      </w:r>
    </w:p>
    <w:tbl>
      <w:tblPr>
        <w:tblStyle w:val="TabloKlavuzu"/>
        <w:tblW w:w="9634" w:type="dxa"/>
        <w:tblLayout w:type="fixed"/>
        <w:tblLook w:val="04A0" w:firstRow="1" w:lastRow="0" w:firstColumn="1" w:lastColumn="0" w:noHBand="0" w:noVBand="1"/>
      </w:tblPr>
      <w:tblGrid>
        <w:gridCol w:w="988"/>
        <w:gridCol w:w="6944"/>
        <w:gridCol w:w="236"/>
        <w:gridCol w:w="18"/>
        <w:gridCol w:w="313"/>
        <w:gridCol w:w="236"/>
        <w:gridCol w:w="11"/>
        <w:gridCol w:w="416"/>
        <w:gridCol w:w="472"/>
      </w:tblGrid>
      <w:tr w:rsidR="00775689" w:rsidRPr="00B625EC" w14:paraId="6D61C116" w14:textId="78529924" w:rsidTr="00775689">
        <w:trPr>
          <w:tblHeader/>
        </w:trPr>
        <w:tc>
          <w:tcPr>
            <w:tcW w:w="988" w:type="dxa"/>
            <w:vAlign w:val="center"/>
          </w:tcPr>
          <w:p w14:paraId="22000C09"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Soru No</w:t>
            </w:r>
          </w:p>
        </w:tc>
        <w:tc>
          <w:tcPr>
            <w:tcW w:w="6945" w:type="dxa"/>
            <w:vAlign w:val="center"/>
          </w:tcPr>
          <w:p w14:paraId="76DA7029"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Soru</w:t>
            </w:r>
          </w:p>
        </w:tc>
        <w:tc>
          <w:tcPr>
            <w:tcW w:w="236" w:type="dxa"/>
            <w:vAlign w:val="center"/>
          </w:tcPr>
          <w:p w14:paraId="350DCC42" w14:textId="4D07E7DF" w:rsidR="00775689" w:rsidRPr="00B625EC" w:rsidRDefault="00775689" w:rsidP="00D37858">
            <w:pPr>
              <w:jc w:val="center"/>
              <w:rPr>
                <w:rFonts w:ascii="Times New Roman" w:hAnsi="Times New Roman" w:cs="Times New Roman"/>
                <w:sz w:val="20"/>
                <w:szCs w:val="20"/>
              </w:rPr>
            </w:pPr>
            <w:r>
              <w:rPr>
                <w:rFonts w:ascii="Times New Roman" w:hAnsi="Times New Roman" w:cs="Times New Roman"/>
                <w:sz w:val="20"/>
                <w:szCs w:val="20"/>
              </w:rPr>
              <w:t>5</w:t>
            </w:r>
          </w:p>
        </w:tc>
        <w:tc>
          <w:tcPr>
            <w:tcW w:w="331" w:type="dxa"/>
            <w:gridSpan w:val="2"/>
            <w:vAlign w:val="center"/>
          </w:tcPr>
          <w:p w14:paraId="757E8178" w14:textId="43573073" w:rsidR="00775689" w:rsidRPr="00B625EC" w:rsidRDefault="00775689" w:rsidP="00D37858">
            <w:pPr>
              <w:jc w:val="center"/>
              <w:rPr>
                <w:rFonts w:ascii="Times New Roman" w:hAnsi="Times New Roman" w:cs="Times New Roman"/>
                <w:sz w:val="20"/>
                <w:szCs w:val="20"/>
              </w:rPr>
            </w:pPr>
            <w:r>
              <w:rPr>
                <w:rFonts w:ascii="Times New Roman" w:hAnsi="Times New Roman" w:cs="Times New Roman"/>
                <w:sz w:val="20"/>
                <w:szCs w:val="20"/>
              </w:rPr>
              <w:t>4</w:t>
            </w:r>
          </w:p>
        </w:tc>
        <w:tc>
          <w:tcPr>
            <w:tcW w:w="247" w:type="dxa"/>
            <w:gridSpan w:val="2"/>
            <w:vAlign w:val="center"/>
          </w:tcPr>
          <w:p w14:paraId="05E30051" w14:textId="02EA8ED6" w:rsidR="00775689" w:rsidRPr="00B625EC" w:rsidRDefault="00775689" w:rsidP="00D37858">
            <w:pPr>
              <w:jc w:val="center"/>
              <w:rPr>
                <w:rFonts w:ascii="Times New Roman" w:hAnsi="Times New Roman" w:cs="Times New Roman"/>
                <w:sz w:val="20"/>
                <w:szCs w:val="20"/>
              </w:rPr>
            </w:pPr>
            <w:r>
              <w:rPr>
                <w:rFonts w:ascii="Times New Roman" w:hAnsi="Times New Roman" w:cs="Times New Roman"/>
                <w:sz w:val="20"/>
                <w:szCs w:val="20"/>
              </w:rPr>
              <w:t>3</w:t>
            </w:r>
          </w:p>
        </w:tc>
        <w:tc>
          <w:tcPr>
            <w:tcW w:w="416" w:type="dxa"/>
            <w:vAlign w:val="center"/>
          </w:tcPr>
          <w:p w14:paraId="1D80AAAD" w14:textId="14628C09" w:rsidR="00775689" w:rsidRPr="00B625EC" w:rsidRDefault="00775689" w:rsidP="00D37858">
            <w:pPr>
              <w:jc w:val="center"/>
              <w:rPr>
                <w:rFonts w:ascii="Times New Roman" w:hAnsi="Times New Roman" w:cs="Times New Roman"/>
                <w:sz w:val="20"/>
                <w:szCs w:val="20"/>
              </w:rPr>
            </w:pPr>
            <w:r>
              <w:rPr>
                <w:rFonts w:ascii="Times New Roman" w:hAnsi="Times New Roman" w:cs="Times New Roman"/>
                <w:sz w:val="20"/>
                <w:szCs w:val="20"/>
              </w:rPr>
              <w:t>2</w:t>
            </w:r>
          </w:p>
        </w:tc>
        <w:tc>
          <w:tcPr>
            <w:tcW w:w="471" w:type="dxa"/>
            <w:vAlign w:val="center"/>
          </w:tcPr>
          <w:p w14:paraId="13C9FB2F" w14:textId="23A2F1E3" w:rsidR="00775689" w:rsidRPr="00B625EC" w:rsidRDefault="00775689" w:rsidP="00D37858">
            <w:pPr>
              <w:jc w:val="center"/>
              <w:rPr>
                <w:rFonts w:ascii="Times New Roman" w:hAnsi="Times New Roman" w:cs="Times New Roman"/>
                <w:sz w:val="20"/>
                <w:szCs w:val="20"/>
              </w:rPr>
            </w:pPr>
            <w:r>
              <w:rPr>
                <w:rFonts w:ascii="Times New Roman" w:hAnsi="Times New Roman" w:cs="Times New Roman"/>
                <w:sz w:val="20"/>
                <w:szCs w:val="20"/>
              </w:rPr>
              <w:t>1</w:t>
            </w:r>
          </w:p>
        </w:tc>
      </w:tr>
      <w:tr w:rsidR="00775689" w:rsidRPr="00B625EC" w14:paraId="7B24998E" w14:textId="2AAE3E0A" w:rsidTr="00775689">
        <w:tc>
          <w:tcPr>
            <w:tcW w:w="988" w:type="dxa"/>
            <w:vAlign w:val="center"/>
          </w:tcPr>
          <w:p w14:paraId="5A396346"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w:t>
            </w:r>
          </w:p>
        </w:tc>
        <w:tc>
          <w:tcPr>
            <w:tcW w:w="6945" w:type="dxa"/>
            <w:vAlign w:val="center"/>
          </w:tcPr>
          <w:p w14:paraId="66A25F0D"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dersliklerinin fiziksel donanımını nasıl buluyorsunuz?</w:t>
            </w:r>
          </w:p>
        </w:tc>
        <w:tc>
          <w:tcPr>
            <w:tcW w:w="236" w:type="dxa"/>
            <w:vAlign w:val="center"/>
          </w:tcPr>
          <w:p w14:paraId="7E2561C4" w14:textId="0913982A"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3D928412"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310FE107"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7866608D"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798EC88A" w14:textId="77777777" w:rsidR="00775689" w:rsidRPr="00B625EC" w:rsidRDefault="00775689" w:rsidP="00D37858">
            <w:pPr>
              <w:jc w:val="center"/>
              <w:rPr>
                <w:rFonts w:ascii="Times New Roman" w:hAnsi="Times New Roman" w:cs="Times New Roman"/>
                <w:sz w:val="20"/>
                <w:szCs w:val="20"/>
              </w:rPr>
            </w:pPr>
          </w:p>
        </w:tc>
      </w:tr>
      <w:tr w:rsidR="00775689" w:rsidRPr="00B625EC" w14:paraId="5AD899AD" w14:textId="0AB4CC14" w:rsidTr="00775689">
        <w:tc>
          <w:tcPr>
            <w:tcW w:w="988" w:type="dxa"/>
            <w:vAlign w:val="center"/>
          </w:tcPr>
          <w:p w14:paraId="4623D871"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w:t>
            </w:r>
          </w:p>
        </w:tc>
        <w:tc>
          <w:tcPr>
            <w:tcW w:w="6945" w:type="dxa"/>
            <w:vAlign w:val="center"/>
          </w:tcPr>
          <w:p w14:paraId="68334AA1"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dersliklerinin öğrenci kapasitesini nasıl değerlendiriyorsunuz?</w:t>
            </w:r>
          </w:p>
        </w:tc>
        <w:tc>
          <w:tcPr>
            <w:tcW w:w="236" w:type="dxa"/>
            <w:vAlign w:val="center"/>
          </w:tcPr>
          <w:p w14:paraId="12C2EBB1" w14:textId="4FC1481E"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1A2A2C9C"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19832A50"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4C6F4B3C"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5505DE1A" w14:textId="77777777" w:rsidR="00775689" w:rsidRPr="00B625EC" w:rsidRDefault="00775689" w:rsidP="00D37858">
            <w:pPr>
              <w:jc w:val="center"/>
              <w:rPr>
                <w:rFonts w:ascii="Times New Roman" w:hAnsi="Times New Roman" w:cs="Times New Roman"/>
                <w:sz w:val="20"/>
                <w:szCs w:val="20"/>
              </w:rPr>
            </w:pPr>
          </w:p>
        </w:tc>
      </w:tr>
      <w:tr w:rsidR="00775689" w:rsidRPr="00B625EC" w14:paraId="648B3297" w14:textId="11B27878" w:rsidTr="00775689">
        <w:tc>
          <w:tcPr>
            <w:tcW w:w="988" w:type="dxa"/>
            <w:vAlign w:val="center"/>
          </w:tcPr>
          <w:p w14:paraId="428C5A6A"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w:t>
            </w:r>
          </w:p>
        </w:tc>
        <w:tc>
          <w:tcPr>
            <w:tcW w:w="6945" w:type="dxa"/>
            <w:vAlign w:val="center"/>
          </w:tcPr>
          <w:p w14:paraId="1D7562CF"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Bölümümüzün bilgisayar laboratuvarlarını donanım açısından nasıl buluyorsunuz?</w:t>
            </w:r>
          </w:p>
        </w:tc>
        <w:tc>
          <w:tcPr>
            <w:tcW w:w="236" w:type="dxa"/>
            <w:vAlign w:val="center"/>
          </w:tcPr>
          <w:p w14:paraId="3B5C71EC" w14:textId="44F87DF7"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60165D79"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21FB53B5"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41705112"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06C43E3B" w14:textId="77777777" w:rsidR="00775689" w:rsidRPr="00B625EC" w:rsidRDefault="00775689" w:rsidP="00D37858">
            <w:pPr>
              <w:jc w:val="center"/>
              <w:rPr>
                <w:rFonts w:ascii="Times New Roman" w:hAnsi="Times New Roman" w:cs="Times New Roman"/>
                <w:sz w:val="20"/>
                <w:szCs w:val="20"/>
              </w:rPr>
            </w:pPr>
          </w:p>
        </w:tc>
      </w:tr>
      <w:tr w:rsidR="00775689" w:rsidRPr="00B625EC" w14:paraId="2BB48727" w14:textId="578606C7" w:rsidTr="00775689">
        <w:tc>
          <w:tcPr>
            <w:tcW w:w="988" w:type="dxa"/>
            <w:vAlign w:val="center"/>
          </w:tcPr>
          <w:p w14:paraId="4B20AC1D"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4</w:t>
            </w:r>
          </w:p>
        </w:tc>
        <w:tc>
          <w:tcPr>
            <w:tcW w:w="6945" w:type="dxa"/>
            <w:vAlign w:val="center"/>
          </w:tcPr>
          <w:p w14:paraId="3F77A58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Bölümümüzün bilgisayar laboratuvarlarını yazılım açısından nasıl buluyorsunuz?</w:t>
            </w:r>
          </w:p>
        </w:tc>
        <w:tc>
          <w:tcPr>
            <w:tcW w:w="236" w:type="dxa"/>
            <w:vAlign w:val="center"/>
          </w:tcPr>
          <w:p w14:paraId="6C1639CE" w14:textId="0C05491F"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14D374BD"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7635E6DE"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6A6F7D11"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4BBEDAF5" w14:textId="77777777" w:rsidR="00775689" w:rsidRPr="00B625EC" w:rsidRDefault="00775689" w:rsidP="00D37858">
            <w:pPr>
              <w:jc w:val="center"/>
              <w:rPr>
                <w:rFonts w:ascii="Times New Roman" w:hAnsi="Times New Roman" w:cs="Times New Roman"/>
                <w:sz w:val="20"/>
                <w:szCs w:val="20"/>
              </w:rPr>
            </w:pPr>
          </w:p>
        </w:tc>
      </w:tr>
      <w:tr w:rsidR="00775689" w:rsidRPr="00B625EC" w14:paraId="7BCCCD98" w14:textId="5845F701" w:rsidTr="00775689">
        <w:tc>
          <w:tcPr>
            <w:tcW w:w="988" w:type="dxa"/>
            <w:vAlign w:val="center"/>
          </w:tcPr>
          <w:p w14:paraId="47B1ABA0"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5</w:t>
            </w:r>
          </w:p>
        </w:tc>
        <w:tc>
          <w:tcPr>
            <w:tcW w:w="6945" w:type="dxa"/>
            <w:vAlign w:val="center"/>
          </w:tcPr>
          <w:p w14:paraId="0611E56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Bölümümüzün bilgisayar laboratuvarlarını internet hızı açısından nasıl buluyorsunuz?</w:t>
            </w:r>
          </w:p>
        </w:tc>
        <w:tc>
          <w:tcPr>
            <w:tcW w:w="236" w:type="dxa"/>
            <w:vAlign w:val="center"/>
          </w:tcPr>
          <w:p w14:paraId="779A76CF" w14:textId="41D2DC50"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3C84A96F"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7F0E7F36"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128D884A"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0F21D222" w14:textId="77777777" w:rsidR="00775689" w:rsidRPr="00B625EC" w:rsidRDefault="00775689" w:rsidP="00D37858">
            <w:pPr>
              <w:jc w:val="center"/>
              <w:rPr>
                <w:rFonts w:ascii="Times New Roman" w:hAnsi="Times New Roman" w:cs="Times New Roman"/>
                <w:sz w:val="20"/>
                <w:szCs w:val="20"/>
              </w:rPr>
            </w:pPr>
          </w:p>
        </w:tc>
      </w:tr>
      <w:tr w:rsidR="00775689" w:rsidRPr="00B625EC" w14:paraId="4FECE02C" w14:textId="5F0A3F96" w:rsidTr="00775689">
        <w:tc>
          <w:tcPr>
            <w:tcW w:w="988" w:type="dxa"/>
            <w:vAlign w:val="center"/>
          </w:tcPr>
          <w:p w14:paraId="7AF83DB8"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6</w:t>
            </w:r>
          </w:p>
        </w:tc>
        <w:tc>
          <w:tcPr>
            <w:tcW w:w="6945" w:type="dxa"/>
            <w:vAlign w:val="center"/>
          </w:tcPr>
          <w:p w14:paraId="2064C5A4"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Bölümümüzün bilgisayar laboratuvarlarını etkin kullanımınız açısından nasıl buluyorsunuz?</w:t>
            </w:r>
          </w:p>
        </w:tc>
        <w:tc>
          <w:tcPr>
            <w:tcW w:w="236" w:type="dxa"/>
            <w:vAlign w:val="center"/>
          </w:tcPr>
          <w:p w14:paraId="54FED98D" w14:textId="515ACFCA"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66B1823C"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4F197DCB"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79F27C2C"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27364725" w14:textId="77777777" w:rsidR="00775689" w:rsidRPr="00B625EC" w:rsidRDefault="00775689" w:rsidP="00D37858">
            <w:pPr>
              <w:jc w:val="center"/>
              <w:rPr>
                <w:rFonts w:ascii="Times New Roman" w:hAnsi="Times New Roman" w:cs="Times New Roman"/>
                <w:sz w:val="20"/>
                <w:szCs w:val="20"/>
              </w:rPr>
            </w:pPr>
          </w:p>
        </w:tc>
      </w:tr>
      <w:tr w:rsidR="00775689" w:rsidRPr="00B625EC" w14:paraId="43757C18" w14:textId="689D4A2D" w:rsidTr="00775689">
        <w:tc>
          <w:tcPr>
            <w:tcW w:w="988" w:type="dxa"/>
            <w:vAlign w:val="center"/>
          </w:tcPr>
          <w:p w14:paraId="4D60CBAE"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7</w:t>
            </w:r>
          </w:p>
        </w:tc>
        <w:tc>
          <w:tcPr>
            <w:tcW w:w="6945" w:type="dxa"/>
            <w:vAlign w:val="center"/>
          </w:tcPr>
          <w:p w14:paraId="1572A7EF"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Bölümümüzdeki bilgisayar laboratuvarlarının öğrenci kapasitesini nasıl değerlendiriyorsunuz?</w:t>
            </w:r>
          </w:p>
        </w:tc>
        <w:tc>
          <w:tcPr>
            <w:tcW w:w="236" w:type="dxa"/>
            <w:vAlign w:val="center"/>
          </w:tcPr>
          <w:p w14:paraId="6AA12781" w14:textId="23E25359"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0E67622E"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720B8997"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0445B7C3"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75338918" w14:textId="77777777" w:rsidR="00775689" w:rsidRPr="00B625EC" w:rsidRDefault="00775689" w:rsidP="00D37858">
            <w:pPr>
              <w:jc w:val="center"/>
              <w:rPr>
                <w:rFonts w:ascii="Times New Roman" w:hAnsi="Times New Roman" w:cs="Times New Roman"/>
                <w:sz w:val="20"/>
                <w:szCs w:val="20"/>
              </w:rPr>
            </w:pPr>
          </w:p>
        </w:tc>
      </w:tr>
      <w:tr w:rsidR="00775689" w:rsidRPr="00B625EC" w14:paraId="3D1C1D05" w14:textId="5FD32D30" w:rsidTr="00775689">
        <w:tc>
          <w:tcPr>
            <w:tcW w:w="988" w:type="dxa"/>
            <w:vAlign w:val="center"/>
          </w:tcPr>
          <w:p w14:paraId="0D2684B5"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8</w:t>
            </w:r>
          </w:p>
        </w:tc>
        <w:tc>
          <w:tcPr>
            <w:tcW w:w="6945" w:type="dxa"/>
            <w:vAlign w:val="center"/>
          </w:tcPr>
          <w:p w14:paraId="19BDBB05"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Bölümümüzdeki bilgisayar laboratuvarlarında bulunan teknik eleman desteğini nasıl buluyorsunuz?</w:t>
            </w:r>
          </w:p>
        </w:tc>
        <w:tc>
          <w:tcPr>
            <w:tcW w:w="236" w:type="dxa"/>
            <w:vAlign w:val="center"/>
          </w:tcPr>
          <w:p w14:paraId="1EBC6930" w14:textId="3CA44471"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54C71878"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65FE3FF4"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45DD37B2"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437971B0" w14:textId="77777777" w:rsidR="00775689" w:rsidRPr="00B625EC" w:rsidRDefault="00775689" w:rsidP="00D37858">
            <w:pPr>
              <w:jc w:val="center"/>
              <w:rPr>
                <w:rFonts w:ascii="Times New Roman" w:hAnsi="Times New Roman" w:cs="Times New Roman"/>
                <w:sz w:val="20"/>
                <w:szCs w:val="20"/>
              </w:rPr>
            </w:pPr>
          </w:p>
        </w:tc>
      </w:tr>
      <w:tr w:rsidR="00775689" w:rsidRPr="00B625EC" w14:paraId="08AC13D6" w14:textId="208CDED4" w:rsidTr="00775689">
        <w:tc>
          <w:tcPr>
            <w:tcW w:w="988" w:type="dxa"/>
            <w:vAlign w:val="center"/>
          </w:tcPr>
          <w:p w14:paraId="7A9226B3"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9</w:t>
            </w:r>
          </w:p>
        </w:tc>
        <w:tc>
          <w:tcPr>
            <w:tcW w:w="6945" w:type="dxa"/>
            <w:vAlign w:val="center"/>
          </w:tcPr>
          <w:p w14:paraId="53E391B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 derslerimizi içerikleri açısından nasıl buluyorsunuz?</w:t>
            </w:r>
          </w:p>
        </w:tc>
        <w:tc>
          <w:tcPr>
            <w:tcW w:w="236" w:type="dxa"/>
            <w:vAlign w:val="center"/>
          </w:tcPr>
          <w:p w14:paraId="5C5A20E0" w14:textId="04E264FE"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2EB6EB16"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24580D46"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0852FA73"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574D3977" w14:textId="77777777" w:rsidR="00775689" w:rsidRPr="00B625EC" w:rsidRDefault="00775689" w:rsidP="00D37858">
            <w:pPr>
              <w:jc w:val="center"/>
              <w:rPr>
                <w:rFonts w:ascii="Times New Roman" w:hAnsi="Times New Roman" w:cs="Times New Roman"/>
                <w:sz w:val="20"/>
                <w:szCs w:val="20"/>
              </w:rPr>
            </w:pPr>
          </w:p>
        </w:tc>
      </w:tr>
      <w:tr w:rsidR="00775689" w:rsidRPr="00B625EC" w14:paraId="11ED570A" w14:textId="2FC87A07" w:rsidTr="00775689">
        <w:tc>
          <w:tcPr>
            <w:tcW w:w="988" w:type="dxa"/>
            <w:vAlign w:val="center"/>
          </w:tcPr>
          <w:p w14:paraId="4C819FC8"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10</w:t>
            </w:r>
          </w:p>
        </w:tc>
        <w:tc>
          <w:tcPr>
            <w:tcW w:w="6945" w:type="dxa"/>
            <w:vAlign w:val="center"/>
          </w:tcPr>
          <w:p w14:paraId="23DB877C"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 derslerimizle ilgili dokümanların yeterliliği konusunda ne düşünüyorsunuz?</w:t>
            </w:r>
          </w:p>
        </w:tc>
        <w:tc>
          <w:tcPr>
            <w:tcW w:w="236" w:type="dxa"/>
            <w:vAlign w:val="center"/>
          </w:tcPr>
          <w:p w14:paraId="37E972FE" w14:textId="7C4911C0"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05AE6D86"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232E7BB5"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74CACBB7"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38FE25F3" w14:textId="77777777" w:rsidR="00775689" w:rsidRPr="00B625EC" w:rsidRDefault="00775689" w:rsidP="00D37858">
            <w:pPr>
              <w:jc w:val="center"/>
              <w:rPr>
                <w:rFonts w:ascii="Times New Roman" w:hAnsi="Times New Roman" w:cs="Times New Roman"/>
                <w:sz w:val="20"/>
                <w:szCs w:val="20"/>
              </w:rPr>
            </w:pPr>
          </w:p>
        </w:tc>
      </w:tr>
      <w:tr w:rsidR="00775689" w:rsidRPr="00B625EC" w14:paraId="0C8E74C5" w14:textId="677263C3" w:rsidTr="00775689">
        <w:tc>
          <w:tcPr>
            <w:tcW w:w="988" w:type="dxa"/>
            <w:vAlign w:val="center"/>
          </w:tcPr>
          <w:p w14:paraId="5930C929"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11</w:t>
            </w:r>
          </w:p>
        </w:tc>
        <w:tc>
          <w:tcPr>
            <w:tcW w:w="6945" w:type="dxa"/>
            <w:vAlign w:val="center"/>
          </w:tcPr>
          <w:p w14:paraId="3FA22261"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Bölümümüzün akademik kadrosunu eğitim ve öğretimi yürütme açısından ne derece yeterli buluyorsunuz?</w:t>
            </w:r>
          </w:p>
        </w:tc>
        <w:tc>
          <w:tcPr>
            <w:tcW w:w="236" w:type="dxa"/>
            <w:vAlign w:val="center"/>
          </w:tcPr>
          <w:p w14:paraId="4A0DC013" w14:textId="1A3AFCC5"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6A93DF46"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43E48351"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1CBC397A"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2A6A2A33" w14:textId="77777777" w:rsidR="00775689" w:rsidRPr="00B625EC" w:rsidRDefault="00775689" w:rsidP="00D37858">
            <w:pPr>
              <w:jc w:val="center"/>
              <w:rPr>
                <w:rFonts w:ascii="Times New Roman" w:hAnsi="Times New Roman" w:cs="Times New Roman"/>
                <w:sz w:val="20"/>
                <w:szCs w:val="20"/>
              </w:rPr>
            </w:pPr>
          </w:p>
        </w:tc>
      </w:tr>
      <w:tr w:rsidR="00775689" w:rsidRPr="00B625EC" w14:paraId="6A8124C7" w14:textId="2D2BF10E" w:rsidTr="00775689">
        <w:tc>
          <w:tcPr>
            <w:tcW w:w="988" w:type="dxa"/>
            <w:vAlign w:val="center"/>
          </w:tcPr>
          <w:p w14:paraId="50225134"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12</w:t>
            </w:r>
          </w:p>
        </w:tc>
        <w:tc>
          <w:tcPr>
            <w:tcW w:w="6945" w:type="dxa"/>
            <w:vAlign w:val="center"/>
          </w:tcPr>
          <w:p w14:paraId="4F92151A"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öğretim elemanlarının size olan yaklaşımlarını nasıl değerlendiriyorsunuz?</w:t>
            </w:r>
          </w:p>
        </w:tc>
        <w:tc>
          <w:tcPr>
            <w:tcW w:w="236" w:type="dxa"/>
            <w:vAlign w:val="center"/>
          </w:tcPr>
          <w:p w14:paraId="32405EC9" w14:textId="50A5BD65"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62F645DE"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024E1A6C"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53C55FEE"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09CB73B7" w14:textId="77777777" w:rsidR="00775689" w:rsidRPr="00B625EC" w:rsidRDefault="00775689" w:rsidP="00D37858">
            <w:pPr>
              <w:jc w:val="center"/>
              <w:rPr>
                <w:rFonts w:ascii="Times New Roman" w:hAnsi="Times New Roman" w:cs="Times New Roman"/>
                <w:sz w:val="20"/>
                <w:szCs w:val="20"/>
              </w:rPr>
            </w:pPr>
          </w:p>
        </w:tc>
      </w:tr>
      <w:tr w:rsidR="00775689" w:rsidRPr="00B625EC" w14:paraId="7C4B7A74" w14:textId="393FEB53" w:rsidTr="00775689">
        <w:tc>
          <w:tcPr>
            <w:tcW w:w="988" w:type="dxa"/>
            <w:vAlign w:val="center"/>
          </w:tcPr>
          <w:p w14:paraId="776CC560"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13</w:t>
            </w:r>
          </w:p>
        </w:tc>
        <w:tc>
          <w:tcPr>
            <w:tcW w:w="6945" w:type="dxa"/>
            <w:vAlign w:val="center"/>
          </w:tcPr>
          <w:p w14:paraId="22DCE0F9"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Danışmanınızı sizi yönlendirme ve sorunlarınızı çözme açısından nasıl değerlendiriyorsunuz?</w:t>
            </w:r>
          </w:p>
        </w:tc>
        <w:tc>
          <w:tcPr>
            <w:tcW w:w="236" w:type="dxa"/>
            <w:vAlign w:val="center"/>
          </w:tcPr>
          <w:p w14:paraId="0EAF75EB" w14:textId="015FAFF3"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1147B64D"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574D219E"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7BD003DF"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6433B1E8" w14:textId="77777777" w:rsidR="00775689" w:rsidRPr="00B625EC" w:rsidRDefault="00775689" w:rsidP="00D37858">
            <w:pPr>
              <w:jc w:val="center"/>
              <w:rPr>
                <w:rFonts w:ascii="Times New Roman" w:hAnsi="Times New Roman" w:cs="Times New Roman"/>
                <w:sz w:val="20"/>
                <w:szCs w:val="20"/>
              </w:rPr>
            </w:pPr>
          </w:p>
        </w:tc>
      </w:tr>
      <w:tr w:rsidR="00775689" w:rsidRPr="00B625EC" w14:paraId="2CB90093" w14:textId="470EA552" w:rsidTr="00775689">
        <w:tc>
          <w:tcPr>
            <w:tcW w:w="988" w:type="dxa"/>
            <w:vAlign w:val="center"/>
          </w:tcPr>
          <w:p w14:paraId="76A5BC48"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14</w:t>
            </w:r>
          </w:p>
        </w:tc>
        <w:tc>
          <w:tcPr>
            <w:tcW w:w="6945" w:type="dxa"/>
            <w:vAlign w:val="center"/>
          </w:tcPr>
          <w:p w14:paraId="4F351802"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mesleki seçmeli derslerini sayı ve içerik açısından nasıl değerlendiriyorsunuz?</w:t>
            </w:r>
          </w:p>
        </w:tc>
        <w:tc>
          <w:tcPr>
            <w:tcW w:w="236" w:type="dxa"/>
            <w:vAlign w:val="center"/>
          </w:tcPr>
          <w:p w14:paraId="42E6D653" w14:textId="4EEDB21A"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5A66D08B"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33478B0F"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335F40A3"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17E91E4C" w14:textId="77777777" w:rsidR="00775689" w:rsidRPr="00B625EC" w:rsidRDefault="00775689" w:rsidP="00D37858">
            <w:pPr>
              <w:jc w:val="center"/>
              <w:rPr>
                <w:rFonts w:ascii="Times New Roman" w:hAnsi="Times New Roman" w:cs="Times New Roman"/>
                <w:sz w:val="20"/>
                <w:szCs w:val="20"/>
              </w:rPr>
            </w:pPr>
          </w:p>
        </w:tc>
      </w:tr>
      <w:tr w:rsidR="00775689" w:rsidRPr="00B625EC" w14:paraId="5427BD89" w14:textId="6B72AFE4" w:rsidTr="00775689">
        <w:tc>
          <w:tcPr>
            <w:tcW w:w="988" w:type="dxa"/>
            <w:vAlign w:val="center"/>
          </w:tcPr>
          <w:p w14:paraId="5057D9BF"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15</w:t>
            </w:r>
          </w:p>
        </w:tc>
        <w:tc>
          <w:tcPr>
            <w:tcW w:w="6945" w:type="dxa"/>
            <w:vAlign w:val="center"/>
          </w:tcPr>
          <w:p w14:paraId="55496620"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dışından aldığınız seçmeli dersleri sayı ve içerik açısından nasıl değerlendiriyorsunuz?</w:t>
            </w:r>
          </w:p>
        </w:tc>
        <w:tc>
          <w:tcPr>
            <w:tcW w:w="236" w:type="dxa"/>
            <w:vAlign w:val="center"/>
          </w:tcPr>
          <w:p w14:paraId="7BDFCF7C" w14:textId="0FD66B76"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7FE0AB77"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405BB563"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66E6FF97"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29D2B0B2" w14:textId="77777777" w:rsidR="00775689" w:rsidRPr="00B625EC" w:rsidRDefault="00775689" w:rsidP="00D37858">
            <w:pPr>
              <w:jc w:val="center"/>
              <w:rPr>
                <w:rFonts w:ascii="Times New Roman" w:hAnsi="Times New Roman" w:cs="Times New Roman"/>
                <w:sz w:val="20"/>
                <w:szCs w:val="20"/>
              </w:rPr>
            </w:pPr>
          </w:p>
        </w:tc>
      </w:tr>
      <w:tr w:rsidR="00775689" w:rsidRPr="00B625EC" w14:paraId="4A883D2E" w14:textId="49F47E42" w:rsidTr="00775689">
        <w:tc>
          <w:tcPr>
            <w:tcW w:w="988" w:type="dxa"/>
            <w:vAlign w:val="center"/>
          </w:tcPr>
          <w:p w14:paraId="139F036B"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16</w:t>
            </w:r>
          </w:p>
        </w:tc>
        <w:tc>
          <w:tcPr>
            <w:tcW w:w="6945" w:type="dxa"/>
            <w:vAlign w:val="center"/>
          </w:tcPr>
          <w:p w14:paraId="5652E0C2"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Yabancı dil öğretimine ilişkin dersleri sayı ve içerik açısından nasıl değerlendiriyorsunuz?</w:t>
            </w:r>
          </w:p>
        </w:tc>
        <w:tc>
          <w:tcPr>
            <w:tcW w:w="236" w:type="dxa"/>
            <w:vAlign w:val="center"/>
          </w:tcPr>
          <w:p w14:paraId="448557DB" w14:textId="2FE54EE8"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7BA24CDE"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30D451CC"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5417DFC6"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439C738E" w14:textId="77777777" w:rsidR="00775689" w:rsidRPr="00B625EC" w:rsidRDefault="00775689" w:rsidP="00D37858">
            <w:pPr>
              <w:jc w:val="center"/>
              <w:rPr>
                <w:rFonts w:ascii="Times New Roman" w:hAnsi="Times New Roman" w:cs="Times New Roman"/>
                <w:sz w:val="20"/>
                <w:szCs w:val="20"/>
              </w:rPr>
            </w:pPr>
          </w:p>
        </w:tc>
      </w:tr>
      <w:tr w:rsidR="00775689" w:rsidRPr="00B625EC" w14:paraId="2E6157A9" w14:textId="127A4008" w:rsidTr="00775689">
        <w:tc>
          <w:tcPr>
            <w:tcW w:w="988" w:type="dxa"/>
            <w:vAlign w:val="center"/>
          </w:tcPr>
          <w:p w14:paraId="679FF8A2"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17</w:t>
            </w:r>
          </w:p>
        </w:tc>
        <w:tc>
          <w:tcPr>
            <w:tcW w:w="6945" w:type="dxa"/>
            <w:vAlign w:val="center"/>
          </w:tcPr>
          <w:p w14:paraId="7F12406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Bölümümüzden aldığınız dersler bilgisayar yazılımları ile yeterince destekleniyor mu?</w:t>
            </w:r>
          </w:p>
        </w:tc>
        <w:tc>
          <w:tcPr>
            <w:tcW w:w="236" w:type="dxa"/>
            <w:vAlign w:val="center"/>
          </w:tcPr>
          <w:p w14:paraId="7A3DC2A6" w14:textId="0B10E73C"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4974A85D"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364762FB"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77386CAF"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76F73870" w14:textId="77777777" w:rsidR="00775689" w:rsidRPr="00B625EC" w:rsidRDefault="00775689" w:rsidP="00D37858">
            <w:pPr>
              <w:jc w:val="center"/>
              <w:rPr>
                <w:rFonts w:ascii="Times New Roman" w:hAnsi="Times New Roman" w:cs="Times New Roman"/>
                <w:sz w:val="20"/>
                <w:szCs w:val="20"/>
              </w:rPr>
            </w:pPr>
          </w:p>
        </w:tc>
      </w:tr>
      <w:tr w:rsidR="00775689" w:rsidRPr="00B625EC" w14:paraId="71E5D902" w14:textId="0739246A" w:rsidTr="00775689">
        <w:tc>
          <w:tcPr>
            <w:tcW w:w="988" w:type="dxa"/>
            <w:vAlign w:val="center"/>
          </w:tcPr>
          <w:p w14:paraId="676CC3E3"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18</w:t>
            </w:r>
          </w:p>
        </w:tc>
        <w:tc>
          <w:tcPr>
            <w:tcW w:w="6945" w:type="dxa"/>
            <w:vAlign w:val="center"/>
          </w:tcPr>
          <w:p w14:paraId="52A3BEF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 aldığınız matematik kültürünü bölüm dışında aldığınız diğer derslerde kullanma becerinizi nasıl değerlendirirsiniz?</w:t>
            </w:r>
          </w:p>
        </w:tc>
        <w:tc>
          <w:tcPr>
            <w:tcW w:w="236" w:type="dxa"/>
            <w:vAlign w:val="center"/>
          </w:tcPr>
          <w:p w14:paraId="6EE21252" w14:textId="2283B12E"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307EE668"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111F072D"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6C4AFD28"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36369ED2" w14:textId="77777777" w:rsidR="00775689" w:rsidRPr="00B625EC" w:rsidRDefault="00775689" w:rsidP="00D37858">
            <w:pPr>
              <w:jc w:val="center"/>
              <w:rPr>
                <w:rFonts w:ascii="Times New Roman" w:hAnsi="Times New Roman" w:cs="Times New Roman"/>
                <w:sz w:val="20"/>
                <w:szCs w:val="20"/>
              </w:rPr>
            </w:pPr>
          </w:p>
        </w:tc>
      </w:tr>
      <w:tr w:rsidR="00775689" w:rsidRPr="00B625EC" w14:paraId="14F8FB3D" w14:textId="5E1E8AD7" w:rsidTr="00775689">
        <w:tc>
          <w:tcPr>
            <w:tcW w:w="988" w:type="dxa"/>
            <w:vAlign w:val="center"/>
          </w:tcPr>
          <w:p w14:paraId="19C3206F"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19</w:t>
            </w:r>
          </w:p>
        </w:tc>
        <w:tc>
          <w:tcPr>
            <w:tcW w:w="6945" w:type="dxa"/>
            <w:vAlign w:val="center"/>
          </w:tcPr>
          <w:p w14:paraId="6DBFFBCB"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Bölümümüzden aldığınız derslerin çağdaş gelişmeleri yansıtması konusunda ne düşünüyorsunuz?</w:t>
            </w:r>
          </w:p>
        </w:tc>
        <w:tc>
          <w:tcPr>
            <w:tcW w:w="236" w:type="dxa"/>
            <w:vAlign w:val="center"/>
          </w:tcPr>
          <w:p w14:paraId="792B80CC" w14:textId="3130F705" w:rsidR="00775689" w:rsidRPr="00B625EC" w:rsidRDefault="00775689" w:rsidP="00D37858">
            <w:pPr>
              <w:jc w:val="center"/>
              <w:rPr>
                <w:rFonts w:ascii="Times New Roman" w:hAnsi="Times New Roman" w:cs="Times New Roman"/>
                <w:sz w:val="20"/>
                <w:szCs w:val="20"/>
              </w:rPr>
            </w:pPr>
          </w:p>
        </w:tc>
        <w:tc>
          <w:tcPr>
            <w:tcW w:w="331" w:type="dxa"/>
            <w:gridSpan w:val="2"/>
            <w:vAlign w:val="center"/>
          </w:tcPr>
          <w:p w14:paraId="5D66D31A" w14:textId="77777777" w:rsidR="00775689" w:rsidRPr="00B625EC" w:rsidRDefault="00775689" w:rsidP="00D37858">
            <w:pPr>
              <w:jc w:val="center"/>
              <w:rPr>
                <w:rFonts w:ascii="Times New Roman" w:hAnsi="Times New Roman" w:cs="Times New Roman"/>
                <w:sz w:val="20"/>
                <w:szCs w:val="20"/>
              </w:rPr>
            </w:pPr>
          </w:p>
        </w:tc>
        <w:tc>
          <w:tcPr>
            <w:tcW w:w="247" w:type="dxa"/>
            <w:gridSpan w:val="2"/>
            <w:vAlign w:val="center"/>
          </w:tcPr>
          <w:p w14:paraId="24E4362F" w14:textId="77777777" w:rsidR="00775689" w:rsidRPr="00B625EC" w:rsidRDefault="00775689" w:rsidP="00D37858">
            <w:pPr>
              <w:jc w:val="center"/>
              <w:rPr>
                <w:rFonts w:ascii="Times New Roman" w:hAnsi="Times New Roman" w:cs="Times New Roman"/>
                <w:sz w:val="20"/>
                <w:szCs w:val="20"/>
              </w:rPr>
            </w:pPr>
          </w:p>
        </w:tc>
        <w:tc>
          <w:tcPr>
            <w:tcW w:w="416" w:type="dxa"/>
            <w:vAlign w:val="center"/>
          </w:tcPr>
          <w:p w14:paraId="0F9472E1" w14:textId="77777777" w:rsidR="00775689" w:rsidRPr="00B625EC" w:rsidRDefault="00775689" w:rsidP="00D37858">
            <w:pPr>
              <w:jc w:val="center"/>
              <w:rPr>
                <w:rFonts w:ascii="Times New Roman" w:hAnsi="Times New Roman" w:cs="Times New Roman"/>
                <w:sz w:val="20"/>
                <w:szCs w:val="20"/>
              </w:rPr>
            </w:pPr>
          </w:p>
        </w:tc>
        <w:tc>
          <w:tcPr>
            <w:tcW w:w="471" w:type="dxa"/>
            <w:vAlign w:val="center"/>
          </w:tcPr>
          <w:p w14:paraId="54C13D89" w14:textId="77777777" w:rsidR="00775689" w:rsidRPr="00B625EC" w:rsidRDefault="00775689" w:rsidP="00D37858">
            <w:pPr>
              <w:jc w:val="center"/>
              <w:rPr>
                <w:rFonts w:ascii="Times New Roman" w:hAnsi="Times New Roman" w:cs="Times New Roman"/>
                <w:sz w:val="20"/>
                <w:szCs w:val="20"/>
              </w:rPr>
            </w:pPr>
          </w:p>
        </w:tc>
      </w:tr>
      <w:tr w:rsidR="00775689" w:rsidRPr="00B625EC" w14:paraId="71D3A48F" w14:textId="7C2671B5" w:rsidTr="00775689">
        <w:tc>
          <w:tcPr>
            <w:tcW w:w="988" w:type="dxa"/>
            <w:vAlign w:val="center"/>
          </w:tcPr>
          <w:p w14:paraId="2ECB00A5"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lastRenderedPageBreak/>
              <w:t>20</w:t>
            </w:r>
          </w:p>
        </w:tc>
        <w:tc>
          <w:tcPr>
            <w:tcW w:w="6945" w:type="dxa"/>
            <w:vAlign w:val="center"/>
          </w:tcPr>
          <w:p w14:paraId="3CE4773C"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 aldığınız eğitim ve öğretimin sosyal aktivitelerinizi ne düzeyde etkilediğini düşünüyorsunuz?</w:t>
            </w:r>
          </w:p>
        </w:tc>
        <w:tc>
          <w:tcPr>
            <w:tcW w:w="254" w:type="dxa"/>
            <w:gridSpan w:val="2"/>
            <w:vAlign w:val="center"/>
          </w:tcPr>
          <w:p w14:paraId="23BF029A" w14:textId="3E815555" w:rsidR="00775689" w:rsidRPr="00B625EC" w:rsidRDefault="00775689" w:rsidP="00D37858">
            <w:pPr>
              <w:jc w:val="center"/>
              <w:rPr>
                <w:rFonts w:ascii="Times New Roman" w:hAnsi="Times New Roman" w:cs="Times New Roman"/>
                <w:sz w:val="20"/>
                <w:szCs w:val="20"/>
              </w:rPr>
            </w:pPr>
          </w:p>
        </w:tc>
        <w:tc>
          <w:tcPr>
            <w:tcW w:w="313" w:type="dxa"/>
            <w:vAlign w:val="center"/>
          </w:tcPr>
          <w:p w14:paraId="6D428A33"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0245DFD2"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00F5BD56"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69E52F20" w14:textId="77777777" w:rsidR="00775689" w:rsidRPr="00B625EC" w:rsidRDefault="00775689" w:rsidP="00D37858">
            <w:pPr>
              <w:jc w:val="center"/>
              <w:rPr>
                <w:rFonts w:ascii="Times New Roman" w:hAnsi="Times New Roman" w:cs="Times New Roman"/>
                <w:sz w:val="20"/>
                <w:szCs w:val="20"/>
              </w:rPr>
            </w:pPr>
          </w:p>
        </w:tc>
      </w:tr>
      <w:tr w:rsidR="00775689" w:rsidRPr="00B625EC" w14:paraId="3D8465D2" w14:textId="2EA4AA8B" w:rsidTr="00775689">
        <w:tc>
          <w:tcPr>
            <w:tcW w:w="988" w:type="dxa"/>
            <w:vAlign w:val="center"/>
          </w:tcPr>
          <w:p w14:paraId="5F5D0140"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21</w:t>
            </w:r>
          </w:p>
        </w:tc>
        <w:tc>
          <w:tcPr>
            <w:tcW w:w="6945" w:type="dxa"/>
            <w:vAlign w:val="center"/>
          </w:tcPr>
          <w:p w14:paraId="0E05E57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Fakülte binamızı altyapı, donanım ve güvenlik açısından nasıl değerlendiriyorsunuz?</w:t>
            </w:r>
          </w:p>
        </w:tc>
        <w:tc>
          <w:tcPr>
            <w:tcW w:w="254" w:type="dxa"/>
            <w:gridSpan w:val="2"/>
            <w:vAlign w:val="center"/>
          </w:tcPr>
          <w:p w14:paraId="1340F1AE" w14:textId="02B3618B" w:rsidR="00775689" w:rsidRPr="00B625EC" w:rsidRDefault="00775689" w:rsidP="00D37858">
            <w:pPr>
              <w:jc w:val="center"/>
              <w:rPr>
                <w:rFonts w:ascii="Times New Roman" w:hAnsi="Times New Roman" w:cs="Times New Roman"/>
                <w:sz w:val="20"/>
                <w:szCs w:val="20"/>
              </w:rPr>
            </w:pPr>
          </w:p>
        </w:tc>
        <w:tc>
          <w:tcPr>
            <w:tcW w:w="313" w:type="dxa"/>
            <w:vAlign w:val="center"/>
          </w:tcPr>
          <w:p w14:paraId="62BE83E7"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241F891F"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6965AC99"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7E2F5F79" w14:textId="77777777" w:rsidR="00775689" w:rsidRPr="00B625EC" w:rsidRDefault="00775689" w:rsidP="00D37858">
            <w:pPr>
              <w:jc w:val="center"/>
              <w:rPr>
                <w:rFonts w:ascii="Times New Roman" w:hAnsi="Times New Roman" w:cs="Times New Roman"/>
                <w:sz w:val="20"/>
                <w:szCs w:val="20"/>
              </w:rPr>
            </w:pPr>
          </w:p>
        </w:tc>
      </w:tr>
      <w:tr w:rsidR="00775689" w:rsidRPr="00B625EC" w14:paraId="291408D5" w14:textId="4CD2619C" w:rsidTr="00775689">
        <w:tc>
          <w:tcPr>
            <w:tcW w:w="988" w:type="dxa"/>
            <w:vAlign w:val="center"/>
          </w:tcPr>
          <w:p w14:paraId="1B42F951"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22</w:t>
            </w:r>
          </w:p>
        </w:tc>
        <w:tc>
          <w:tcPr>
            <w:tcW w:w="6945" w:type="dxa"/>
            <w:vAlign w:val="center"/>
          </w:tcPr>
          <w:p w14:paraId="73634B99"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Fakülte kantinimizin olanaklarını nasıl değerlendiriyorsunuz?</w:t>
            </w:r>
          </w:p>
        </w:tc>
        <w:tc>
          <w:tcPr>
            <w:tcW w:w="254" w:type="dxa"/>
            <w:gridSpan w:val="2"/>
            <w:vAlign w:val="center"/>
          </w:tcPr>
          <w:p w14:paraId="43582F1B" w14:textId="36B1C5CC" w:rsidR="00775689" w:rsidRPr="00B625EC" w:rsidRDefault="00775689" w:rsidP="00D37858">
            <w:pPr>
              <w:jc w:val="center"/>
              <w:rPr>
                <w:rFonts w:ascii="Times New Roman" w:hAnsi="Times New Roman" w:cs="Times New Roman"/>
                <w:sz w:val="20"/>
                <w:szCs w:val="20"/>
              </w:rPr>
            </w:pPr>
          </w:p>
        </w:tc>
        <w:tc>
          <w:tcPr>
            <w:tcW w:w="313" w:type="dxa"/>
            <w:vAlign w:val="center"/>
          </w:tcPr>
          <w:p w14:paraId="4475D413"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78067E77"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5765370A"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3DF78B41" w14:textId="77777777" w:rsidR="00775689" w:rsidRPr="00B625EC" w:rsidRDefault="00775689" w:rsidP="00D37858">
            <w:pPr>
              <w:jc w:val="center"/>
              <w:rPr>
                <w:rFonts w:ascii="Times New Roman" w:hAnsi="Times New Roman" w:cs="Times New Roman"/>
                <w:sz w:val="20"/>
                <w:szCs w:val="20"/>
              </w:rPr>
            </w:pPr>
          </w:p>
        </w:tc>
      </w:tr>
      <w:tr w:rsidR="00775689" w:rsidRPr="00B625EC" w14:paraId="4222DB6D" w14:textId="75C2E1F8" w:rsidTr="00775689">
        <w:tc>
          <w:tcPr>
            <w:tcW w:w="988" w:type="dxa"/>
            <w:vAlign w:val="center"/>
          </w:tcPr>
          <w:p w14:paraId="00A3AE0C"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23</w:t>
            </w:r>
          </w:p>
        </w:tc>
        <w:tc>
          <w:tcPr>
            <w:tcW w:w="6945" w:type="dxa"/>
            <w:vAlign w:val="center"/>
          </w:tcPr>
          <w:p w14:paraId="2258AD9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Fakültemizin öğrenci işleri hizmetlerini nasıl buluyorsunuz?</w:t>
            </w:r>
          </w:p>
        </w:tc>
        <w:tc>
          <w:tcPr>
            <w:tcW w:w="254" w:type="dxa"/>
            <w:gridSpan w:val="2"/>
            <w:vAlign w:val="center"/>
          </w:tcPr>
          <w:p w14:paraId="3F0872A4" w14:textId="5CFDF4B5" w:rsidR="00775689" w:rsidRPr="00B625EC" w:rsidRDefault="00775689" w:rsidP="00D37858">
            <w:pPr>
              <w:jc w:val="center"/>
              <w:rPr>
                <w:rFonts w:ascii="Times New Roman" w:hAnsi="Times New Roman" w:cs="Times New Roman"/>
                <w:sz w:val="20"/>
                <w:szCs w:val="20"/>
              </w:rPr>
            </w:pPr>
          </w:p>
        </w:tc>
        <w:tc>
          <w:tcPr>
            <w:tcW w:w="313" w:type="dxa"/>
            <w:vAlign w:val="center"/>
          </w:tcPr>
          <w:p w14:paraId="3C99BD67"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26F6012C"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75DADC6B"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5063E5F2" w14:textId="77777777" w:rsidR="00775689" w:rsidRPr="00B625EC" w:rsidRDefault="00775689" w:rsidP="00D37858">
            <w:pPr>
              <w:jc w:val="center"/>
              <w:rPr>
                <w:rFonts w:ascii="Times New Roman" w:hAnsi="Times New Roman" w:cs="Times New Roman"/>
                <w:sz w:val="20"/>
                <w:szCs w:val="20"/>
              </w:rPr>
            </w:pPr>
          </w:p>
        </w:tc>
      </w:tr>
      <w:tr w:rsidR="00775689" w:rsidRPr="00B625EC" w14:paraId="72956465" w14:textId="10619718" w:rsidTr="00775689">
        <w:tc>
          <w:tcPr>
            <w:tcW w:w="988" w:type="dxa"/>
            <w:vAlign w:val="center"/>
          </w:tcPr>
          <w:p w14:paraId="4E48BEA9"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24</w:t>
            </w:r>
          </w:p>
        </w:tc>
        <w:tc>
          <w:tcPr>
            <w:tcW w:w="6945" w:type="dxa"/>
            <w:vAlign w:val="center"/>
          </w:tcPr>
          <w:p w14:paraId="57C73FF8"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Üniversitemizi öğrencilere sağladığı kültürel, sanatsal ve sportif faaliyetleri açısından nasıl buluyorsunuz?</w:t>
            </w:r>
          </w:p>
        </w:tc>
        <w:tc>
          <w:tcPr>
            <w:tcW w:w="254" w:type="dxa"/>
            <w:gridSpan w:val="2"/>
            <w:vAlign w:val="center"/>
          </w:tcPr>
          <w:p w14:paraId="11EE007D" w14:textId="15A1AD2E" w:rsidR="00775689" w:rsidRPr="00B625EC" w:rsidRDefault="00775689" w:rsidP="00D37858">
            <w:pPr>
              <w:jc w:val="center"/>
              <w:rPr>
                <w:rFonts w:ascii="Times New Roman" w:hAnsi="Times New Roman" w:cs="Times New Roman"/>
                <w:sz w:val="20"/>
                <w:szCs w:val="20"/>
              </w:rPr>
            </w:pPr>
          </w:p>
        </w:tc>
        <w:tc>
          <w:tcPr>
            <w:tcW w:w="313" w:type="dxa"/>
            <w:vAlign w:val="center"/>
          </w:tcPr>
          <w:p w14:paraId="4C4264F7"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348BDBBA"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225B342D"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0AEE2E9E" w14:textId="77777777" w:rsidR="00775689" w:rsidRPr="00B625EC" w:rsidRDefault="00775689" w:rsidP="00D37858">
            <w:pPr>
              <w:jc w:val="center"/>
              <w:rPr>
                <w:rFonts w:ascii="Times New Roman" w:hAnsi="Times New Roman" w:cs="Times New Roman"/>
                <w:sz w:val="20"/>
                <w:szCs w:val="20"/>
              </w:rPr>
            </w:pPr>
          </w:p>
        </w:tc>
      </w:tr>
      <w:tr w:rsidR="00775689" w:rsidRPr="00B625EC" w14:paraId="1E68374C" w14:textId="0AEDCB6C" w:rsidTr="00775689">
        <w:tc>
          <w:tcPr>
            <w:tcW w:w="988" w:type="dxa"/>
            <w:vAlign w:val="center"/>
          </w:tcPr>
          <w:p w14:paraId="68395E3D"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25</w:t>
            </w:r>
          </w:p>
        </w:tc>
        <w:tc>
          <w:tcPr>
            <w:tcW w:w="6945" w:type="dxa"/>
            <w:vAlign w:val="center"/>
          </w:tcPr>
          <w:p w14:paraId="7BE14B8F"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Üniversitemizin bilgisayar ve internet olanaklarını nasıl buluyorsunuz?</w:t>
            </w:r>
          </w:p>
        </w:tc>
        <w:tc>
          <w:tcPr>
            <w:tcW w:w="254" w:type="dxa"/>
            <w:gridSpan w:val="2"/>
            <w:vAlign w:val="center"/>
          </w:tcPr>
          <w:p w14:paraId="0D1CA164" w14:textId="767D86FD" w:rsidR="00775689" w:rsidRPr="00B625EC" w:rsidRDefault="00775689" w:rsidP="00D37858">
            <w:pPr>
              <w:jc w:val="center"/>
              <w:rPr>
                <w:rFonts w:ascii="Times New Roman" w:hAnsi="Times New Roman" w:cs="Times New Roman"/>
                <w:sz w:val="20"/>
                <w:szCs w:val="20"/>
              </w:rPr>
            </w:pPr>
          </w:p>
        </w:tc>
        <w:tc>
          <w:tcPr>
            <w:tcW w:w="313" w:type="dxa"/>
            <w:vAlign w:val="center"/>
          </w:tcPr>
          <w:p w14:paraId="5569D94C"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2F00CBEB"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0A14B9F6"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5FA1B1E5" w14:textId="77777777" w:rsidR="00775689" w:rsidRPr="00B625EC" w:rsidRDefault="00775689" w:rsidP="00D37858">
            <w:pPr>
              <w:jc w:val="center"/>
              <w:rPr>
                <w:rFonts w:ascii="Times New Roman" w:hAnsi="Times New Roman" w:cs="Times New Roman"/>
                <w:sz w:val="20"/>
                <w:szCs w:val="20"/>
              </w:rPr>
            </w:pPr>
          </w:p>
        </w:tc>
      </w:tr>
      <w:tr w:rsidR="00775689" w:rsidRPr="00B625EC" w14:paraId="4E1D8C89" w14:textId="3D3703AD" w:rsidTr="00775689">
        <w:tc>
          <w:tcPr>
            <w:tcW w:w="988" w:type="dxa"/>
            <w:vAlign w:val="center"/>
          </w:tcPr>
          <w:p w14:paraId="1F1E1A68"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26</w:t>
            </w:r>
          </w:p>
        </w:tc>
        <w:tc>
          <w:tcPr>
            <w:tcW w:w="6945" w:type="dxa"/>
            <w:vAlign w:val="center"/>
          </w:tcPr>
          <w:p w14:paraId="60E7B94F"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Üniversitemiz kütüphanesindeki matematik ile ilgili kaynakların yeterliliği hakkında ne düşünüyorsunuz?</w:t>
            </w:r>
          </w:p>
        </w:tc>
        <w:tc>
          <w:tcPr>
            <w:tcW w:w="254" w:type="dxa"/>
            <w:gridSpan w:val="2"/>
            <w:vAlign w:val="center"/>
          </w:tcPr>
          <w:p w14:paraId="34BCE803" w14:textId="48B08A7A" w:rsidR="00775689" w:rsidRPr="00B625EC" w:rsidRDefault="00775689" w:rsidP="00D37858">
            <w:pPr>
              <w:jc w:val="center"/>
              <w:rPr>
                <w:rFonts w:ascii="Times New Roman" w:hAnsi="Times New Roman" w:cs="Times New Roman"/>
                <w:sz w:val="20"/>
                <w:szCs w:val="20"/>
              </w:rPr>
            </w:pPr>
          </w:p>
        </w:tc>
        <w:tc>
          <w:tcPr>
            <w:tcW w:w="313" w:type="dxa"/>
            <w:vAlign w:val="center"/>
          </w:tcPr>
          <w:p w14:paraId="2C445629"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028228B9"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7BB687F5"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0294EB1A" w14:textId="77777777" w:rsidR="00775689" w:rsidRPr="00B625EC" w:rsidRDefault="00775689" w:rsidP="00D37858">
            <w:pPr>
              <w:jc w:val="center"/>
              <w:rPr>
                <w:rFonts w:ascii="Times New Roman" w:hAnsi="Times New Roman" w:cs="Times New Roman"/>
                <w:sz w:val="20"/>
                <w:szCs w:val="20"/>
              </w:rPr>
            </w:pPr>
          </w:p>
        </w:tc>
      </w:tr>
      <w:tr w:rsidR="00775689" w:rsidRPr="00B625EC" w14:paraId="4BC86DAD" w14:textId="50F51833" w:rsidTr="00775689">
        <w:tc>
          <w:tcPr>
            <w:tcW w:w="988" w:type="dxa"/>
            <w:vAlign w:val="center"/>
          </w:tcPr>
          <w:p w14:paraId="5EA54E9E"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27</w:t>
            </w:r>
          </w:p>
        </w:tc>
        <w:tc>
          <w:tcPr>
            <w:tcW w:w="6945" w:type="dxa"/>
            <w:vAlign w:val="center"/>
          </w:tcPr>
          <w:p w14:paraId="06C5DDFE"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Kampüsümüzdeki yemek olanaklarını nasıl buluyorsunuz?</w:t>
            </w:r>
          </w:p>
        </w:tc>
        <w:tc>
          <w:tcPr>
            <w:tcW w:w="254" w:type="dxa"/>
            <w:gridSpan w:val="2"/>
            <w:vAlign w:val="center"/>
          </w:tcPr>
          <w:p w14:paraId="6FE1FD89" w14:textId="37BD39D2" w:rsidR="00775689" w:rsidRPr="00B625EC" w:rsidRDefault="00775689" w:rsidP="00D37858">
            <w:pPr>
              <w:jc w:val="center"/>
              <w:rPr>
                <w:rFonts w:ascii="Times New Roman" w:hAnsi="Times New Roman" w:cs="Times New Roman"/>
                <w:sz w:val="20"/>
                <w:szCs w:val="20"/>
              </w:rPr>
            </w:pPr>
          </w:p>
        </w:tc>
        <w:tc>
          <w:tcPr>
            <w:tcW w:w="313" w:type="dxa"/>
            <w:vAlign w:val="center"/>
          </w:tcPr>
          <w:p w14:paraId="190B3E9D"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7117CB36"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125F4306"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65AE4640" w14:textId="77777777" w:rsidR="00775689" w:rsidRPr="00B625EC" w:rsidRDefault="00775689" w:rsidP="00D37858">
            <w:pPr>
              <w:jc w:val="center"/>
              <w:rPr>
                <w:rFonts w:ascii="Times New Roman" w:hAnsi="Times New Roman" w:cs="Times New Roman"/>
                <w:sz w:val="20"/>
                <w:szCs w:val="20"/>
              </w:rPr>
            </w:pPr>
          </w:p>
        </w:tc>
      </w:tr>
      <w:tr w:rsidR="00775689" w:rsidRPr="00B625EC" w14:paraId="77B404F2" w14:textId="3D7A5078" w:rsidTr="00775689">
        <w:tc>
          <w:tcPr>
            <w:tcW w:w="988" w:type="dxa"/>
            <w:vAlign w:val="center"/>
          </w:tcPr>
          <w:p w14:paraId="632457E4"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28</w:t>
            </w:r>
          </w:p>
        </w:tc>
        <w:tc>
          <w:tcPr>
            <w:tcW w:w="6945" w:type="dxa"/>
            <w:vAlign w:val="center"/>
          </w:tcPr>
          <w:p w14:paraId="044CC210"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Üniversitemiz yurtlarının sayıca yeterliliğini nasıl buluyorsunuz?</w:t>
            </w:r>
          </w:p>
        </w:tc>
        <w:tc>
          <w:tcPr>
            <w:tcW w:w="254" w:type="dxa"/>
            <w:gridSpan w:val="2"/>
            <w:vAlign w:val="center"/>
          </w:tcPr>
          <w:p w14:paraId="0FBD9970" w14:textId="715FFC69" w:rsidR="00775689" w:rsidRPr="00B625EC" w:rsidRDefault="00775689" w:rsidP="00D37858">
            <w:pPr>
              <w:jc w:val="center"/>
              <w:rPr>
                <w:rFonts w:ascii="Times New Roman" w:hAnsi="Times New Roman" w:cs="Times New Roman"/>
                <w:sz w:val="20"/>
                <w:szCs w:val="20"/>
              </w:rPr>
            </w:pPr>
          </w:p>
        </w:tc>
        <w:tc>
          <w:tcPr>
            <w:tcW w:w="313" w:type="dxa"/>
            <w:vAlign w:val="center"/>
          </w:tcPr>
          <w:p w14:paraId="222BB8DC"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1C193D32"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67F9A43C"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186DD540" w14:textId="77777777" w:rsidR="00775689" w:rsidRPr="00B625EC" w:rsidRDefault="00775689" w:rsidP="00D37858">
            <w:pPr>
              <w:jc w:val="center"/>
              <w:rPr>
                <w:rFonts w:ascii="Times New Roman" w:hAnsi="Times New Roman" w:cs="Times New Roman"/>
                <w:sz w:val="20"/>
                <w:szCs w:val="20"/>
              </w:rPr>
            </w:pPr>
          </w:p>
        </w:tc>
      </w:tr>
      <w:tr w:rsidR="00775689" w:rsidRPr="00B625EC" w14:paraId="2D5B80BC" w14:textId="26217EE0" w:rsidTr="00775689">
        <w:tc>
          <w:tcPr>
            <w:tcW w:w="988" w:type="dxa"/>
            <w:vAlign w:val="center"/>
          </w:tcPr>
          <w:p w14:paraId="502EBF02"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29</w:t>
            </w:r>
          </w:p>
        </w:tc>
        <w:tc>
          <w:tcPr>
            <w:tcW w:w="6945" w:type="dxa"/>
            <w:vAlign w:val="center"/>
          </w:tcPr>
          <w:p w14:paraId="2C629CC0"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öğretim elemanlarının gelecekle ilgili mesleki planlarınızı oluşturmada size yardımlarını nasıl değerlendiriyorsunuz?</w:t>
            </w:r>
          </w:p>
        </w:tc>
        <w:tc>
          <w:tcPr>
            <w:tcW w:w="254" w:type="dxa"/>
            <w:gridSpan w:val="2"/>
            <w:vAlign w:val="center"/>
          </w:tcPr>
          <w:p w14:paraId="5E24303D" w14:textId="0A634128" w:rsidR="00775689" w:rsidRPr="00B625EC" w:rsidRDefault="00775689" w:rsidP="00D37858">
            <w:pPr>
              <w:jc w:val="center"/>
              <w:rPr>
                <w:rFonts w:ascii="Times New Roman" w:hAnsi="Times New Roman" w:cs="Times New Roman"/>
                <w:sz w:val="20"/>
                <w:szCs w:val="20"/>
              </w:rPr>
            </w:pPr>
          </w:p>
        </w:tc>
        <w:tc>
          <w:tcPr>
            <w:tcW w:w="313" w:type="dxa"/>
            <w:vAlign w:val="center"/>
          </w:tcPr>
          <w:p w14:paraId="392FA1CC"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2E092F63"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4E98CFA8"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6E0D18DC" w14:textId="77777777" w:rsidR="00775689" w:rsidRPr="00B625EC" w:rsidRDefault="00775689" w:rsidP="00D37858">
            <w:pPr>
              <w:jc w:val="center"/>
              <w:rPr>
                <w:rFonts w:ascii="Times New Roman" w:hAnsi="Times New Roman" w:cs="Times New Roman"/>
                <w:sz w:val="20"/>
                <w:szCs w:val="20"/>
              </w:rPr>
            </w:pPr>
          </w:p>
        </w:tc>
      </w:tr>
      <w:tr w:rsidR="00775689" w:rsidRPr="00B625EC" w14:paraId="2A4D6EF3" w14:textId="4DF56BC9" w:rsidTr="00775689">
        <w:tc>
          <w:tcPr>
            <w:tcW w:w="988" w:type="dxa"/>
            <w:vAlign w:val="center"/>
          </w:tcPr>
          <w:p w14:paraId="2A666758"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30</w:t>
            </w:r>
          </w:p>
        </w:tc>
        <w:tc>
          <w:tcPr>
            <w:tcW w:w="6945" w:type="dxa"/>
            <w:vAlign w:val="center"/>
          </w:tcPr>
          <w:p w14:paraId="3597538A"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Üniversitemizin sağladığı yurtdışı eğitim olanaklarını nasıl değerlendiriyorsunuz?</w:t>
            </w:r>
          </w:p>
        </w:tc>
        <w:tc>
          <w:tcPr>
            <w:tcW w:w="254" w:type="dxa"/>
            <w:gridSpan w:val="2"/>
            <w:vAlign w:val="center"/>
          </w:tcPr>
          <w:p w14:paraId="096CB44C" w14:textId="1CC75C7F" w:rsidR="00775689" w:rsidRPr="00B625EC" w:rsidRDefault="00775689" w:rsidP="00D37858">
            <w:pPr>
              <w:jc w:val="center"/>
              <w:rPr>
                <w:rFonts w:ascii="Times New Roman" w:hAnsi="Times New Roman" w:cs="Times New Roman"/>
                <w:sz w:val="20"/>
                <w:szCs w:val="20"/>
              </w:rPr>
            </w:pPr>
          </w:p>
        </w:tc>
        <w:tc>
          <w:tcPr>
            <w:tcW w:w="313" w:type="dxa"/>
            <w:vAlign w:val="center"/>
          </w:tcPr>
          <w:p w14:paraId="43993F33"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29F39443"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309622E3"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5B34EAE4" w14:textId="77777777" w:rsidR="00775689" w:rsidRPr="00B625EC" w:rsidRDefault="00775689" w:rsidP="00D37858">
            <w:pPr>
              <w:jc w:val="center"/>
              <w:rPr>
                <w:rFonts w:ascii="Times New Roman" w:hAnsi="Times New Roman" w:cs="Times New Roman"/>
                <w:sz w:val="20"/>
                <w:szCs w:val="20"/>
              </w:rPr>
            </w:pPr>
          </w:p>
        </w:tc>
      </w:tr>
      <w:tr w:rsidR="00775689" w:rsidRPr="00B625EC" w14:paraId="22163BC1" w14:textId="174183F7" w:rsidTr="00775689">
        <w:tc>
          <w:tcPr>
            <w:tcW w:w="988" w:type="dxa"/>
            <w:vAlign w:val="center"/>
          </w:tcPr>
          <w:p w14:paraId="77A6219D"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31</w:t>
            </w:r>
          </w:p>
        </w:tc>
        <w:tc>
          <w:tcPr>
            <w:tcW w:w="6945" w:type="dxa"/>
            <w:vAlign w:val="center"/>
          </w:tcPr>
          <w:p w14:paraId="3B646CDC"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 Başkanlığını, iletilen sorunları çözme konusunda nasıl değerlendiriyorsunuz?</w:t>
            </w:r>
          </w:p>
        </w:tc>
        <w:tc>
          <w:tcPr>
            <w:tcW w:w="254" w:type="dxa"/>
            <w:gridSpan w:val="2"/>
            <w:vAlign w:val="center"/>
          </w:tcPr>
          <w:p w14:paraId="16B11242" w14:textId="27343A1F" w:rsidR="00775689" w:rsidRPr="00B625EC" w:rsidRDefault="00775689" w:rsidP="00D37858">
            <w:pPr>
              <w:jc w:val="center"/>
              <w:rPr>
                <w:rFonts w:ascii="Times New Roman" w:hAnsi="Times New Roman" w:cs="Times New Roman"/>
                <w:sz w:val="20"/>
                <w:szCs w:val="20"/>
              </w:rPr>
            </w:pPr>
          </w:p>
        </w:tc>
        <w:tc>
          <w:tcPr>
            <w:tcW w:w="313" w:type="dxa"/>
            <w:vAlign w:val="center"/>
          </w:tcPr>
          <w:p w14:paraId="14BD7DEC"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4ADCDAB6"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241CE1B0"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477058EC" w14:textId="77777777" w:rsidR="00775689" w:rsidRPr="00B625EC" w:rsidRDefault="00775689" w:rsidP="00D37858">
            <w:pPr>
              <w:jc w:val="center"/>
              <w:rPr>
                <w:rFonts w:ascii="Times New Roman" w:hAnsi="Times New Roman" w:cs="Times New Roman"/>
                <w:sz w:val="20"/>
                <w:szCs w:val="20"/>
              </w:rPr>
            </w:pPr>
          </w:p>
        </w:tc>
      </w:tr>
      <w:tr w:rsidR="00775689" w:rsidRPr="00B625EC" w14:paraId="3AE294EB" w14:textId="03761183" w:rsidTr="00775689">
        <w:tc>
          <w:tcPr>
            <w:tcW w:w="988" w:type="dxa"/>
            <w:vAlign w:val="center"/>
          </w:tcPr>
          <w:p w14:paraId="49FF236B"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32</w:t>
            </w:r>
          </w:p>
        </w:tc>
        <w:tc>
          <w:tcPr>
            <w:tcW w:w="6945" w:type="dxa"/>
            <w:vAlign w:val="center"/>
          </w:tcPr>
          <w:p w14:paraId="5BFEA493"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 öğretim elemanlarının ders saatleri dışındaki ulaşılabilirliğini nasıl değerlendiriyorsunuz?</w:t>
            </w:r>
          </w:p>
        </w:tc>
        <w:tc>
          <w:tcPr>
            <w:tcW w:w="254" w:type="dxa"/>
            <w:gridSpan w:val="2"/>
            <w:vAlign w:val="center"/>
          </w:tcPr>
          <w:p w14:paraId="52FC7A09" w14:textId="19A683C4" w:rsidR="00775689" w:rsidRPr="00B625EC" w:rsidRDefault="00775689" w:rsidP="00D37858">
            <w:pPr>
              <w:jc w:val="center"/>
              <w:rPr>
                <w:rFonts w:ascii="Times New Roman" w:hAnsi="Times New Roman" w:cs="Times New Roman"/>
                <w:sz w:val="20"/>
                <w:szCs w:val="20"/>
              </w:rPr>
            </w:pPr>
          </w:p>
        </w:tc>
        <w:tc>
          <w:tcPr>
            <w:tcW w:w="313" w:type="dxa"/>
            <w:vAlign w:val="center"/>
          </w:tcPr>
          <w:p w14:paraId="63E9FF1F"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0DBD0115"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440B4274"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638A8AC1" w14:textId="77777777" w:rsidR="00775689" w:rsidRPr="00B625EC" w:rsidRDefault="00775689" w:rsidP="00D37858">
            <w:pPr>
              <w:jc w:val="center"/>
              <w:rPr>
                <w:rFonts w:ascii="Times New Roman" w:hAnsi="Times New Roman" w:cs="Times New Roman"/>
                <w:sz w:val="20"/>
                <w:szCs w:val="20"/>
              </w:rPr>
            </w:pPr>
          </w:p>
        </w:tc>
      </w:tr>
      <w:tr w:rsidR="00775689" w:rsidRPr="00B625EC" w14:paraId="1EE2C16B" w14:textId="52467DB2" w:rsidTr="00775689">
        <w:tc>
          <w:tcPr>
            <w:tcW w:w="988" w:type="dxa"/>
            <w:vAlign w:val="center"/>
          </w:tcPr>
          <w:p w14:paraId="2177D98F"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33</w:t>
            </w:r>
          </w:p>
        </w:tc>
        <w:tc>
          <w:tcPr>
            <w:tcW w:w="6945" w:type="dxa"/>
            <w:vAlign w:val="center"/>
          </w:tcPr>
          <w:p w14:paraId="0DE202CB"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Belirli ihtiyaçlara yönelik bir sistem veya süreci matematiksel modelleyebilme becerinizi nasıl değerlendiriyorsunuz?</w:t>
            </w:r>
          </w:p>
        </w:tc>
        <w:tc>
          <w:tcPr>
            <w:tcW w:w="254" w:type="dxa"/>
            <w:gridSpan w:val="2"/>
            <w:vAlign w:val="center"/>
          </w:tcPr>
          <w:p w14:paraId="3291CFEF" w14:textId="2419BB24" w:rsidR="00775689" w:rsidRPr="00B625EC" w:rsidRDefault="00775689" w:rsidP="00D37858">
            <w:pPr>
              <w:jc w:val="center"/>
              <w:rPr>
                <w:rFonts w:ascii="Times New Roman" w:hAnsi="Times New Roman" w:cs="Times New Roman"/>
                <w:sz w:val="20"/>
                <w:szCs w:val="20"/>
              </w:rPr>
            </w:pPr>
          </w:p>
        </w:tc>
        <w:tc>
          <w:tcPr>
            <w:tcW w:w="313" w:type="dxa"/>
            <w:vAlign w:val="center"/>
          </w:tcPr>
          <w:p w14:paraId="6062DD5B"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563445D3"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22412A13"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7550F3C5" w14:textId="77777777" w:rsidR="00775689" w:rsidRPr="00B625EC" w:rsidRDefault="00775689" w:rsidP="00D37858">
            <w:pPr>
              <w:jc w:val="center"/>
              <w:rPr>
                <w:rFonts w:ascii="Times New Roman" w:hAnsi="Times New Roman" w:cs="Times New Roman"/>
                <w:sz w:val="20"/>
                <w:szCs w:val="20"/>
              </w:rPr>
            </w:pPr>
          </w:p>
        </w:tc>
      </w:tr>
      <w:tr w:rsidR="00775689" w:rsidRPr="00B625EC" w14:paraId="561D8260" w14:textId="6824AFCC" w:rsidTr="00775689">
        <w:tc>
          <w:tcPr>
            <w:tcW w:w="988" w:type="dxa"/>
            <w:vAlign w:val="center"/>
          </w:tcPr>
          <w:p w14:paraId="7C22E52F"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34</w:t>
            </w:r>
          </w:p>
        </w:tc>
        <w:tc>
          <w:tcPr>
            <w:tcW w:w="6945" w:type="dxa"/>
            <w:vAlign w:val="center"/>
          </w:tcPr>
          <w:p w14:paraId="61BF2892"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 aldığınız eğitimi uluslararası düzeyde nasıl değerlendiriyorsunuz?</w:t>
            </w:r>
          </w:p>
        </w:tc>
        <w:tc>
          <w:tcPr>
            <w:tcW w:w="254" w:type="dxa"/>
            <w:gridSpan w:val="2"/>
            <w:vAlign w:val="center"/>
          </w:tcPr>
          <w:p w14:paraId="7D844379" w14:textId="0A2D0BC1" w:rsidR="00775689" w:rsidRPr="00B625EC" w:rsidRDefault="00775689" w:rsidP="00D37858">
            <w:pPr>
              <w:jc w:val="center"/>
              <w:rPr>
                <w:rFonts w:ascii="Times New Roman" w:hAnsi="Times New Roman" w:cs="Times New Roman"/>
                <w:sz w:val="20"/>
                <w:szCs w:val="20"/>
              </w:rPr>
            </w:pPr>
          </w:p>
        </w:tc>
        <w:tc>
          <w:tcPr>
            <w:tcW w:w="313" w:type="dxa"/>
            <w:vAlign w:val="center"/>
          </w:tcPr>
          <w:p w14:paraId="47E0BDA1"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6F676373"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49D41241"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627905EA" w14:textId="77777777" w:rsidR="00775689" w:rsidRPr="00B625EC" w:rsidRDefault="00775689" w:rsidP="00D37858">
            <w:pPr>
              <w:jc w:val="center"/>
              <w:rPr>
                <w:rFonts w:ascii="Times New Roman" w:hAnsi="Times New Roman" w:cs="Times New Roman"/>
                <w:sz w:val="20"/>
                <w:szCs w:val="20"/>
              </w:rPr>
            </w:pPr>
          </w:p>
        </w:tc>
      </w:tr>
      <w:tr w:rsidR="00775689" w:rsidRPr="00B625EC" w14:paraId="11A3D2F7" w14:textId="694B5185" w:rsidTr="00775689">
        <w:tc>
          <w:tcPr>
            <w:tcW w:w="988" w:type="dxa"/>
            <w:vAlign w:val="center"/>
          </w:tcPr>
          <w:p w14:paraId="451F7BCF" w14:textId="77777777" w:rsidR="00775689" w:rsidRPr="00B625EC" w:rsidRDefault="00775689" w:rsidP="00D37858">
            <w:pPr>
              <w:jc w:val="center"/>
              <w:rPr>
                <w:rFonts w:ascii="Times New Roman" w:hAnsi="Times New Roman" w:cs="Times New Roman"/>
                <w:sz w:val="20"/>
                <w:szCs w:val="20"/>
              </w:rPr>
            </w:pPr>
            <w:r w:rsidRPr="00B625EC">
              <w:rPr>
                <w:rFonts w:ascii="Times New Roman" w:hAnsi="Times New Roman" w:cs="Times New Roman"/>
                <w:sz w:val="20"/>
                <w:szCs w:val="20"/>
              </w:rPr>
              <w:t>35</w:t>
            </w:r>
          </w:p>
        </w:tc>
        <w:tc>
          <w:tcPr>
            <w:tcW w:w="6945" w:type="dxa"/>
            <w:vAlign w:val="center"/>
          </w:tcPr>
          <w:p w14:paraId="63DD935B" w14:textId="77777777" w:rsidR="00775689" w:rsidRPr="00B625EC" w:rsidRDefault="00775689" w:rsidP="00D37858">
            <w:pPr>
              <w:rPr>
                <w:rFonts w:ascii="Times New Roman" w:hAnsi="Times New Roman" w:cs="Times New Roman"/>
                <w:sz w:val="20"/>
                <w:szCs w:val="20"/>
              </w:rPr>
            </w:pPr>
            <w:r w:rsidRPr="00B625EC">
              <w:rPr>
                <w:rFonts w:ascii="Times New Roman" w:hAnsi="Times New Roman" w:cs="Times New Roman"/>
                <w:sz w:val="20"/>
                <w:szCs w:val="20"/>
              </w:rPr>
              <w:t>Bölümümüzde almakta olduğunuz eğitimi, bölümümüze girişteki beklentilerinize göre nasıl buluyorsunuz?</w:t>
            </w:r>
          </w:p>
        </w:tc>
        <w:tc>
          <w:tcPr>
            <w:tcW w:w="254" w:type="dxa"/>
            <w:gridSpan w:val="2"/>
            <w:vAlign w:val="center"/>
          </w:tcPr>
          <w:p w14:paraId="466AFE1F" w14:textId="7D289D03" w:rsidR="00775689" w:rsidRPr="00B625EC" w:rsidRDefault="00775689" w:rsidP="00D37858">
            <w:pPr>
              <w:jc w:val="center"/>
              <w:rPr>
                <w:rFonts w:ascii="Times New Roman" w:hAnsi="Times New Roman" w:cs="Times New Roman"/>
                <w:sz w:val="20"/>
                <w:szCs w:val="20"/>
              </w:rPr>
            </w:pPr>
          </w:p>
        </w:tc>
        <w:tc>
          <w:tcPr>
            <w:tcW w:w="313" w:type="dxa"/>
            <w:vAlign w:val="center"/>
          </w:tcPr>
          <w:p w14:paraId="567841A0"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1A887AC0"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6862FB95"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09835C0C" w14:textId="77777777" w:rsidR="00775689" w:rsidRPr="00B625EC" w:rsidRDefault="00775689" w:rsidP="00D37858">
            <w:pPr>
              <w:jc w:val="center"/>
              <w:rPr>
                <w:rFonts w:ascii="Times New Roman" w:hAnsi="Times New Roman" w:cs="Times New Roman"/>
                <w:sz w:val="20"/>
                <w:szCs w:val="20"/>
              </w:rPr>
            </w:pPr>
          </w:p>
        </w:tc>
      </w:tr>
      <w:tr w:rsidR="00775689" w:rsidRPr="00B625EC" w14:paraId="02599ABD" w14:textId="39AD4951" w:rsidTr="00775689">
        <w:tc>
          <w:tcPr>
            <w:tcW w:w="7933" w:type="dxa"/>
            <w:gridSpan w:val="2"/>
            <w:vAlign w:val="center"/>
          </w:tcPr>
          <w:p w14:paraId="39BAC00A" w14:textId="34BBC175" w:rsidR="00775689" w:rsidRPr="00B625EC" w:rsidRDefault="00775689" w:rsidP="004F507D">
            <w:pPr>
              <w:jc w:val="right"/>
              <w:rPr>
                <w:rFonts w:ascii="Times New Roman" w:hAnsi="Times New Roman" w:cs="Times New Roman"/>
                <w:sz w:val="20"/>
                <w:szCs w:val="20"/>
              </w:rPr>
            </w:pPr>
          </w:p>
        </w:tc>
        <w:tc>
          <w:tcPr>
            <w:tcW w:w="254" w:type="dxa"/>
            <w:gridSpan w:val="2"/>
            <w:vAlign w:val="center"/>
          </w:tcPr>
          <w:p w14:paraId="4C660EFB" w14:textId="1A1C7B3F" w:rsidR="00775689" w:rsidRPr="00B625EC" w:rsidRDefault="00775689" w:rsidP="00D37858">
            <w:pPr>
              <w:jc w:val="center"/>
              <w:rPr>
                <w:rFonts w:ascii="Times New Roman" w:hAnsi="Times New Roman" w:cs="Times New Roman"/>
                <w:sz w:val="20"/>
                <w:szCs w:val="20"/>
              </w:rPr>
            </w:pPr>
          </w:p>
        </w:tc>
        <w:tc>
          <w:tcPr>
            <w:tcW w:w="313" w:type="dxa"/>
            <w:vAlign w:val="center"/>
          </w:tcPr>
          <w:p w14:paraId="75B8A822" w14:textId="77777777" w:rsidR="00775689" w:rsidRPr="00B625EC" w:rsidRDefault="00775689" w:rsidP="00D37858">
            <w:pPr>
              <w:jc w:val="center"/>
              <w:rPr>
                <w:rFonts w:ascii="Times New Roman" w:hAnsi="Times New Roman" w:cs="Times New Roman"/>
                <w:sz w:val="20"/>
                <w:szCs w:val="20"/>
              </w:rPr>
            </w:pPr>
          </w:p>
        </w:tc>
        <w:tc>
          <w:tcPr>
            <w:tcW w:w="236" w:type="dxa"/>
            <w:vAlign w:val="center"/>
          </w:tcPr>
          <w:p w14:paraId="0C00DFAA" w14:textId="77777777" w:rsidR="00775689" w:rsidRPr="00B625EC" w:rsidRDefault="00775689" w:rsidP="00D37858">
            <w:pPr>
              <w:jc w:val="center"/>
              <w:rPr>
                <w:rFonts w:ascii="Times New Roman" w:hAnsi="Times New Roman" w:cs="Times New Roman"/>
                <w:sz w:val="20"/>
                <w:szCs w:val="20"/>
              </w:rPr>
            </w:pPr>
          </w:p>
        </w:tc>
        <w:tc>
          <w:tcPr>
            <w:tcW w:w="426" w:type="dxa"/>
            <w:gridSpan w:val="2"/>
            <w:vAlign w:val="center"/>
          </w:tcPr>
          <w:p w14:paraId="1489F831" w14:textId="77777777" w:rsidR="00775689" w:rsidRPr="00B625EC" w:rsidRDefault="00775689" w:rsidP="00D37858">
            <w:pPr>
              <w:jc w:val="center"/>
              <w:rPr>
                <w:rFonts w:ascii="Times New Roman" w:hAnsi="Times New Roman" w:cs="Times New Roman"/>
                <w:sz w:val="20"/>
                <w:szCs w:val="20"/>
              </w:rPr>
            </w:pPr>
          </w:p>
        </w:tc>
        <w:tc>
          <w:tcPr>
            <w:tcW w:w="472" w:type="dxa"/>
            <w:vAlign w:val="center"/>
          </w:tcPr>
          <w:p w14:paraId="47E274C7" w14:textId="77777777" w:rsidR="00775689" w:rsidRPr="00B625EC" w:rsidRDefault="00775689" w:rsidP="00D37858">
            <w:pPr>
              <w:jc w:val="center"/>
              <w:rPr>
                <w:rFonts w:ascii="Times New Roman" w:hAnsi="Times New Roman" w:cs="Times New Roman"/>
                <w:sz w:val="20"/>
                <w:szCs w:val="20"/>
              </w:rPr>
            </w:pPr>
          </w:p>
        </w:tc>
      </w:tr>
    </w:tbl>
    <w:p w14:paraId="2495E2EA" w14:textId="77777777" w:rsidR="00D37858" w:rsidRPr="00B625EC" w:rsidRDefault="00D37858" w:rsidP="003A2FA4">
      <w:pPr>
        <w:pStyle w:val="ListeNumaras"/>
        <w:numPr>
          <w:ilvl w:val="0"/>
          <w:numId w:val="0"/>
        </w:numPr>
        <w:rPr>
          <w:rFonts w:ascii="Times New Roman" w:hAnsi="Times New Roman" w:cs="Times New Roman"/>
          <w:sz w:val="20"/>
          <w:szCs w:val="20"/>
        </w:rPr>
      </w:pPr>
    </w:p>
    <w:p w14:paraId="13FA1720" w14:textId="77777777" w:rsidR="00D37858" w:rsidRPr="00B625EC" w:rsidRDefault="00D37858" w:rsidP="003A2FA4">
      <w:pPr>
        <w:pStyle w:val="ListeNumaras"/>
        <w:numPr>
          <w:ilvl w:val="0"/>
          <w:numId w:val="0"/>
        </w:numPr>
        <w:rPr>
          <w:rFonts w:ascii="Times New Roman" w:hAnsi="Times New Roman" w:cs="Times New Roman"/>
          <w:sz w:val="20"/>
          <w:szCs w:val="20"/>
        </w:rPr>
      </w:pPr>
    </w:p>
    <w:p w14:paraId="04E4C5E3" w14:textId="77777777" w:rsidR="00D37858" w:rsidRDefault="00D37858" w:rsidP="003A2FA4">
      <w:pPr>
        <w:pStyle w:val="ListeNumaras"/>
        <w:numPr>
          <w:ilvl w:val="0"/>
          <w:numId w:val="0"/>
        </w:numPr>
        <w:rPr>
          <w:rFonts w:ascii="Times New Roman" w:hAnsi="Times New Roman" w:cs="Times New Roman"/>
          <w:sz w:val="20"/>
          <w:szCs w:val="20"/>
        </w:rPr>
      </w:pPr>
    </w:p>
    <w:p w14:paraId="56A682EC" w14:textId="77777777" w:rsidR="00B46BF1" w:rsidRDefault="00B46BF1" w:rsidP="003A2FA4">
      <w:pPr>
        <w:pStyle w:val="ListeNumaras"/>
        <w:numPr>
          <w:ilvl w:val="0"/>
          <w:numId w:val="0"/>
        </w:numPr>
        <w:rPr>
          <w:rFonts w:ascii="Times New Roman" w:hAnsi="Times New Roman" w:cs="Times New Roman"/>
          <w:sz w:val="20"/>
          <w:szCs w:val="20"/>
        </w:rPr>
      </w:pPr>
    </w:p>
    <w:sectPr w:rsidR="00B46BF1" w:rsidSect="00626231">
      <w:headerReference w:type="default" r:id="rId18"/>
      <w:footerReference w:type="default" r:id="rId19"/>
      <w:pgSz w:w="12240" w:h="15840"/>
      <w:pgMar w:top="1985" w:right="1418" w:bottom="1985" w:left="1418" w:header="567" w:footer="85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CEA20" w14:textId="77777777" w:rsidR="00651CA1" w:rsidRDefault="00651CA1" w:rsidP="00E77484">
      <w:pPr>
        <w:spacing w:after="0" w:line="240" w:lineRule="auto"/>
      </w:pPr>
      <w:r>
        <w:separator/>
      </w:r>
    </w:p>
  </w:endnote>
  <w:endnote w:type="continuationSeparator" w:id="0">
    <w:p w14:paraId="4D49ED52" w14:textId="77777777" w:rsidR="00651CA1" w:rsidRDefault="00651CA1" w:rsidP="00E77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Montserrat">
    <w:charset w:val="A2"/>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5FD60" w14:textId="352429AC" w:rsidR="00626231" w:rsidRPr="00626231" w:rsidRDefault="00BE688D" w:rsidP="00626231">
    <w:pPr>
      <w:pStyle w:val="AltBilgi"/>
      <w:ind w:firstLine="2160"/>
      <w:jc w:val="right"/>
      <w:rPr>
        <w:b/>
        <w:bCs/>
      </w:rPr>
    </w:pPr>
    <w:r w:rsidRPr="00626231">
      <w:rPr>
        <w:b/>
        <w:bCs/>
        <w:noProof/>
        <w:color w:val="FFFFFF" w:themeColor="background1"/>
      </w:rPr>
      <mc:AlternateContent>
        <mc:Choice Requires="wps">
          <w:drawing>
            <wp:anchor distT="0" distB="0" distL="114300" distR="114300" simplePos="0" relativeHeight="251663360" behindDoc="0" locked="0" layoutInCell="1" allowOverlap="1" wp14:anchorId="1B965C64" wp14:editId="07810A9A">
              <wp:simplePos x="0" y="0"/>
              <wp:positionH relativeFrom="column">
                <wp:posOffset>-952500</wp:posOffset>
              </wp:positionH>
              <wp:positionV relativeFrom="paragraph">
                <wp:posOffset>18415</wp:posOffset>
              </wp:positionV>
              <wp:extent cx="2483485" cy="104775"/>
              <wp:effectExtent l="57150" t="19050" r="50165" b="85725"/>
              <wp:wrapNone/>
              <wp:docPr id="1075004301" name="Dikdörtgen 87"/>
              <wp:cNvGraphicFramePr/>
              <a:graphic xmlns:a="http://schemas.openxmlformats.org/drawingml/2006/main">
                <a:graphicData uri="http://schemas.microsoft.com/office/word/2010/wordprocessingShape">
                  <wps:wsp>
                    <wps:cNvSpPr/>
                    <wps:spPr>
                      <a:xfrm>
                        <a:off x="0" y="0"/>
                        <a:ext cx="2483485" cy="104775"/>
                      </a:xfrm>
                      <a:prstGeom prst="rect">
                        <a:avLst/>
                      </a:prstGeom>
                      <a:solidFill>
                        <a:schemeClr val="tx2">
                          <a:lumMod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2DE0F" id="Dikdörtgen 87" o:spid="_x0000_s1026" style="position:absolute;margin-left:-75pt;margin-top:1.45pt;width:195.5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" fillcolor="#0f243e [1615]" stroked="f">
              <v:shadow on="t" color="black" opacity="22937f" origin=",.5" offset="0,.63889mm"/>
            </v:rect>
          </w:pict>
        </mc:Fallback>
      </mc:AlternateContent>
    </w:r>
    <w:r w:rsidR="00626231" w:rsidRPr="00626231">
      <w:rPr>
        <w:noProof/>
        <w:color w:val="FFFFFF" w:themeColor="background1"/>
      </w:rPr>
      <mc:AlternateContent>
        <mc:Choice Requires="wps">
          <w:drawing>
            <wp:anchor distT="0" distB="0" distL="114300" distR="114300" simplePos="0" relativeHeight="251662336" behindDoc="1" locked="0" layoutInCell="1" allowOverlap="1" wp14:anchorId="26C34178" wp14:editId="66E45974">
              <wp:simplePos x="0" y="0"/>
              <wp:positionH relativeFrom="margin">
                <wp:posOffset>5528945</wp:posOffset>
              </wp:positionH>
              <wp:positionV relativeFrom="paragraph">
                <wp:posOffset>-299085</wp:posOffset>
              </wp:positionV>
              <wp:extent cx="776605" cy="776605"/>
              <wp:effectExtent l="0" t="0" r="4445" b="4445"/>
              <wp:wrapNone/>
              <wp:docPr id="1895388848" name="Shape 20"/>
              <wp:cNvGraphicFramePr/>
              <a:graphic xmlns:a="http://schemas.openxmlformats.org/drawingml/2006/main">
                <a:graphicData uri="http://schemas.microsoft.com/office/word/2010/wordprocessingShape">
                  <wps:wsp>
                    <wps:cNvSpPr/>
                    <wps:spPr>
                      <a:xfrm>
                        <a:off x="0" y="0"/>
                        <a:ext cx="776605" cy="776605"/>
                      </a:xfrm>
                      <a:custGeom>
                        <a:avLst/>
                        <a:gdLst/>
                        <a:ahLst/>
                        <a:cxnLst/>
                        <a:rect l="0" t="0" r="0" b="0"/>
                        <a:pathLst>
                          <a:path w="1843913" h="1844041">
                            <a:moveTo>
                              <a:pt x="922020" y="0"/>
                            </a:moveTo>
                            <a:lnTo>
                              <a:pt x="1843913" y="922020"/>
                            </a:lnTo>
                            <a:lnTo>
                              <a:pt x="922020" y="1844041"/>
                            </a:lnTo>
                            <a:lnTo>
                              <a:pt x="0" y="922020"/>
                            </a:lnTo>
                            <a:lnTo>
                              <a:pt x="922020" y="0"/>
                            </a:lnTo>
                            <a:close/>
                          </a:path>
                        </a:pathLst>
                      </a:custGeom>
                      <a:ln w="0" cap="flat">
                        <a:miter lim="127000"/>
                      </a:ln>
                    </wps:spPr>
                    <wps:style>
                      <a:lnRef idx="0">
                        <a:srgbClr val="000000">
                          <a:alpha val="0"/>
                        </a:srgbClr>
                      </a:lnRef>
                      <a:fillRef idx="1">
                        <a:srgbClr val="22263E"/>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2950143" id="Shape 20" o:spid="_x0000_s1026" style="position:absolute;margin-left:435.35pt;margin-top:-23.55pt;width:61.15pt;height:61.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843913,184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" path="m922020,r921893,922020l922020,1844041,,922020,922020,xe" fillcolor="#22263e" stroked="f" strokeweight="0">
              <v:stroke miterlimit="83231f" joinstyle="miter"/>
              <v:path arrowok="t" textboxrect="0,0,1843913,1844041"/>
              <w10:wrap anchorx="margin"/>
            </v:shape>
          </w:pict>
        </mc:Fallback>
      </mc:AlternateContent>
    </w:r>
    <w:r w:rsidR="00626231">
      <w:rPr>
        <w:noProof/>
      </w:rPr>
      <mc:AlternateContent>
        <mc:Choice Requires="wps">
          <w:drawing>
            <wp:anchor distT="45720" distB="45720" distL="114300" distR="114300" simplePos="0" relativeHeight="251665408" behindDoc="0" locked="0" layoutInCell="1" allowOverlap="1" wp14:anchorId="44B5A2F3" wp14:editId="17EBC7BD">
              <wp:simplePos x="0" y="0"/>
              <wp:positionH relativeFrom="column">
                <wp:posOffset>1614170</wp:posOffset>
              </wp:positionH>
              <wp:positionV relativeFrom="paragraph">
                <wp:posOffset>-70485</wp:posOffset>
              </wp:positionV>
              <wp:extent cx="3867150" cy="2667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66700"/>
                      </a:xfrm>
                      <a:prstGeom prst="rect">
                        <a:avLst/>
                      </a:prstGeom>
                      <a:noFill/>
                      <a:ln w="9525">
                        <a:noFill/>
                        <a:miter lim="800000"/>
                        <a:headEnd/>
                        <a:tailEnd/>
                      </a:ln>
                    </wps:spPr>
                    <wps:txbx>
                      <w:txbxContent>
                        <w:p w14:paraId="14DB46D5" w14:textId="2BF25009" w:rsidR="00626231" w:rsidRPr="00BE688D" w:rsidRDefault="00626231">
                          <w:pPr>
                            <w:rPr>
                              <w:rFonts w:ascii="Montserrat" w:hAnsi="Montserrat"/>
                              <w:b/>
                              <w:bCs/>
                              <w:color w:val="112947"/>
                            </w:rPr>
                          </w:pPr>
                          <w:r w:rsidRPr="00BE688D">
                            <w:rPr>
                              <w:rFonts w:ascii="Montserrat" w:hAnsi="Montserrat"/>
                              <w:b/>
                              <w:bCs/>
                              <w:color w:val="112947"/>
                            </w:rPr>
                            <w:t>BÖLÜM ÖĞRENCİ MEMNUNİYET ANKETİ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5A2F3" id="_x0000_t202" coordsize="21600,21600" o:spt="202" path="m,l,21600r21600,l21600,xe">
              <v:stroke joinstyle="miter"/>
              <v:path gradientshapeok="t" o:connecttype="rect"/>
            </v:shapetype>
            <v:shape id="Metin Kutusu 2" o:spid="_x0000_s1116" type="#_x0000_t202" style="position:absolute;left:0;text-align:left;margin-left:127.1pt;margin-top:-5.55pt;width:304.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" filled="f" stroked="f">
              <v:textbox>
                <w:txbxContent>
                  <w:p w14:paraId="14DB46D5" w14:textId="2BF25009" w:rsidR="00626231" w:rsidRPr="00BE688D" w:rsidRDefault="00626231">
                    <w:pPr>
                      <w:rPr>
                        <w:rFonts w:ascii="Montserrat" w:hAnsi="Montserrat"/>
                        <w:b/>
                        <w:bCs/>
                        <w:color w:val="112947"/>
                      </w:rPr>
                    </w:pPr>
                    <w:r w:rsidRPr="00BE688D">
                      <w:rPr>
                        <w:rFonts w:ascii="Montserrat" w:hAnsi="Montserrat"/>
                        <w:b/>
                        <w:bCs/>
                        <w:color w:val="112947"/>
                      </w:rPr>
                      <w:t>BÖLÜM ÖĞRENCİ MEMNUNİYET ANKETİ</w:t>
                    </w:r>
                  </w:p>
                </w:txbxContent>
              </v:textbox>
              <w10:wrap type="square"/>
            </v:shape>
          </w:pict>
        </mc:Fallback>
      </mc:AlternateContent>
    </w:r>
    <w:r w:rsidR="00626231">
      <w:t xml:space="preserve">  </w:t>
    </w:r>
    <w:r w:rsidR="00626231" w:rsidRPr="00626231">
      <w:rPr>
        <w:b/>
        <w:bCs/>
        <w:color w:val="FFFFFF" w:themeColor="background1"/>
      </w:rPr>
      <w:fldChar w:fldCharType="begin"/>
    </w:r>
    <w:r w:rsidR="00626231" w:rsidRPr="00626231">
      <w:rPr>
        <w:b/>
        <w:bCs/>
        <w:color w:val="FFFFFF" w:themeColor="background1"/>
      </w:rPr>
      <w:instrText>PAGE   \* MERGEFORMAT</w:instrText>
    </w:r>
    <w:r w:rsidR="00626231" w:rsidRPr="00626231">
      <w:rPr>
        <w:b/>
        <w:bCs/>
        <w:color w:val="FFFFFF" w:themeColor="background1"/>
      </w:rPr>
      <w:fldChar w:fldCharType="separate"/>
    </w:r>
    <w:r w:rsidR="00626231" w:rsidRPr="00626231">
      <w:rPr>
        <w:b/>
        <w:bCs/>
        <w:color w:val="FFFFFF" w:themeColor="background1"/>
        <w:lang w:val="tr-TR"/>
      </w:rPr>
      <w:t>1</w:t>
    </w:r>
    <w:r w:rsidR="00626231" w:rsidRPr="00626231">
      <w:rPr>
        <w:b/>
        <w:bCs/>
        <w:color w:val="FFFFFF" w:themeColor="background1"/>
      </w:rPr>
      <w:fldChar w:fldCharType="end"/>
    </w:r>
    <w:sdt>
      <w:sdtPr>
        <w:rPr>
          <w:b/>
          <w:bCs/>
          <w:color w:val="FFFFFF" w:themeColor="background1"/>
        </w:rPr>
        <w:id w:val="-1622607419"/>
        <w:docPartObj>
          <w:docPartGallery w:val="Page Numbers (Bottom of Page)"/>
          <w:docPartUnique/>
        </w:docPartObj>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AFCDC" w14:textId="77777777" w:rsidR="00651CA1" w:rsidRDefault="00651CA1" w:rsidP="00E77484">
      <w:pPr>
        <w:spacing w:after="0" w:line="240" w:lineRule="auto"/>
      </w:pPr>
      <w:r>
        <w:separator/>
      </w:r>
    </w:p>
  </w:footnote>
  <w:footnote w:type="continuationSeparator" w:id="0">
    <w:p w14:paraId="347ECD31" w14:textId="77777777" w:rsidR="00651CA1" w:rsidRDefault="00651CA1" w:rsidP="00E77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2E9E" w14:textId="0E907B66" w:rsidR="00D53EB2" w:rsidRDefault="00D53EB2">
    <w:pPr>
      <w:pStyle w:val="stBilgi"/>
    </w:pPr>
    <w:r>
      <w:rPr>
        <w:noProof/>
      </w:rPr>
      <w:drawing>
        <wp:inline distT="0" distB="0" distL="0" distR="0" wp14:anchorId="5F731436" wp14:editId="57DAAFA6">
          <wp:extent cx="506095" cy="506095"/>
          <wp:effectExtent l="0" t="0" r="8255" b="8255"/>
          <wp:docPr id="1947363823" name="Resim 1" descr="metin, daire, logo,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80956" name="Resim 1" descr="metin, daire, logo, yazı tipi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r>
      <w:rPr>
        <w:noProof/>
      </w:rPr>
      <mc:AlternateContent>
        <mc:Choice Requires="wps">
          <w:drawing>
            <wp:anchor distT="0" distB="0" distL="114300" distR="114300" simplePos="0" relativeHeight="251659264" behindDoc="0" locked="0" layoutInCell="1" allowOverlap="1" wp14:anchorId="3FB1EE6C" wp14:editId="3568F93A">
              <wp:simplePos x="0" y="0"/>
              <wp:positionH relativeFrom="margin">
                <wp:posOffset>-147955</wp:posOffset>
              </wp:positionH>
              <wp:positionV relativeFrom="paragraph">
                <wp:posOffset>-151130</wp:posOffset>
              </wp:positionV>
              <wp:extent cx="776605" cy="776605"/>
              <wp:effectExtent l="0" t="0" r="4445" b="4445"/>
              <wp:wrapNone/>
              <wp:docPr id="628515420" name="Shape 20"/>
              <wp:cNvGraphicFramePr/>
              <a:graphic xmlns:a="http://schemas.openxmlformats.org/drawingml/2006/main">
                <a:graphicData uri="http://schemas.microsoft.com/office/word/2010/wordprocessingShape">
                  <wps:wsp>
                    <wps:cNvSpPr/>
                    <wps:spPr>
                      <a:xfrm>
                        <a:off x="0" y="0"/>
                        <a:ext cx="776605" cy="776605"/>
                      </a:xfrm>
                      <a:custGeom>
                        <a:avLst/>
                        <a:gdLst/>
                        <a:ahLst/>
                        <a:cxnLst/>
                        <a:rect l="0" t="0" r="0" b="0"/>
                        <a:pathLst>
                          <a:path w="1843913" h="1844041">
                            <a:moveTo>
                              <a:pt x="922020" y="0"/>
                            </a:moveTo>
                            <a:lnTo>
                              <a:pt x="1843913" y="922020"/>
                            </a:lnTo>
                            <a:lnTo>
                              <a:pt x="922020" y="1844041"/>
                            </a:lnTo>
                            <a:lnTo>
                              <a:pt x="0" y="922020"/>
                            </a:lnTo>
                            <a:lnTo>
                              <a:pt x="922020" y="0"/>
                            </a:lnTo>
                            <a:close/>
                          </a:path>
                        </a:pathLst>
                      </a:custGeom>
                      <a:ln w="0" cap="flat">
                        <a:miter lim="127000"/>
                      </a:ln>
                    </wps:spPr>
                    <wps:style>
                      <a:lnRef idx="0">
                        <a:srgbClr val="000000">
                          <a:alpha val="0"/>
                        </a:srgbClr>
                      </a:lnRef>
                      <a:fillRef idx="1">
                        <a:srgbClr val="22263E"/>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B922BB4" id="Shape 20" o:spid="_x0000_s1026" style="position:absolute;margin-left:-11.65pt;margin-top:-11.9pt;width:61.15pt;height:6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843913,184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" path="m922020,r921893,922020l922020,1844041,,922020,922020,xe" fillcolor="#22263e" stroked="f" strokeweight="0">
              <v:stroke miterlimit="83231f" joinstyle="miter"/>
              <v:path arrowok="t" textboxrect="0,0,1843913,1844041"/>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633E4F17" wp14:editId="78ADC7B3">
              <wp:simplePos x="0" y="0"/>
              <wp:positionH relativeFrom="column">
                <wp:posOffset>1938020</wp:posOffset>
              </wp:positionH>
              <wp:positionV relativeFrom="paragraph">
                <wp:posOffset>192405</wp:posOffset>
              </wp:positionV>
              <wp:extent cx="4968000" cy="104775"/>
              <wp:effectExtent l="57150" t="19050" r="61595" b="85725"/>
              <wp:wrapNone/>
              <wp:docPr id="1186073636" name="Dikdörtgen 87"/>
              <wp:cNvGraphicFramePr/>
              <a:graphic xmlns:a="http://schemas.openxmlformats.org/drawingml/2006/main">
                <a:graphicData uri="http://schemas.microsoft.com/office/word/2010/wordprocessingShape">
                  <wps:wsp>
                    <wps:cNvSpPr/>
                    <wps:spPr>
                      <a:xfrm>
                        <a:off x="0" y="0"/>
                        <a:ext cx="4968000" cy="104775"/>
                      </a:xfrm>
                      <a:prstGeom prst="rect">
                        <a:avLst/>
                      </a:prstGeom>
                      <a:solidFill>
                        <a:schemeClr val="tx2">
                          <a:lumMod val="5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D9BE5" id="Dikdörtgen 87" o:spid="_x0000_s1026" style="position:absolute;margin-left:152.6pt;margin-top:15.15pt;width:391.2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" fillcolor="#0f243e [1615]"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4F5D6DDE"/>
    <w:multiLevelType w:val="hybridMultilevel"/>
    <w:tmpl w:val="2736A996"/>
    <w:lvl w:ilvl="0" w:tplc="40B03170">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E6B041C"/>
    <w:multiLevelType w:val="hybridMultilevel"/>
    <w:tmpl w:val="C270C5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8814857">
    <w:abstractNumId w:val="8"/>
  </w:num>
  <w:num w:numId="2" w16cid:durableId="1841659752">
    <w:abstractNumId w:val="6"/>
  </w:num>
  <w:num w:numId="3" w16cid:durableId="1787263204">
    <w:abstractNumId w:val="5"/>
  </w:num>
  <w:num w:numId="4" w16cid:durableId="959990995">
    <w:abstractNumId w:val="4"/>
  </w:num>
  <w:num w:numId="5" w16cid:durableId="461339249">
    <w:abstractNumId w:val="7"/>
  </w:num>
  <w:num w:numId="6" w16cid:durableId="771558781">
    <w:abstractNumId w:val="3"/>
  </w:num>
  <w:num w:numId="7" w16cid:durableId="1201014697">
    <w:abstractNumId w:val="2"/>
  </w:num>
  <w:num w:numId="8" w16cid:durableId="110249464">
    <w:abstractNumId w:val="1"/>
  </w:num>
  <w:num w:numId="9" w16cid:durableId="1650551972">
    <w:abstractNumId w:val="0"/>
  </w:num>
  <w:num w:numId="10" w16cid:durableId="208303877">
    <w:abstractNumId w:val="10"/>
  </w:num>
  <w:num w:numId="11" w16cid:durableId="2047617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6CBA"/>
    <w:rsid w:val="0006063C"/>
    <w:rsid w:val="00072DE5"/>
    <w:rsid w:val="001439F0"/>
    <w:rsid w:val="0015074B"/>
    <w:rsid w:val="001C48E6"/>
    <w:rsid w:val="002156C8"/>
    <w:rsid w:val="0029639D"/>
    <w:rsid w:val="002B68ED"/>
    <w:rsid w:val="002C1F24"/>
    <w:rsid w:val="002E5E0F"/>
    <w:rsid w:val="00326F90"/>
    <w:rsid w:val="003A2FA4"/>
    <w:rsid w:val="003B07D3"/>
    <w:rsid w:val="0040186B"/>
    <w:rsid w:val="0043168A"/>
    <w:rsid w:val="00473B48"/>
    <w:rsid w:val="004F507D"/>
    <w:rsid w:val="00534E7A"/>
    <w:rsid w:val="005761B7"/>
    <w:rsid w:val="005B0700"/>
    <w:rsid w:val="005F7F92"/>
    <w:rsid w:val="00626231"/>
    <w:rsid w:val="00651CA1"/>
    <w:rsid w:val="00671950"/>
    <w:rsid w:val="0068211D"/>
    <w:rsid w:val="00734750"/>
    <w:rsid w:val="00775689"/>
    <w:rsid w:val="007920B1"/>
    <w:rsid w:val="007B5EF3"/>
    <w:rsid w:val="007C0B7D"/>
    <w:rsid w:val="00837C28"/>
    <w:rsid w:val="00AA1D8D"/>
    <w:rsid w:val="00AD31D0"/>
    <w:rsid w:val="00AF6DB4"/>
    <w:rsid w:val="00B0755A"/>
    <w:rsid w:val="00B46BF1"/>
    <w:rsid w:val="00B47730"/>
    <w:rsid w:val="00B625EC"/>
    <w:rsid w:val="00BE688D"/>
    <w:rsid w:val="00BF23EF"/>
    <w:rsid w:val="00C917AD"/>
    <w:rsid w:val="00C946F9"/>
    <w:rsid w:val="00CB0664"/>
    <w:rsid w:val="00CF0F83"/>
    <w:rsid w:val="00D00760"/>
    <w:rsid w:val="00D237F6"/>
    <w:rsid w:val="00D37858"/>
    <w:rsid w:val="00D53EB2"/>
    <w:rsid w:val="00E11AE2"/>
    <w:rsid w:val="00E25DAB"/>
    <w:rsid w:val="00E76C5D"/>
    <w:rsid w:val="00E77484"/>
    <w:rsid w:val="00E81A70"/>
    <w:rsid w:val="00F019A2"/>
    <w:rsid w:val="00F47F41"/>
    <w:rsid w:val="00F76C45"/>
    <w:rsid w:val="00F809C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F5DEFE"/>
  <w14:defaultImageDpi w14:val="300"/>
  <w15:docId w15:val="{9A0295DE-4DF7-EA40-8AED-DE3CAD44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rPr>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link w:val="AralkYokChar"/>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ralkYokChar">
    <w:name w:val="Aralık Yok Char"/>
    <w:basedOn w:val="VarsaylanParagrafYazTipi"/>
    <w:link w:val="AralkYok"/>
    <w:uiPriority w:val="1"/>
    <w:rsid w:val="00B6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BALIKESİR ÜNİERSİTESİ ……………..FEN EDEBİYAT FAKÜLTESİ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636</Words>
  <Characters>3631</Characters>
  <Application>Microsoft Office Word</Application>
  <DocSecurity>0</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BÖLÜM ÖĞRENCİ MEMNUNİYET ANKETİ DEĞERLENDİRME VE İYİLEŞTİRME RAPORU (ÖRNEK)</vt:lpstr>
      <vt:lpstr/>
    </vt:vector>
  </TitlesOfParts>
  <Manager/>
  <Company/>
  <LinksUpToDate>false</LinksUpToDate>
  <CharactersWithSpaces>4259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ÖĞRENCİ MEMNUNİYET ANKETİ DEĞERLENDİRME VE İYİLEŞTİRME RAPORU (ÖRNEK)</dc:title>
  <dc:subject>Haziran-2025</dc:subject>
  <dc:creator>python-docx</dc:creator>
  <cp:keywords/>
  <dc:description>generated by python-docx</dc:description>
  <cp:lastModifiedBy>Elif Güngör</cp:lastModifiedBy>
  <cp:revision>7</cp:revision>
  <dcterms:created xsi:type="dcterms:W3CDTF">2025-08-06T19:54:00Z</dcterms:created>
  <dcterms:modified xsi:type="dcterms:W3CDTF">2025-08-06T20:11:00Z</dcterms:modified>
  <cp:category/>
</cp:coreProperties>
</file>